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58B4E3" w14:textId="5CE30806" w:rsidR="00D96C18" w:rsidRPr="006A5AA2" w:rsidRDefault="00DA5751" w:rsidP="006A5AA2">
      <w:pPr>
        <w:jc w:val="center"/>
        <w:rPr>
          <w:rFonts w:cs="Times New Roman"/>
        </w:rPr>
      </w:pPr>
      <w:r w:rsidRPr="006A5AA2">
        <w:rPr>
          <w:rFonts w:cs="Times New Roman"/>
        </w:rPr>
        <w:t>UNIVERSIDAD JORGE TADEO LOZANO</w:t>
      </w:r>
      <w:r w:rsidRPr="006A5AA2">
        <w:rPr>
          <w:rFonts w:cs="Times New Roman"/>
        </w:rPr>
        <w:br/>
      </w:r>
      <w:r w:rsidRPr="006A5AA2">
        <w:rPr>
          <w:rFonts w:cs="Times New Roman"/>
        </w:rPr>
        <w:br/>
      </w:r>
      <w:r w:rsidRPr="006A5AA2">
        <w:rPr>
          <w:rFonts w:cs="Times New Roman"/>
        </w:rPr>
        <w:br/>
      </w:r>
      <w:r w:rsidRPr="006A5AA2">
        <w:rPr>
          <w:rFonts w:cs="Times New Roman"/>
        </w:rPr>
        <w:br/>
        <w:t>DAVID SANTIAGO GOMEZ TORRES</w:t>
      </w:r>
      <w:r w:rsidRPr="006A5AA2">
        <w:rPr>
          <w:rFonts w:cs="Times New Roman"/>
        </w:rPr>
        <w:br/>
      </w:r>
      <w:r w:rsidRPr="006A5AA2">
        <w:rPr>
          <w:rFonts w:cs="Times New Roman"/>
        </w:rPr>
        <w:br/>
      </w:r>
      <w:r w:rsidRPr="006A5AA2">
        <w:rPr>
          <w:rFonts w:cs="Times New Roman"/>
        </w:rPr>
        <w:br/>
      </w:r>
      <w:r w:rsidR="006A5AA2" w:rsidRPr="006A5AA2">
        <w:rPr>
          <w:rFonts w:cs="Times New Roman"/>
        </w:rPr>
        <w:t>TUTOR: IVAN GUILLERMO VARGAS C.</w:t>
      </w:r>
      <w:r w:rsidRPr="006A5AA2">
        <w:rPr>
          <w:rFonts w:cs="Times New Roman"/>
        </w:rPr>
        <w:br/>
      </w:r>
      <w:r w:rsidRPr="006A5AA2">
        <w:rPr>
          <w:rFonts w:cs="Times New Roman"/>
        </w:rPr>
        <w:br/>
      </w:r>
      <w:r w:rsidRPr="006A5AA2">
        <w:rPr>
          <w:rFonts w:cs="Times New Roman"/>
        </w:rPr>
        <w:br/>
      </w:r>
      <w:bookmarkStart w:id="0" w:name="_Hlk216000649"/>
      <w:bookmarkStart w:id="1" w:name="_Hlk216003172"/>
      <w:r w:rsidR="007A4A95" w:rsidRPr="006A5AA2">
        <w:rPr>
          <w:rFonts w:cs="Times New Roman"/>
          <w:szCs w:val="24"/>
        </w:rPr>
        <w:t>B</w:t>
      </w:r>
      <w:r w:rsidR="00D96C18" w:rsidRPr="006A5AA2">
        <w:rPr>
          <w:rFonts w:cs="Times New Roman"/>
          <w:szCs w:val="24"/>
        </w:rPr>
        <w:t xml:space="preserve">ARRERAS JUIRIDICA A PRACTICAS PARA EL RECONOCIMEINTO DE FIRMAS DIGITALES EN PLATAFORMAS DIGITALES UTILIZADAS POR EMPRESAS COLOMBIANAS QUE OPERAN O BUCAN OPERAR EN PANAMA. </w:t>
      </w:r>
      <w:bookmarkEnd w:id="1"/>
      <w:r w:rsidRPr="006A5AA2">
        <w:rPr>
          <w:rFonts w:cs="Times New Roman"/>
        </w:rPr>
        <w:br/>
      </w:r>
      <w:bookmarkEnd w:id="0"/>
      <w:r w:rsidRPr="006A5AA2">
        <w:rPr>
          <w:rFonts w:cs="Times New Roman"/>
        </w:rPr>
        <w:br/>
      </w:r>
    </w:p>
    <w:p w14:paraId="0E4A7AA2" w14:textId="41B8A32C" w:rsidR="00DA5751" w:rsidRPr="006A5AA2" w:rsidRDefault="00DA5751" w:rsidP="00DA5751">
      <w:pPr>
        <w:jc w:val="center"/>
        <w:rPr>
          <w:rFonts w:cs="Times New Roman"/>
        </w:rPr>
      </w:pPr>
      <w:r w:rsidRPr="006A5AA2">
        <w:rPr>
          <w:rFonts w:cs="Times New Roman"/>
        </w:rPr>
        <w:br/>
      </w:r>
      <w:r w:rsidRPr="006A5AA2">
        <w:rPr>
          <w:rFonts w:cs="Times New Roman"/>
        </w:rPr>
        <w:br/>
        <w:t>ESPECIALIZACION EN DERECHO Y NUEVAS TECNOLOGIAS</w:t>
      </w:r>
    </w:p>
    <w:p w14:paraId="5A4F5C96" w14:textId="0CB7B9EE" w:rsidR="00DA5751" w:rsidRPr="006A5AA2" w:rsidRDefault="00DA5751" w:rsidP="00DA5751">
      <w:pPr>
        <w:jc w:val="center"/>
        <w:rPr>
          <w:rFonts w:cs="Times New Roman"/>
        </w:rPr>
      </w:pPr>
      <w:r w:rsidRPr="006A5AA2">
        <w:rPr>
          <w:rFonts w:cs="Times New Roman"/>
        </w:rPr>
        <w:t>FACULTAD DE</w:t>
      </w:r>
      <w:r w:rsidR="006A5AA2" w:rsidRPr="006A5AA2">
        <w:rPr>
          <w:rFonts w:cs="Times New Roman"/>
        </w:rPr>
        <w:t xml:space="preserve"> </w:t>
      </w:r>
      <w:r w:rsidRPr="006A5AA2">
        <w:rPr>
          <w:rFonts w:cs="Times New Roman"/>
        </w:rPr>
        <w:t>DERECHO</w:t>
      </w:r>
      <w:r w:rsidR="006A5AA2" w:rsidRPr="006A5AA2">
        <w:rPr>
          <w:rFonts w:cs="Times New Roman"/>
        </w:rPr>
        <w:br/>
        <w:t>BOGOTA D.C</w:t>
      </w:r>
    </w:p>
    <w:p w14:paraId="319FC820" w14:textId="77777777" w:rsidR="00DA5751" w:rsidRPr="006A5AA2" w:rsidRDefault="00DA5751" w:rsidP="00DA5751">
      <w:pPr>
        <w:jc w:val="center"/>
        <w:rPr>
          <w:rFonts w:cs="Times New Roman"/>
        </w:rPr>
      </w:pPr>
      <w:r w:rsidRPr="006A5AA2">
        <w:rPr>
          <w:rFonts w:cs="Times New Roman"/>
        </w:rPr>
        <w:t>2025</w:t>
      </w:r>
    </w:p>
    <w:p w14:paraId="14BC13A6" w14:textId="77777777" w:rsidR="00DA5751" w:rsidRPr="006A5AA2" w:rsidRDefault="00DA5751" w:rsidP="00CC2DEE">
      <w:pPr>
        <w:ind w:firstLine="720"/>
        <w:rPr>
          <w:rFonts w:cs="Times New Roman"/>
          <w:b/>
          <w:szCs w:val="24"/>
        </w:rPr>
      </w:pPr>
    </w:p>
    <w:p w14:paraId="7ABE0BF0" w14:textId="77777777" w:rsidR="006A5AA2" w:rsidRPr="006A5AA2" w:rsidRDefault="006A5AA2" w:rsidP="006A5AA2">
      <w:pPr>
        <w:pStyle w:val="Ttulo2"/>
        <w:jc w:val="center"/>
        <w:rPr>
          <w:rFonts w:ascii="Times New Roman" w:eastAsiaTheme="minorEastAsia" w:hAnsi="Times New Roman" w:cs="Times New Roman"/>
          <w:bCs w:val="0"/>
          <w:color w:val="auto"/>
          <w:sz w:val="24"/>
          <w:szCs w:val="24"/>
        </w:rPr>
      </w:pPr>
      <w:r w:rsidRPr="006A5AA2">
        <w:rPr>
          <w:rFonts w:ascii="Times New Roman" w:eastAsiaTheme="minorEastAsia" w:hAnsi="Times New Roman" w:cs="Times New Roman"/>
          <w:bCs w:val="0"/>
          <w:color w:val="auto"/>
          <w:sz w:val="24"/>
          <w:szCs w:val="24"/>
        </w:rPr>
        <w:lastRenderedPageBreak/>
        <w:t>RESUMEN</w:t>
      </w:r>
    </w:p>
    <w:p w14:paraId="249D03C1" w14:textId="77777777" w:rsidR="006A5AA2" w:rsidRPr="006A5AA2" w:rsidRDefault="006A5AA2" w:rsidP="006A5AA2">
      <w:pPr>
        <w:pStyle w:val="Ttulo2"/>
        <w:rPr>
          <w:rFonts w:ascii="Times New Roman" w:eastAsiaTheme="minorEastAsia" w:hAnsi="Times New Roman" w:cs="Times New Roman"/>
          <w:b w:val="0"/>
          <w:color w:val="auto"/>
          <w:sz w:val="24"/>
          <w:szCs w:val="24"/>
        </w:rPr>
      </w:pPr>
      <w:r w:rsidRPr="006A5AA2">
        <w:rPr>
          <w:rFonts w:ascii="Times New Roman" w:eastAsiaTheme="minorEastAsia" w:hAnsi="Times New Roman" w:cs="Times New Roman"/>
          <w:b w:val="0"/>
          <w:color w:val="auto"/>
          <w:sz w:val="24"/>
          <w:szCs w:val="24"/>
        </w:rPr>
        <w:t xml:space="preserve">La </w:t>
      </w:r>
      <w:proofErr w:type="spellStart"/>
      <w:r w:rsidRPr="006A5AA2">
        <w:rPr>
          <w:rFonts w:ascii="Times New Roman" w:eastAsiaTheme="minorEastAsia" w:hAnsi="Times New Roman" w:cs="Times New Roman"/>
          <w:b w:val="0"/>
          <w:color w:val="auto"/>
          <w:sz w:val="24"/>
          <w:szCs w:val="24"/>
        </w:rPr>
        <w:t>presente</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investigación</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analiza</w:t>
      </w:r>
      <w:proofErr w:type="spellEnd"/>
      <w:r w:rsidRPr="006A5AA2">
        <w:rPr>
          <w:rFonts w:ascii="Times New Roman" w:eastAsiaTheme="minorEastAsia" w:hAnsi="Times New Roman" w:cs="Times New Roman"/>
          <w:b w:val="0"/>
          <w:color w:val="auto"/>
          <w:sz w:val="24"/>
          <w:szCs w:val="24"/>
        </w:rPr>
        <w:t xml:space="preserve"> las barreras </w:t>
      </w:r>
      <w:proofErr w:type="spellStart"/>
      <w:r w:rsidRPr="006A5AA2">
        <w:rPr>
          <w:rFonts w:ascii="Times New Roman" w:eastAsiaTheme="minorEastAsia" w:hAnsi="Times New Roman" w:cs="Times New Roman"/>
          <w:b w:val="0"/>
          <w:color w:val="auto"/>
          <w:sz w:val="24"/>
          <w:szCs w:val="24"/>
        </w:rPr>
        <w:t>jurídicas</w:t>
      </w:r>
      <w:proofErr w:type="spellEnd"/>
      <w:r w:rsidRPr="006A5AA2">
        <w:rPr>
          <w:rFonts w:ascii="Times New Roman" w:eastAsiaTheme="minorEastAsia" w:hAnsi="Times New Roman" w:cs="Times New Roman"/>
          <w:b w:val="0"/>
          <w:color w:val="auto"/>
          <w:sz w:val="24"/>
          <w:szCs w:val="24"/>
        </w:rPr>
        <w:t xml:space="preserve"> y </w:t>
      </w:r>
      <w:proofErr w:type="spellStart"/>
      <w:r w:rsidRPr="006A5AA2">
        <w:rPr>
          <w:rFonts w:ascii="Times New Roman" w:eastAsiaTheme="minorEastAsia" w:hAnsi="Times New Roman" w:cs="Times New Roman"/>
          <w:b w:val="0"/>
          <w:color w:val="auto"/>
          <w:sz w:val="24"/>
          <w:szCs w:val="24"/>
        </w:rPr>
        <w:t>prácticas</w:t>
      </w:r>
      <w:proofErr w:type="spellEnd"/>
      <w:r w:rsidRPr="006A5AA2">
        <w:rPr>
          <w:rFonts w:ascii="Times New Roman" w:eastAsiaTheme="minorEastAsia" w:hAnsi="Times New Roman" w:cs="Times New Roman"/>
          <w:b w:val="0"/>
          <w:color w:val="auto"/>
          <w:sz w:val="24"/>
          <w:szCs w:val="24"/>
        </w:rPr>
        <w:t xml:space="preserve"> que </w:t>
      </w:r>
      <w:proofErr w:type="spellStart"/>
      <w:r w:rsidRPr="006A5AA2">
        <w:rPr>
          <w:rFonts w:ascii="Times New Roman" w:eastAsiaTheme="minorEastAsia" w:hAnsi="Times New Roman" w:cs="Times New Roman"/>
          <w:b w:val="0"/>
          <w:color w:val="auto"/>
          <w:sz w:val="24"/>
          <w:szCs w:val="24"/>
        </w:rPr>
        <w:t>afectan</w:t>
      </w:r>
      <w:proofErr w:type="spellEnd"/>
      <w:r w:rsidRPr="006A5AA2">
        <w:rPr>
          <w:rFonts w:ascii="Times New Roman" w:eastAsiaTheme="minorEastAsia" w:hAnsi="Times New Roman" w:cs="Times New Roman"/>
          <w:b w:val="0"/>
          <w:color w:val="auto"/>
          <w:sz w:val="24"/>
          <w:szCs w:val="24"/>
        </w:rPr>
        <w:t xml:space="preserve"> la </w:t>
      </w:r>
      <w:proofErr w:type="spellStart"/>
      <w:r w:rsidRPr="006A5AA2">
        <w:rPr>
          <w:rFonts w:ascii="Times New Roman" w:eastAsiaTheme="minorEastAsia" w:hAnsi="Times New Roman" w:cs="Times New Roman"/>
          <w:b w:val="0"/>
          <w:color w:val="auto"/>
          <w:sz w:val="24"/>
          <w:szCs w:val="24"/>
        </w:rPr>
        <w:t>validez</w:t>
      </w:r>
      <w:proofErr w:type="spellEnd"/>
      <w:r w:rsidRPr="006A5AA2">
        <w:rPr>
          <w:rFonts w:ascii="Times New Roman" w:eastAsiaTheme="minorEastAsia" w:hAnsi="Times New Roman" w:cs="Times New Roman"/>
          <w:b w:val="0"/>
          <w:color w:val="auto"/>
          <w:sz w:val="24"/>
          <w:szCs w:val="24"/>
        </w:rPr>
        <w:t xml:space="preserve"> y </w:t>
      </w:r>
      <w:proofErr w:type="spellStart"/>
      <w:r w:rsidRPr="006A5AA2">
        <w:rPr>
          <w:rFonts w:ascii="Times New Roman" w:eastAsiaTheme="minorEastAsia" w:hAnsi="Times New Roman" w:cs="Times New Roman"/>
          <w:b w:val="0"/>
          <w:color w:val="auto"/>
          <w:sz w:val="24"/>
          <w:szCs w:val="24"/>
        </w:rPr>
        <w:t>aplicación</w:t>
      </w:r>
      <w:proofErr w:type="spellEnd"/>
      <w:r w:rsidRPr="006A5AA2">
        <w:rPr>
          <w:rFonts w:ascii="Times New Roman" w:eastAsiaTheme="minorEastAsia" w:hAnsi="Times New Roman" w:cs="Times New Roman"/>
          <w:b w:val="0"/>
          <w:color w:val="auto"/>
          <w:sz w:val="24"/>
          <w:szCs w:val="24"/>
        </w:rPr>
        <w:t xml:space="preserve"> de la </w:t>
      </w:r>
      <w:proofErr w:type="spellStart"/>
      <w:r w:rsidRPr="006A5AA2">
        <w:rPr>
          <w:rFonts w:ascii="Times New Roman" w:eastAsiaTheme="minorEastAsia" w:hAnsi="Times New Roman" w:cs="Times New Roman"/>
          <w:b w:val="0"/>
          <w:color w:val="auto"/>
          <w:sz w:val="24"/>
          <w:szCs w:val="24"/>
        </w:rPr>
        <w:t>firma</w:t>
      </w:r>
      <w:proofErr w:type="spellEnd"/>
      <w:r w:rsidRPr="006A5AA2">
        <w:rPr>
          <w:rFonts w:ascii="Times New Roman" w:eastAsiaTheme="minorEastAsia" w:hAnsi="Times New Roman" w:cs="Times New Roman"/>
          <w:b w:val="0"/>
          <w:color w:val="auto"/>
          <w:sz w:val="24"/>
          <w:szCs w:val="24"/>
        </w:rPr>
        <w:t xml:space="preserve"> digital en </w:t>
      </w:r>
      <w:proofErr w:type="spellStart"/>
      <w:r w:rsidRPr="006A5AA2">
        <w:rPr>
          <w:rFonts w:ascii="Times New Roman" w:eastAsiaTheme="minorEastAsia" w:hAnsi="Times New Roman" w:cs="Times New Roman"/>
          <w:b w:val="0"/>
          <w:color w:val="auto"/>
          <w:sz w:val="24"/>
          <w:szCs w:val="24"/>
        </w:rPr>
        <w:t>el</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contexto</w:t>
      </w:r>
      <w:proofErr w:type="spellEnd"/>
      <w:r w:rsidRPr="006A5AA2">
        <w:rPr>
          <w:rFonts w:ascii="Times New Roman" w:eastAsiaTheme="minorEastAsia" w:hAnsi="Times New Roman" w:cs="Times New Roman"/>
          <w:b w:val="0"/>
          <w:color w:val="auto"/>
          <w:sz w:val="24"/>
          <w:szCs w:val="24"/>
        </w:rPr>
        <w:t xml:space="preserve"> de las </w:t>
      </w:r>
      <w:proofErr w:type="spellStart"/>
      <w:r w:rsidRPr="006A5AA2">
        <w:rPr>
          <w:rFonts w:ascii="Times New Roman" w:eastAsiaTheme="minorEastAsia" w:hAnsi="Times New Roman" w:cs="Times New Roman"/>
          <w:b w:val="0"/>
          <w:color w:val="auto"/>
          <w:sz w:val="24"/>
          <w:szCs w:val="24"/>
        </w:rPr>
        <w:t>plataformas</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digitales</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especialmente</w:t>
      </w:r>
      <w:proofErr w:type="spellEnd"/>
      <w:r w:rsidRPr="006A5AA2">
        <w:rPr>
          <w:rFonts w:ascii="Times New Roman" w:eastAsiaTheme="minorEastAsia" w:hAnsi="Times New Roman" w:cs="Times New Roman"/>
          <w:b w:val="0"/>
          <w:color w:val="auto"/>
          <w:sz w:val="24"/>
          <w:szCs w:val="24"/>
        </w:rPr>
        <w:t xml:space="preserve"> en las </w:t>
      </w:r>
      <w:proofErr w:type="spellStart"/>
      <w:r w:rsidRPr="006A5AA2">
        <w:rPr>
          <w:rFonts w:ascii="Times New Roman" w:eastAsiaTheme="minorEastAsia" w:hAnsi="Times New Roman" w:cs="Times New Roman"/>
          <w:b w:val="0"/>
          <w:color w:val="auto"/>
          <w:sz w:val="24"/>
          <w:szCs w:val="24"/>
        </w:rPr>
        <w:t>operaciones</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transfronterizas</w:t>
      </w:r>
      <w:proofErr w:type="spellEnd"/>
      <w:r w:rsidRPr="006A5AA2">
        <w:rPr>
          <w:rFonts w:ascii="Times New Roman" w:eastAsiaTheme="minorEastAsia" w:hAnsi="Times New Roman" w:cs="Times New Roman"/>
          <w:b w:val="0"/>
          <w:color w:val="auto"/>
          <w:sz w:val="24"/>
          <w:szCs w:val="24"/>
        </w:rPr>
        <w:t xml:space="preserve"> entre Colombia y Panamá. A </w:t>
      </w:r>
      <w:proofErr w:type="spellStart"/>
      <w:r w:rsidRPr="006A5AA2">
        <w:rPr>
          <w:rFonts w:ascii="Times New Roman" w:eastAsiaTheme="minorEastAsia" w:hAnsi="Times New Roman" w:cs="Times New Roman"/>
          <w:b w:val="0"/>
          <w:color w:val="auto"/>
          <w:sz w:val="24"/>
          <w:szCs w:val="24"/>
        </w:rPr>
        <w:t>pesar</w:t>
      </w:r>
      <w:proofErr w:type="spellEnd"/>
      <w:r w:rsidRPr="006A5AA2">
        <w:rPr>
          <w:rFonts w:ascii="Times New Roman" w:eastAsiaTheme="minorEastAsia" w:hAnsi="Times New Roman" w:cs="Times New Roman"/>
          <w:b w:val="0"/>
          <w:color w:val="auto"/>
          <w:sz w:val="24"/>
          <w:szCs w:val="24"/>
        </w:rPr>
        <w:t xml:space="preserve"> de que ambos </w:t>
      </w:r>
      <w:proofErr w:type="spellStart"/>
      <w:r w:rsidRPr="006A5AA2">
        <w:rPr>
          <w:rFonts w:ascii="Times New Roman" w:eastAsiaTheme="minorEastAsia" w:hAnsi="Times New Roman" w:cs="Times New Roman"/>
          <w:b w:val="0"/>
          <w:color w:val="auto"/>
          <w:sz w:val="24"/>
          <w:szCs w:val="24"/>
        </w:rPr>
        <w:t>países</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cuentan</w:t>
      </w:r>
      <w:proofErr w:type="spellEnd"/>
      <w:r w:rsidRPr="006A5AA2">
        <w:rPr>
          <w:rFonts w:ascii="Times New Roman" w:eastAsiaTheme="minorEastAsia" w:hAnsi="Times New Roman" w:cs="Times New Roman"/>
          <w:b w:val="0"/>
          <w:color w:val="auto"/>
          <w:sz w:val="24"/>
          <w:szCs w:val="24"/>
        </w:rPr>
        <w:t xml:space="preserve"> con </w:t>
      </w:r>
      <w:proofErr w:type="spellStart"/>
      <w:r w:rsidRPr="006A5AA2">
        <w:rPr>
          <w:rFonts w:ascii="Times New Roman" w:eastAsiaTheme="minorEastAsia" w:hAnsi="Times New Roman" w:cs="Times New Roman"/>
          <w:b w:val="0"/>
          <w:color w:val="auto"/>
          <w:sz w:val="24"/>
          <w:szCs w:val="24"/>
        </w:rPr>
        <w:t>marcos</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normativos</w:t>
      </w:r>
      <w:proofErr w:type="spellEnd"/>
      <w:r w:rsidRPr="006A5AA2">
        <w:rPr>
          <w:rFonts w:ascii="Times New Roman" w:eastAsiaTheme="minorEastAsia" w:hAnsi="Times New Roman" w:cs="Times New Roman"/>
          <w:b w:val="0"/>
          <w:color w:val="auto"/>
          <w:sz w:val="24"/>
          <w:szCs w:val="24"/>
        </w:rPr>
        <w:t xml:space="preserve"> que </w:t>
      </w:r>
      <w:proofErr w:type="spellStart"/>
      <w:r w:rsidRPr="006A5AA2">
        <w:rPr>
          <w:rFonts w:ascii="Times New Roman" w:eastAsiaTheme="minorEastAsia" w:hAnsi="Times New Roman" w:cs="Times New Roman"/>
          <w:b w:val="0"/>
          <w:color w:val="auto"/>
          <w:sz w:val="24"/>
          <w:szCs w:val="24"/>
        </w:rPr>
        <w:t>reconocen</w:t>
      </w:r>
      <w:proofErr w:type="spellEnd"/>
      <w:r w:rsidRPr="006A5AA2">
        <w:rPr>
          <w:rFonts w:ascii="Times New Roman" w:eastAsiaTheme="minorEastAsia" w:hAnsi="Times New Roman" w:cs="Times New Roman"/>
          <w:b w:val="0"/>
          <w:color w:val="auto"/>
          <w:sz w:val="24"/>
          <w:szCs w:val="24"/>
        </w:rPr>
        <w:t xml:space="preserve"> la </w:t>
      </w:r>
      <w:proofErr w:type="spellStart"/>
      <w:r w:rsidRPr="006A5AA2">
        <w:rPr>
          <w:rFonts w:ascii="Times New Roman" w:eastAsiaTheme="minorEastAsia" w:hAnsi="Times New Roman" w:cs="Times New Roman"/>
          <w:b w:val="0"/>
          <w:color w:val="auto"/>
          <w:sz w:val="24"/>
          <w:szCs w:val="24"/>
        </w:rPr>
        <w:t>equivalencia</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funcional</w:t>
      </w:r>
      <w:proofErr w:type="spellEnd"/>
      <w:r w:rsidRPr="006A5AA2">
        <w:rPr>
          <w:rFonts w:ascii="Times New Roman" w:eastAsiaTheme="minorEastAsia" w:hAnsi="Times New Roman" w:cs="Times New Roman"/>
          <w:b w:val="0"/>
          <w:color w:val="auto"/>
          <w:sz w:val="24"/>
          <w:szCs w:val="24"/>
        </w:rPr>
        <w:t xml:space="preserve"> de la </w:t>
      </w:r>
      <w:proofErr w:type="spellStart"/>
      <w:r w:rsidRPr="006A5AA2">
        <w:rPr>
          <w:rFonts w:ascii="Times New Roman" w:eastAsiaTheme="minorEastAsia" w:hAnsi="Times New Roman" w:cs="Times New Roman"/>
          <w:b w:val="0"/>
          <w:color w:val="auto"/>
          <w:sz w:val="24"/>
          <w:szCs w:val="24"/>
        </w:rPr>
        <w:t>firma</w:t>
      </w:r>
      <w:proofErr w:type="spellEnd"/>
      <w:r w:rsidRPr="006A5AA2">
        <w:rPr>
          <w:rFonts w:ascii="Times New Roman" w:eastAsiaTheme="minorEastAsia" w:hAnsi="Times New Roman" w:cs="Times New Roman"/>
          <w:b w:val="0"/>
          <w:color w:val="auto"/>
          <w:sz w:val="24"/>
          <w:szCs w:val="24"/>
        </w:rPr>
        <w:t xml:space="preserve"> digital, se </w:t>
      </w:r>
      <w:proofErr w:type="spellStart"/>
      <w:r w:rsidRPr="006A5AA2">
        <w:rPr>
          <w:rFonts w:ascii="Times New Roman" w:eastAsiaTheme="minorEastAsia" w:hAnsi="Times New Roman" w:cs="Times New Roman"/>
          <w:b w:val="0"/>
          <w:color w:val="auto"/>
          <w:sz w:val="24"/>
          <w:szCs w:val="24"/>
        </w:rPr>
        <w:t>evidencia</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una</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brecha</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significativa</w:t>
      </w:r>
      <w:proofErr w:type="spellEnd"/>
      <w:r w:rsidRPr="006A5AA2">
        <w:rPr>
          <w:rFonts w:ascii="Times New Roman" w:eastAsiaTheme="minorEastAsia" w:hAnsi="Times New Roman" w:cs="Times New Roman"/>
          <w:b w:val="0"/>
          <w:color w:val="auto"/>
          <w:sz w:val="24"/>
          <w:szCs w:val="24"/>
        </w:rPr>
        <w:t xml:space="preserve"> entre la </w:t>
      </w:r>
      <w:proofErr w:type="spellStart"/>
      <w:r w:rsidRPr="006A5AA2">
        <w:rPr>
          <w:rFonts w:ascii="Times New Roman" w:eastAsiaTheme="minorEastAsia" w:hAnsi="Times New Roman" w:cs="Times New Roman"/>
          <w:b w:val="0"/>
          <w:color w:val="auto"/>
          <w:sz w:val="24"/>
          <w:szCs w:val="24"/>
        </w:rPr>
        <w:t>regulación</w:t>
      </w:r>
      <w:proofErr w:type="spellEnd"/>
      <w:r w:rsidRPr="006A5AA2">
        <w:rPr>
          <w:rFonts w:ascii="Times New Roman" w:eastAsiaTheme="minorEastAsia" w:hAnsi="Times New Roman" w:cs="Times New Roman"/>
          <w:b w:val="0"/>
          <w:color w:val="auto"/>
          <w:sz w:val="24"/>
          <w:szCs w:val="24"/>
        </w:rPr>
        <w:t xml:space="preserve"> formal y </w:t>
      </w:r>
      <w:proofErr w:type="spellStart"/>
      <w:r w:rsidRPr="006A5AA2">
        <w:rPr>
          <w:rFonts w:ascii="Times New Roman" w:eastAsiaTheme="minorEastAsia" w:hAnsi="Times New Roman" w:cs="Times New Roman"/>
          <w:b w:val="0"/>
          <w:color w:val="auto"/>
          <w:sz w:val="24"/>
          <w:szCs w:val="24"/>
        </w:rPr>
        <w:t>su</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aplicación</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efectiva</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particularmente</w:t>
      </w:r>
      <w:proofErr w:type="spellEnd"/>
      <w:r w:rsidRPr="006A5AA2">
        <w:rPr>
          <w:rFonts w:ascii="Times New Roman" w:eastAsiaTheme="minorEastAsia" w:hAnsi="Times New Roman" w:cs="Times New Roman"/>
          <w:b w:val="0"/>
          <w:color w:val="auto"/>
          <w:sz w:val="24"/>
          <w:szCs w:val="24"/>
        </w:rPr>
        <w:t xml:space="preserve"> en </w:t>
      </w:r>
      <w:proofErr w:type="spellStart"/>
      <w:r w:rsidRPr="006A5AA2">
        <w:rPr>
          <w:rFonts w:ascii="Times New Roman" w:eastAsiaTheme="minorEastAsia" w:hAnsi="Times New Roman" w:cs="Times New Roman"/>
          <w:b w:val="0"/>
          <w:color w:val="auto"/>
          <w:sz w:val="24"/>
          <w:szCs w:val="24"/>
        </w:rPr>
        <w:t>el</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entorno</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panameño</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donde</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persiste</w:t>
      </w:r>
      <w:proofErr w:type="spellEnd"/>
      <w:r w:rsidRPr="006A5AA2">
        <w:rPr>
          <w:rFonts w:ascii="Times New Roman" w:eastAsiaTheme="minorEastAsia" w:hAnsi="Times New Roman" w:cs="Times New Roman"/>
          <w:b w:val="0"/>
          <w:color w:val="auto"/>
          <w:sz w:val="24"/>
          <w:szCs w:val="24"/>
        </w:rPr>
        <w:t xml:space="preserve"> la </w:t>
      </w:r>
      <w:proofErr w:type="spellStart"/>
      <w:r w:rsidRPr="006A5AA2">
        <w:rPr>
          <w:rFonts w:ascii="Times New Roman" w:eastAsiaTheme="minorEastAsia" w:hAnsi="Times New Roman" w:cs="Times New Roman"/>
          <w:b w:val="0"/>
          <w:color w:val="auto"/>
          <w:sz w:val="24"/>
          <w:szCs w:val="24"/>
        </w:rPr>
        <w:t>exigencia</w:t>
      </w:r>
      <w:proofErr w:type="spellEnd"/>
      <w:r w:rsidRPr="006A5AA2">
        <w:rPr>
          <w:rFonts w:ascii="Times New Roman" w:eastAsiaTheme="minorEastAsia" w:hAnsi="Times New Roman" w:cs="Times New Roman"/>
          <w:b w:val="0"/>
          <w:color w:val="auto"/>
          <w:sz w:val="24"/>
          <w:szCs w:val="24"/>
        </w:rPr>
        <w:t xml:space="preserve"> de la </w:t>
      </w:r>
      <w:proofErr w:type="spellStart"/>
      <w:r w:rsidRPr="006A5AA2">
        <w:rPr>
          <w:rFonts w:ascii="Times New Roman" w:eastAsiaTheme="minorEastAsia" w:hAnsi="Times New Roman" w:cs="Times New Roman"/>
          <w:b w:val="0"/>
          <w:color w:val="auto"/>
          <w:sz w:val="24"/>
          <w:szCs w:val="24"/>
        </w:rPr>
        <w:t>firma</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manuscrita</w:t>
      </w:r>
      <w:proofErr w:type="spellEnd"/>
      <w:r w:rsidRPr="006A5AA2">
        <w:rPr>
          <w:rFonts w:ascii="Times New Roman" w:eastAsiaTheme="minorEastAsia" w:hAnsi="Times New Roman" w:cs="Times New Roman"/>
          <w:b w:val="0"/>
          <w:color w:val="auto"/>
          <w:sz w:val="24"/>
          <w:szCs w:val="24"/>
        </w:rPr>
        <w:t>.</w:t>
      </w:r>
    </w:p>
    <w:p w14:paraId="115FCDBE" w14:textId="04B85B6F" w:rsidR="006A5AA2" w:rsidRPr="006A5AA2" w:rsidRDefault="006A5AA2" w:rsidP="006A5AA2">
      <w:pPr>
        <w:pStyle w:val="Ttulo2"/>
        <w:rPr>
          <w:rFonts w:ascii="Times New Roman" w:eastAsiaTheme="minorEastAsia" w:hAnsi="Times New Roman" w:cs="Times New Roman"/>
          <w:b w:val="0"/>
          <w:color w:val="auto"/>
          <w:sz w:val="24"/>
          <w:szCs w:val="24"/>
        </w:rPr>
      </w:pPr>
      <w:r w:rsidRPr="006A5AA2">
        <w:rPr>
          <w:rFonts w:ascii="Times New Roman" w:eastAsiaTheme="minorEastAsia" w:hAnsi="Times New Roman" w:cs="Times New Roman"/>
          <w:b w:val="0"/>
          <w:color w:val="auto"/>
          <w:sz w:val="24"/>
          <w:szCs w:val="24"/>
        </w:rPr>
        <w:t xml:space="preserve">El </w:t>
      </w:r>
      <w:proofErr w:type="spellStart"/>
      <w:r w:rsidRPr="006A5AA2">
        <w:rPr>
          <w:rFonts w:ascii="Times New Roman" w:eastAsiaTheme="minorEastAsia" w:hAnsi="Times New Roman" w:cs="Times New Roman"/>
          <w:b w:val="0"/>
          <w:color w:val="auto"/>
          <w:sz w:val="24"/>
          <w:szCs w:val="24"/>
        </w:rPr>
        <w:t>estudio</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adopta</w:t>
      </w:r>
      <w:proofErr w:type="spellEnd"/>
      <w:r w:rsidRPr="006A5AA2">
        <w:rPr>
          <w:rFonts w:ascii="Times New Roman" w:eastAsiaTheme="minorEastAsia" w:hAnsi="Times New Roman" w:cs="Times New Roman"/>
          <w:b w:val="0"/>
          <w:color w:val="auto"/>
          <w:sz w:val="24"/>
          <w:szCs w:val="24"/>
        </w:rPr>
        <w:t xml:space="preserve"> un </w:t>
      </w:r>
      <w:proofErr w:type="spellStart"/>
      <w:r w:rsidRPr="006A5AA2">
        <w:rPr>
          <w:rFonts w:ascii="Times New Roman" w:eastAsiaTheme="minorEastAsia" w:hAnsi="Times New Roman" w:cs="Times New Roman"/>
          <w:b w:val="0"/>
          <w:color w:val="auto"/>
          <w:sz w:val="24"/>
          <w:szCs w:val="24"/>
        </w:rPr>
        <w:t>enfoque</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metodológico</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mixto</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integrando</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técnicas</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cuantitativas</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mediante</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encuestas</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dirigidas</w:t>
      </w:r>
      <w:proofErr w:type="spellEnd"/>
      <w:r w:rsidRPr="006A5AA2">
        <w:rPr>
          <w:rFonts w:ascii="Times New Roman" w:eastAsiaTheme="minorEastAsia" w:hAnsi="Times New Roman" w:cs="Times New Roman"/>
          <w:b w:val="0"/>
          <w:color w:val="auto"/>
          <w:sz w:val="24"/>
          <w:szCs w:val="24"/>
        </w:rPr>
        <w:t xml:space="preserve"> </w:t>
      </w:r>
      <w:proofErr w:type="gramStart"/>
      <w:r w:rsidRPr="006A5AA2">
        <w:rPr>
          <w:rFonts w:ascii="Times New Roman" w:eastAsiaTheme="minorEastAsia" w:hAnsi="Times New Roman" w:cs="Times New Roman"/>
          <w:b w:val="0"/>
          <w:color w:val="auto"/>
          <w:sz w:val="24"/>
          <w:szCs w:val="24"/>
        </w:rPr>
        <w:t>a</w:t>
      </w:r>
      <w:proofErr w:type="gramEnd"/>
      <w:r w:rsidRPr="006A5AA2">
        <w:rPr>
          <w:rFonts w:ascii="Times New Roman" w:eastAsiaTheme="minorEastAsia" w:hAnsi="Times New Roman" w:cs="Times New Roman"/>
          <w:b w:val="0"/>
          <w:color w:val="auto"/>
          <w:sz w:val="24"/>
          <w:szCs w:val="24"/>
        </w:rPr>
        <w:t xml:space="preserve"> empresas </w:t>
      </w:r>
      <w:proofErr w:type="spellStart"/>
      <w:r w:rsidRPr="006A5AA2">
        <w:rPr>
          <w:rFonts w:ascii="Times New Roman" w:eastAsiaTheme="minorEastAsia" w:hAnsi="Times New Roman" w:cs="Times New Roman"/>
          <w:b w:val="0"/>
          <w:color w:val="auto"/>
          <w:sz w:val="24"/>
          <w:szCs w:val="24"/>
        </w:rPr>
        <w:t>colombianas</w:t>
      </w:r>
      <w:proofErr w:type="spellEnd"/>
      <w:r w:rsidRPr="006A5AA2">
        <w:rPr>
          <w:rFonts w:ascii="Times New Roman" w:eastAsiaTheme="minorEastAsia" w:hAnsi="Times New Roman" w:cs="Times New Roman"/>
          <w:b w:val="0"/>
          <w:color w:val="auto"/>
          <w:sz w:val="24"/>
          <w:szCs w:val="24"/>
        </w:rPr>
        <w:t xml:space="preserve"> que </w:t>
      </w:r>
      <w:proofErr w:type="spellStart"/>
      <w:r w:rsidRPr="006A5AA2">
        <w:rPr>
          <w:rFonts w:ascii="Times New Roman" w:eastAsiaTheme="minorEastAsia" w:hAnsi="Times New Roman" w:cs="Times New Roman"/>
          <w:b w:val="0"/>
          <w:color w:val="auto"/>
          <w:sz w:val="24"/>
          <w:szCs w:val="24"/>
        </w:rPr>
        <w:t>operan</w:t>
      </w:r>
      <w:proofErr w:type="spellEnd"/>
      <w:r w:rsidRPr="006A5AA2">
        <w:rPr>
          <w:rFonts w:ascii="Times New Roman" w:eastAsiaTheme="minorEastAsia" w:hAnsi="Times New Roman" w:cs="Times New Roman"/>
          <w:b w:val="0"/>
          <w:color w:val="auto"/>
          <w:sz w:val="24"/>
          <w:szCs w:val="24"/>
        </w:rPr>
        <w:t xml:space="preserve"> en Panamá, y </w:t>
      </w:r>
      <w:proofErr w:type="spellStart"/>
      <w:r w:rsidRPr="006A5AA2">
        <w:rPr>
          <w:rFonts w:ascii="Times New Roman" w:eastAsiaTheme="minorEastAsia" w:hAnsi="Times New Roman" w:cs="Times New Roman"/>
          <w:b w:val="0"/>
          <w:color w:val="auto"/>
          <w:sz w:val="24"/>
          <w:szCs w:val="24"/>
        </w:rPr>
        <w:t>técnicas</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cualitativas</w:t>
      </w:r>
      <w:proofErr w:type="spellEnd"/>
      <w:r w:rsidRPr="006A5AA2">
        <w:rPr>
          <w:rFonts w:ascii="Times New Roman" w:eastAsiaTheme="minorEastAsia" w:hAnsi="Times New Roman" w:cs="Times New Roman"/>
          <w:b w:val="0"/>
          <w:color w:val="auto"/>
          <w:sz w:val="24"/>
          <w:szCs w:val="24"/>
        </w:rPr>
        <w:t xml:space="preserve"> a </w:t>
      </w:r>
      <w:proofErr w:type="spellStart"/>
      <w:r w:rsidRPr="006A5AA2">
        <w:rPr>
          <w:rFonts w:ascii="Times New Roman" w:eastAsiaTheme="minorEastAsia" w:hAnsi="Times New Roman" w:cs="Times New Roman"/>
          <w:b w:val="0"/>
          <w:color w:val="auto"/>
          <w:sz w:val="24"/>
          <w:szCs w:val="24"/>
        </w:rPr>
        <w:t>través</w:t>
      </w:r>
      <w:proofErr w:type="spellEnd"/>
      <w:r w:rsidRPr="006A5AA2">
        <w:rPr>
          <w:rFonts w:ascii="Times New Roman" w:eastAsiaTheme="minorEastAsia" w:hAnsi="Times New Roman" w:cs="Times New Roman"/>
          <w:b w:val="0"/>
          <w:color w:val="auto"/>
          <w:sz w:val="24"/>
          <w:szCs w:val="24"/>
        </w:rPr>
        <w:t xml:space="preserve"> de </w:t>
      </w:r>
      <w:proofErr w:type="spellStart"/>
      <w:r w:rsidRPr="006A5AA2">
        <w:rPr>
          <w:rFonts w:ascii="Times New Roman" w:eastAsiaTheme="minorEastAsia" w:hAnsi="Times New Roman" w:cs="Times New Roman"/>
          <w:b w:val="0"/>
          <w:color w:val="auto"/>
          <w:sz w:val="24"/>
          <w:szCs w:val="24"/>
        </w:rPr>
        <w:t>entrevistas</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semiestructuradas</w:t>
      </w:r>
      <w:proofErr w:type="spellEnd"/>
      <w:r w:rsidRPr="006A5AA2">
        <w:rPr>
          <w:rFonts w:ascii="Times New Roman" w:eastAsiaTheme="minorEastAsia" w:hAnsi="Times New Roman" w:cs="Times New Roman"/>
          <w:b w:val="0"/>
          <w:color w:val="auto"/>
          <w:sz w:val="24"/>
          <w:szCs w:val="24"/>
        </w:rPr>
        <w:t xml:space="preserve"> a empresarios y </w:t>
      </w:r>
      <w:proofErr w:type="spellStart"/>
      <w:r w:rsidRPr="006A5AA2">
        <w:rPr>
          <w:rFonts w:ascii="Times New Roman" w:eastAsiaTheme="minorEastAsia" w:hAnsi="Times New Roman" w:cs="Times New Roman"/>
          <w:b w:val="0"/>
          <w:color w:val="auto"/>
          <w:sz w:val="24"/>
          <w:szCs w:val="24"/>
        </w:rPr>
        <w:t>expertos</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jurídicos</w:t>
      </w:r>
      <w:proofErr w:type="spellEnd"/>
      <w:r w:rsidRPr="006A5AA2">
        <w:rPr>
          <w:rFonts w:ascii="Times New Roman" w:eastAsiaTheme="minorEastAsia" w:hAnsi="Times New Roman" w:cs="Times New Roman"/>
          <w:b w:val="0"/>
          <w:color w:val="auto"/>
          <w:sz w:val="24"/>
          <w:szCs w:val="24"/>
        </w:rPr>
        <w:t xml:space="preserve">. Los </w:t>
      </w:r>
      <w:proofErr w:type="spellStart"/>
      <w:r w:rsidRPr="006A5AA2">
        <w:rPr>
          <w:rFonts w:ascii="Times New Roman" w:eastAsiaTheme="minorEastAsia" w:hAnsi="Times New Roman" w:cs="Times New Roman"/>
          <w:b w:val="0"/>
          <w:color w:val="auto"/>
          <w:sz w:val="24"/>
          <w:szCs w:val="24"/>
        </w:rPr>
        <w:t>resultados</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revelan</w:t>
      </w:r>
      <w:proofErr w:type="spellEnd"/>
      <w:r w:rsidRPr="006A5AA2">
        <w:rPr>
          <w:rFonts w:ascii="Times New Roman" w:eastAsiaTheme="minorEastAsia" w:hAnsi="Times New Roman" w:cs="Times New Roman"/>
          <w:b w:val="0"/>
          <w:color w:val="auto"/>
          <w:sz w:val="24"/>
          <w:szCs w:val="24"/>
        </w:rPr>
        <w:t xml:space="preserve"> que la </w:t>
      </w:r>
      <w:proofErr w:type="spellStart"/>
      <w:r w:rsidRPr="006A5AA2">
        <w:rPr>
          <w:rFonts w:ascii="Times New Roman" w:eastAsiaTheme="minorEastAsia" w:hAnsi="Times New Roman" w:cs="Times New Roman"/>
          <w:b w:val="0"/>
          <w:color w:val="auto"/>
          <w:sz w:val="24"/>
          <w:szCs w:val="24"/>
        </w:rPr>
        <w:t>falta</w:t>
      </w:r>
      <w:proofErr w:type="spellEnd"/>
      <w:r w:rsidRPr="006A5AA2">
        <w:rPr>
          <w:rFonts w:ascii="Times New Roman" w:eastAsiaTheme="minorEastAsia" w:hAnsi="Times New Roman" w:cs="Times New Roman"/>
          <w:b w:val="0"/>
          <w:color w:val="auto"/>
          <w:sz w:val="24"/>
          <w:szCs w:val="24"/>
        </w:rPr>
        <w:t xml:space="preserve"> de </w:t>
      </w:r>
      <w:proofErr w:type="spellStart"/>
      <w:r w:rsidRPr="006A5AA2">
        <w:rPr>
          <w:rFonts w:ascii="Times New Roman" w:eastAsiaTheme="minorEastAsia" w:hAnsi="Times New Roman" w:cs="Times New Roman"/>
          <w:b w:val="0"/>
          <w:color w:val="auto"/>
          <w:sz w:val="24"/>
          <w:szCs w:val="24"/>
        </w:rPr>
        <w:t>interoperabilidad</w:t>
      </w:r>
      <w:proofErr w:type="spellEnd"/>
      <w:r w:rsidRPr="006A5AA2">
        <w:rPr>
          <w:rFonts w:ascii="Times New Roman" w:eastAsiaTheme="minorEastAsia" w:hAnsi="Times New Roman" w:cs="Times New Roman"/>
          <w:b w:val="0"/>
          <w:color w:val="auto"/>
          <w:sz w:val="24"/>
          <w:szCs w:val="24"/>
        </w:rPr>
        <w:t xml:space="preserve"> entre </w:t>
      </w:r>
      <w:proofErr w:type="spellStart"/>
      <w:r w:rsidRPr="006A5AA2">
        <w:rPr>
          <w:rFonts w:ascii="Times New Roman" w:eastAsiaTheme="minorEastAsia" w:hAnsi="Times New Roman" w:cs="Times New Roman"/>
          <w:b w:val="0"/>
          <w:color w:val="auto"/>
          <w:sz w:val="24"/>
          <w:szCs w:val="24"/>
        </w:rPr>
        <w:t>sistemas</w:t>
      </w:r>
      <w:proofErr w:type="spellEnd"/>
      <w:r w:rsidRPr="006A5AA2">
        <w:rPr>
          <w:rFonts w:ascii="Times New Roman" w:eastAsiaTheme="minorEastAsia" w:hAnsi="Times New Roman" w:cs="Times New Roman"/>
          <w:b w:val="0"/>
          <w:color w:val="auto"/>
          <w:sz w:val="24"/>
          <w:szCs w:val="24"/>
        </w:rPr>
        <w:t xml:space="preserve"> de </w:t>
      </w:r>
      <w:proofErr w:type="spellStart"/>
      <w:r w:rsidRPr="006A5AA2">
        <w:rPr>
          <w:rFonts w:ascii="Times New Roman" w:eastAsiaTheme="minorEastAsia" w:hAnsi="Times New Roman" w:cs="Times New Roman"/>
          <w:b w:val="0"/>
          <w:color w:val="auto"/>
          <w:sz w:val="24"/>
          <w:szCs w:val="24"/>
        </w:rPr>
        <w:t>certificación</w:t>
      </w:r>
      <w:proofErr w:type="spellEnd"/>
      <w:r w:rsidRPr="006A5AA2">
        <w:rPr>
          <w:rFonts w:ascii="Times New Roman" w:eastAsiaTheme="minorEastAsia" w:hAnsi="Times New Roman" w:cs="Times New Roman"/>
          <w:b w:val="0"/>
          <w:color w:val="auto"/>
          <w:sz w:val="24"/>
          <w:szCs w:val="24"/>
        </w:rPr>
        <w:t xml:space="preserve">, la </w:t>
      </w:r>
      <w:proofErr w:type="spellStart"/>
      <w:r w:rsidRPr="006A5AA2">
        <w:rPr>
          <w:rFonts w:ascii="Times New Roman" w:eastAsiaTheme="minorEastAsia" w:hAnsi="Times New Roman" w:cs="Times New Roman"/>
          <w:b w:val="0"/>
          <w:color w:val="auto"/>
          <w:sz w:val="24"/>
          <w:szCs w:val="24"/>
        </w:rPr>
        <w:t>debilidad</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institucional</w:t>
      </w:r>
      <w:proofErr w:type="spellEnd"/>
      <w:r w:rsidRPr="006A5AA2">
        <w:rPr>
          <w:rFonts w:ascii="Times New Roman" w:eastAsiaTheme="minorEastAsia" w:hAnsi="Times New Roman" w:cs="Times New Roman"/>
          <w:b w:val="0"/>
          <w:color w:val="auto"/>
          <w:sz w:val="24"/>
          <w:szCs w:val="24"/>
        </w:rPr>
        <w:t xml:space="preserve"> y </w:t>
      </w:r>
      <w:proofErr w:type="spellStart"/>
      <w:r w:rsidRPr="006A5AA2">
        <w:rPr>
          <w:rFonts w:ascii="Times New Roman" w:eastAsiaTheme="minorEastAsia" w:hAnsi="Times New Roman" w:cs="Times New Roman"/>
          <w:b w:val="0"/>
          <w:color w:val="auto"/>
          <w:sz w:val="24"/>
          <w:szCs w:val="24"/>
        </w:rPr>
        <w:t>el</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desconocimiento</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normativo</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constituyen</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los</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principales</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factores</w:t>
      </w:r>
      <w:proofErr w:type="spellEnd"/>
      <w:r w:rsidRPr="006A5AA2">
        <w:rPr>
          <w:rFonts w:ascii="Times New Roman" w:eastAsiaTheme="minorEastAsia" w:hAnsi="Times New Roman" w:cs="Times New Roman"/>
          <w:b w:val="0"/>
          <w:color w:val="auto"/>
          <w:sz w:val="24"/>
          <w:szCs w:val="24"/>
        </w:rPr>
        <w:t xml:space="preserve"> que </w:t>
      </w:r>
      <w:proofErr w:type="spellStart"/>
      <w:r w:rsidRPr="006A5AA2">
        <w:rPr>
          <w:rFonts w:ascii="Times New Roman" w:eastAsiaTheme="minorEastAsia" w:hAnsi="Times New Roman" w:cs="Times New Roman"/>
          <w:b w:val="0"/>
          <w:color w:val="auto"/>
          <w:sz w:val="24"/>
          <w:szCs w:val="24"/>
        </w:rPr>
        <w:t>limitan</w:t>
      </w:r>
      <w:proofErr w:type="spellEnd"/>
      <w:r w:rsidRPr="006A5AA2">
        <w:rPr>
          <w:rFonts w:ascii="Times New Roman" w:eastAsiaTheme="minorEastAsia" w:hAnsi="Times New Roman" w:cs="Times New Roman"/>
          <w:b w:val="0"/>
          <w:color w:val="auto"/>
          <w:sz w:val="24"/>
          <w:szCs w:val="24"/>
        </w:rPr>
        <w:t xml:space="preserve"> la </w:t>
      </w:r>
      <w:proofErr w:type="spellStart"/>
      <w:r w:rsidRPr="006A5AA2">
        <w:rPr>
          <w:rFonts w:ascii="Times New Roman" w:eastAsiaTheme="minorEastAsia" w:hAnsi="Times New Roman" w:cs="Times New Roman"/>
          <w:b w:val="0"/>
          <w:color w:val="auto"/>
          <w:sz w:val="24"/>
          <w:szCs w:val="24"/>
        </w:rPr>
        <w:t>aceptación</w:t>
      </w:r>
      <w:proofErr w:type="spellEnd"/>
      <w:r w:rsidRPr="006A5AA2">
        <w:rPr>
          <w:rFonts w:ascii="Times New Roman" w:eastAsiaTheme="minorEastAsia" w:hAnsi="Times New Roman" w:cs="Times New Roman"/>
          <w:b w:val="0"/>
          <w:color w:val="auto"/>
          <w:sz w:val="24"/>
          <w:szCs w:val="24"/>
        </w:rPr>
        <w:t xml:space="preserve"> de la </w:t>
      </w:r>
      <w:proofErr w:type="spellStart"/>
      <w:r w:rsidRPr="006A5AA2">
        <w:rPr>
          <w:rFonts w:ascii="Times New Roman" w:eastAsiaTheme="minorEastAsia" w:hAnsi="Times New Roman" w:cs="Times New Roman"/>
          <w:b w:val="0"/>
          <w:color w:val="auto"/>
          <w:sz w:val="24"/>
          <w:szCs w:val="24"/>
        </w:rPr>
        <w:t>firma</w:t>
      </w:r>
      <w:proofErr w:type="spellEnd"/>
      <w:r w:rsidRPr="006A5AA2">
        <w:rPr>
          <w:rFonts w:ascii="Times New Roman" w:eastAsiaTheme="minorEastAsia" w:hAnsi="Times New Roman" w:cs="Times New Roman"/>
          <w:b w:val="0"/>
          <w:color w:val="auto"/>
          <w:sz w:val="24"/>
          <w:szCs w:val="24"/>
        </w:rPr>
        <w:t xml:space="preserve"> digital.</w:t>
      </w:r>
    </w:p>
    <w:p w14:paraId="67B50B17" w14:textId="77777777" w:rsidR="006A5AA2" w:rsidRPr="006A5AA2" w:rsidRDefault="006A5AA2" w:rsidP="006A5AA2">
      <w:pPr>
        <w:pStyle w:val="Ttulo2"/>
        <w:rPr>
          <w:rFonts w:ascii="Times New Roman" w:eastAsiaTheme="minorEastAsia" w:hAnsi="Times New Roman" w:cs="Times New Roman"/>
          <w:b w:val="0"/>
          <w:color w:val="auto"/>
          <w:sz w:val="24"/>
          <w:szCs w:val="24"/>
        </w:rPr>
      </w:pPr>
      <w:proofErr w:type="spellStart"/>
      <w:r w:rsidRPr="006A5AA2">
        <w:rPr>
          <w:rFonts w:ascii="Times New Roman" w:eastAsiaTheme="minorEastAsia" w:hAnsi="Times New Roman" w:cs="Times New Roman"/>
          <w:b w:val="0"/>
          <w:color w:val="auto"/>
          <w:sz w:val="24"/>
          <w:szCs w:val="24"/>
        </w:rPr>
        <w:t>Finalmente</w:t>
      </w:r>
      <w:proofErr w:type="spellEnd"/>
      <w:r w:rsidRPr="006A5AA2">
        <w:rPr>
          <w:rFonts w:ascii="Times New Roman" w:eastAsiaTheme="minorEastAsia" w:hAnsi="Times New Roman" w:cs="Times New Roman"/>
          <w:b w:val="0"/>
          <w:color w:val="auto"/>
          <w:sz w:val="24"/>
          <w:szCs w:val="24"/>
        </w:rPr>
        <w:t xml:space="preserve">, la </w:t>
      </w:r>
      <w:proofErr w:type="spellStart"/>
      <w:r w:rsidRPr="006A5AA2">
        <w:rPr>
          <w:rFonts w:ascii="Times New Roman" w:eastAsiaTheme="minorEastAsia" w:hAnsi="Times New Roman" w:cs="Times New Roman"/>
          <w:b w:val="0"/>
          <w:color w:val="auto"/>
          <w:sz w:val="24"/>
          <w:szCs w:val="24"/>
        </w:rPr>
        <w:t>investigación</w:t>
      </w:r>
      <w:proofErr w:type="spellEnd"/>
      <w:r w:rsidRPr="006A5AA2">
        <w:rPr>
          <w:rFonts w:ascii="Times New Roman" w:eastAsiaTheme="minorEastAsia" w:hAnsi="Times New Roman" w:cs="Times New Roman"/>
          <w:b w:val="0"/>
          <w:color w:val="auto"/>
          <w:sz w:val="24"/>
          <w:szCs w:val="24"/>
        </w:rPr>
        <w:t xml:space="preserve"> propone </w:t>
      </w:r>
      <w:proofErr w:type="spellStart"/>
      <w:r w:rsidRPr="006A5AA2">
        <w:rPr>
          <w:rFonts w:ascii="Times New Roman" w:eastAsiaTheme="minorEastAsia" w:hAnsi="Times New Roman" w:cs="Times New Roman"/>
          <w:b w:val="0"/>
          <w:color w:val="auto"/>
          <w:sz w:val="24"/>
          <w:szCs w:val="24"/>
        </w:rPr>
        <w:t>recomendaciones</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normativas</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institucionales</w:t>
      </w:r>
      <w:proofErr w:type="spellEnd"/>
      <w:r w:rsidRPr="006A5AA2">
        <w:rPr>
          <w:rFonts w:ascii="Times New Roman" w:eastAsiaTheme="minorEastAsia" w:hAnsi="Times New Roman" w:cs="Times New Roman"/>
          <w:b w:val="0"/>
          <w:color w:val="auto"/>
          <w:sz w:val="24"/>
          <w:szCs w:val="24"/>
        </w:rPr>
        <w:t xml:space="preserve"> y </w:t>
      </w:r>
      <w:proofErr w:type="spellStart"/>
      <w:r w:rsidRPr="006A5AA2">
        <w:rPr>
          <w:rFonts w:ascii="Times New Roman" w:eastAsiaTheme="minorEastAsia" w:hAnsi="Times New Roman" w:cs="Times New Roman"/>
          <w:b w:val="0"/>
          <w:color w:val="auto"/>
          <w:sz w:val="24"/>
          <w:szCs w:val="24"/>
        </w:rPr>
        <w:t>tecnológicas</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orientadas</w:t>
      </w:r>
      <w:proofErr w:type="spellEnd"/>
      <w:r w:rsidRPr="006A5AA2">
        <w:rPr>
          <w:rFonts w:ascii="Times New Roman" w:eastAsiaTheme="minorEastAsia" w:hAnsi="Times New Roman" w:cs="Times New Roman"/>
          <w:b w:val="0"/>
          <w:color w:val="auto"/>
          <w:sz w:val="24"/>
          <w:szCs w:val="24"/>
        </w:rPr>
        <w:t xml:space="preserve"> a </w:t>
      </w:r>
      <w:proofErr w:type="spellStart"/>
      <w:r w:rsidRPr="006A5AA2">
        <w:rPr>
          <w:rFonts w:ascii="Times New Roman" w:eastAsiaTheme="minorEastAsia" w:hAnsi="Times New Roman" w:cs="Times New Roman"/>
          <w:b w:val="0"/>
          <w:color w:val="auto"/>
          <w:sz w:val="24"/>
          <w:szCs w:val="24"/>
        </w:rPr>
        <w:t>fortalecer</w:t>
      </w:r>
      <w:proofErr w:type="spellEnd"/>
      <w:r w:rsidRPr="006A5AA2">
        <w:rPr>
          <w:rFonts w:ascii="Times New Roman" w:eastAsiaTheme="minorEastAsia" w:hAnsi="Times New Roman" w:cs="Times New Roman"/>
          <w:b w:val="0"/>
          <w:color w:val="auto"/>
          <w:sz w:val="24"/>
          <w:szCs w:val="24"/>
        </w:rPr>
        <w:t xml:space="preserve"> la </w:t>
      </w:r>
      <w:proofErr w:type="spellStart"/>
      <w:r w:rsidRPr="006A5AA2">
        <w:rPr>
          <w:rFonts w:ascii="Times New Roman" w:eastAsiaTheme="minorEastAsia" w:hAnsi="Times New Roman" w:cs="Times New Roman"/>
          <w:b w:val="0"/>
          <w:color w:val="auto"/>
          <w:sz w:val="24"/>
          <w:szCs w:val="24"/>
        </w:rPr>
        <w:t>confianza</w:t>
      </w:r>
      <w:proofErr w:type="spellEnd"/>
      <w:r w:rsidRPr="006A5AA2">
        <w:rPr>
          <w:rFonts w:ascii="Times New Roman" w:eastAsiaTheme="minorEastAsia" w:hAnsi="Times New Roman" w:cs="Times New Roman"/>
          <w:b w:val="0"/>
          <w:color w:val="auto"/>
          <w:sz w:val="24"/>
          <w:szCs w:val="24"/>
        </w:rPr>
        <w:t xml:space="preserve"> digital, </w:t>
      </w:r>
      <w:proofErr w:type="spellStart"/>
      <w:r w:rsidRPr="006A5AA2">
        <w:rPr>
          <w:rFonts w:ascii="Times New Roman" w:eastAsiaTheme="minorEastAsia" w:hAnsi="Times New Roman" w:cs="Times New Roman"/>
          <w:b w:val="0"/>
          <w:color w:val="auto"/>
          <w:sz w:val="24"/>
          <w:szCs w:val="24"/>
        </w:rPr>
        <w:t>promover</w:t>
      </w:r>
      <w:proofErr w:type="spellEnd"/>
      <w:r w:rsidRPr="006A5AA2">
        <w:rPr>
          <w:rFonts w:ascii="Times New Roman" w:eastAsiaTheme="minorEastAsia" w:hAnsi="Times New Roman" w:cs="Times New Roman"/>
          <w:b w:val="0"/>
          <w:color w:val="auto"/>
          <w:sz w:val="24"/>
          <w:szCs w:val="24"/>
        </w:rPr>
        <w:t xml:space="preserve"> la </w:t>
      </w:r>
      <w:proofErr w:type="spellStart"/>
      <w:r w:rsidRPr="006A5AA2">
        <w:rPr>
          <w:rFonts w:ascii="Times New Roman" w:eastAsiaTheme="minorEastAsia" w:hAnsi="Times New Roman" w:cs="Times New Roman"/>
          <w:b w:val="0"/>
          <w:color w:val="auto"/>
          <w:sz w:val="24"/>
          <w:szCs w:val="24"/>
        </w:rPr>
        <w:t>inversión</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extranjera</w:t>
      </w:r>
      <w:proofErr w:type="spellEnd"/>
      <w:r w:rsidRPr="006A5AA2">
        <w:rPr>
          <w:rFonts w:ascii="Times New Roman" w:eastAsiaTheme="minorEastAsia" w:hAnsi="Times New Roman" w:cs="Times New Roman"/>
          <w:b w:val="0"/>
          <w:color w:val="auto"/>
          <w:sz w:val="24"/>
          <w:szCs w:val="24"/>
        </w:rPr>
        <w:t xml:space="preserve"> y </w:t>
      </w:r>
      <w:proofErr w:type="spellStart"/>
      <w:r w:rsidRPr="006A5AA2">
        <w:rPr>
          <w:rFonts w:ascii="Times New Roman" w:eastAsiaTheme="minorEastAsia" w:hAnsi="Times New Roman" w:cs="Times New Roman"/>
          <w:b w:val="0"/>
          <w:color w:val="auto"/>
          <w:sz w:val="24"/>
          <w:szCs w:val="24"/>
        </w:rPr>
        <w:t>consolidar</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los</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entornos</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digitales</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seguros</w:t>
      </w:r>
      <w:proofErr w:type="spellEnd"/>
      <w:r w:rsidRPr="006A5AA2">
        <w:rPr>
          <w:rFonts w:ascii="Times New Roman" w:eastAsiaTheme="minorEastAsia" w:hAnsi="Times New Roman" w:cs="Times New Roman"/>
          <w:b w:val="0"/>
          <w:color w:val="auto"/>
          <w:sz w:val="24"/>
          <w:szCs w:val="24"/>
        </w:rPr>
        <w:t xml:space="preserve"> en la </w:t>
      </w:r>
      <w:proofErr w:type="spellStart"/>
      <w:r w:rsidRPr="006A5AA2">
        <w:rPr>
          <w:rFonts w:ascii="Times New Roman" w:eastAsiaTheme="minorEastAsia" w:hAnsi="Times New Roman" w:cs="Times New Roman"/>
          <w:b w:val="0"/>
          <w:color w:val="auto"/>
          <w:sz w:val="24"/>
          <w:szCs w:val="24"/>
        </w:rPr>
        <w:t>región</w:t>
      </w:r>
      <w:proofErr w:type="spellEnd"/>
      <w:r w:rsidRPr="006A5AA2">
        <w:rPr>
          <w:rFonts w:ascii="Times New Roman" w:eastAsiaTheme="minorEastAsia" w:hAnsi="Times New Roman" w:cs="Times New Roman"/>
          <w:b w:val="0"/>
          <w:color w:val="auto"/>
          <w:sz w:val="24"/>
          <w:szCs w:val="24"/>
        </w:rPr>
        <w:t>.</w:t>
      </w:r>
    </w:p>
    <w:p w14:paraId="2B9D768B" w14:textId="18AA9328" w:rsidR="006A5AA2" w:rsidRPr="006A5AA2" w:rsidRDefault="006A5AA2" w:rsidP="006A5AA2">
      <w:pPr>
        <w:pStyle w:val="Ttulo2"/>
        <w:rPr>
          <w:rFonts w:ascii="Times New Roman" w:eastAsiaTheme="minorEastAsia" w:hAnsi="Times New Roman" w:cs="Times New Roman"/>
          <w:b w:val="0"/>
          <w:color w:val="auto"/>
          <w:sz w:val="24"/>
          <w:szCs w:val="24"/>
        </w:rPr>
      </w:pPr>
      <w:r w:rsidRPr="006A5AA2">
        <w:rPr>
          <w:rFonts w:ascii="Times New Roman" w:eastAsiaTheme="minorEastAsia" w:hAnsi="Times New Roman" w:cs="Times New Roman"/>
          <w:b w:val="0"/>
          <w:color w:val="auto"/>
          <w:sz w:val="24"/>
          <w:szCs w:val="24"/>
        </w:rPr>
        <w:t xml:space="preserve">Palabras clave: </w:t>
      </w:r>
      <w:proofErr w:type="spellStart"/>
      <w:r w:rsidRPr="006A5AA2">
        <w:rPr>
          <w:rFonts w:ascii="Times New Roman" w:eastAsiaTheme="minorEastAsia" w:hAnsi="Times New Roman" w:cs="Times New Roman"/>
          <w:b w:val="0"/>
          <w:color w:val="auto"/>
          <w:sz w:val="24"/>
          <w:szCs w:val="24"/>
        </w:rPr>
        <w:t>firma</w:t>
      </w:r>
      <w:proofErr w:type="spellEnd"/>
      <w:r w:rsidRPr="006A5AA2">
        <w:rPr>
          <w:rFonts w:ascii="Times New Roman" w:eastAsiaTheme="minorEastAsia" w:hAnsi="Times New Roman" w:cs="Times New Roman"/>
          <w:b w:val="0"/>
          <w:color w:val="auto"/>
          <w:sz w:val="24"/>
          <w:szCs w:val="24"/>
        </w:rPr>
        <w:t xml:space="preserve"> digital, </w:t>
      </w:r>
      <w:proofErr w:type="spellStart"/>
      <w:r w:rsidRPr="006A5AA2">
        <w:rPr>
          <w:rFonts w:ascii="Times New Roman" w:eastAsiaTheme="minorEastAsia" w:hAnsi="Times New Roman" w:cs="Times New Roman"/>
          <w:b w:val="0"/>
          <w:color w:val="auto"/>
          <w:sz w:val="24"/>
          <w:szCs w:val="24"/>
        </w:rPr>
        <w:t>plataformas</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digitales</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comercio</w:t>
      </w:r>
      <w:proofErr w:type="spellEnd"/>
      <w:r w:rsidRPr="006A5AA2">
        <w:rPr>
          <w:rFonts w:ascii="Times New Roman" w:eastAsiaTheme="minorEastAsia" w:hAnsi="Times New Roman" w:cs="Times New Roman"/>
          <w:b w:val="0"/>
          <w:color w:val="auto"/>
          <w:sz w:val="24"/>
          <w:szCs w:val="24"/>
        </w:rPr>
        <w:t xml:space="preserve"> </w:t>
      </w:r>
      <w:proofErr w:type="spellStart"/>
      <w:r w:rsidRPr="006A5AA2">
        <w:rPr>
          <w:rFonts w:ascii="Times New Roman" w:eastAsiaTheme="minorEastAsia" w:hAnsi="Times New Roman" w:cs="Times New Roman"/>
          <w:b w:val="0"/>
          <w:color w:val="auto"/>
          <w:sz w:val="24"/>
          <w:szCs w:val="24"/>
        </w:rPr>
        <w:t>electrónico</w:t>
      </w:r>
      <w:proofErr w:type="spellEnd"/>
      <w:r w:rsidRPr="006A5AA2">
        <w:rPr>
          <w:rFonts w:ascii="Times New Roman" w:eastAsiaTheme="minorEastAsia" w:hAnsi="Times New Roman" w:cs="Times New Roman"/>
          <w:b w:val="0"/>
          <w:color w:val="auto"/>
          <w:sz w:val="24"/>
          <w:szCs w:val="24"/>
        </w:rPr>
        <w:t>, derecho digital, Colombia, Panamá.</w:t>
      </w:r>
    </w:p>
    <w:p w14:paraId="5D4BDDFE" w14:textId="77777777" w:rsidR="006A5AA2" w:rsidRPr="006A5AA2" w:rsidRDefault="006A5AA2" w:rsidP="006A5AA2">
      <w:pPr>
        <w:pStyle w:val="Ttulo2"/>
        <w:jc w:val="center"/>
        <w:rPr>
          <w:rFonts w:ascii="Times New Roman" w:eastAsiaTheme="minorEastAsia" w:hAnsi="Times New Roman" w:cs="Times New Roman"/>
          <w:b w:val="0"/>
          <w:color w:val="auto"/>
          <w:sz w:val="24"/>
          <w:szCs w:val="24"/>
        </w:rPr>
      </w:pPr>
    </w:p>
    <w:p w14:paraId="30845707" w14:textId="77777777" w:rsidR="006A5AA2" w:rsidRPr="006A5AA2" w:rsidRDefault="006A5AA2" w:rsidP="006A5AA2">
      <w:pPr>
        <w:pStyle w:val="Ttulo2"/>
        <w:jc w:val="center"/>
        <w:rPr>
          <w:rFonts w:ascii="Times New Roman" w:eastAsiaTheme="minorEastAsia" w:hAnsi="Times New Roman" w:cs="Times New Roman"/>
          <w:b w:val="0"/>
          <w:color w:val="auto"/>
          <w:sz w:val="24"/>
          <w:szCs w:val="24"/>
        </w:rPr>
      </w:pPr>
    </w:p>
    <w:p w14:paraId="3369CA0B" w14:textId="77777777" w:rsidR="006A5AA2" w:rsidRPr="006A5AA2" w:rsidRDefault="006A5AA2" w:rsidP="006A5AA2">
      <w:pPr>
        <w:pStyle w:val="Ttulo2"/>
        <w:jc w:val="center"/>
        <w:rPr>
          <w:rFonts w:ascii="Times New Roman" w:eastAsiaTheme="minorEastAsia" w:hAnsi="Times New Roman" w:cs="Times New Roman"/>
          <w:b w:val="0"/>
          <w:color w:val="auto"/>
          <w:sz w:val="24"/>
          <w:szCs w:val="24"/>
        </w:rPr>
      </w:pPr>
    </w:p>
    <w:p w14:paraId="7B6E7900" w14:textId="600B7A90" w:rsidR="006A5AA2" w:rsidRPr="006A5AA2" w:rsidRDefault="006A5AA2" w:rsidP="006A5AA2">
      <w:pPr>
        <w:pStyle w:val="Ttulo2"/>
        <w:jc w:val="center"/>
        <w:rPr>
          <w:rFonts w:ascii="Times New Roman" w:eastAsiaTheme="minorEastAsia" w:hAnsi="Times New Roman" w:cs="Times New Roman"/>
          <w:b w:val="0"/>
          <w:color w:val="auto"/>
          <w:sz w:val="24"/>
          <w:szCs w:val="24"/>
        </w:rPr>
      </w:pPr>
      <w:r w:rsidRPr="006A5AA2">
        <w:rPr>
          <w:rFonts w:ascii="Times New Roman" w:eastAsiaTheme="minorEastAsia" w:hAnsi="Times New Roman" w:cs="Times New Roman"/>
          <w:b w:val="0"/>
          <w:color w:val="auto"/>
          <w:sz w:val="24"/>
          <w:szCs w:val="24"/>
        </w:rPr>
        <w:lastRenderedPageBreak/>
        <w:t>ABSTRACT</w:t>
      </w:r>
    </w:p>
    <w:p w14:paraId="0FFFC7FD" w14:textId="77777777" w:rsidR="006A5AA2" w:rsidRPr="006A5AA2" w:rsidRDefault="006A5AA2" w:rsidP="006A5AA2">
      <w:pPr>
        <w:pStyle w:val="Ttulo2"/>
        <w:rPr>
          <w:rFonts w:ascii="Times New Roman" w:eastAsiaTheme="minorEastAsia" w:hAnsi="Times New Roman" w:cs="Times New Roman"/>
          <w:b w:val="0"/>
          <w:color w:val="auto"/>
          <w:sz w:val="24"/>
          <w:szCs w:val="24"/>
        </w:rPr>
      </w:pPr>
      <w:r w:rsidRPr="006A5AA2">
        <w:rPr>
          <w:rFonts w:ascii="Times New Roman" w:eastAsiaTheme="minorEastAsia" w:hAnsi="Times New Roman" w:cs="Times New Roman"/>
          <w:b w:val="0"/>
          <w:color w:val="auto"/>
          <w:sz w:val="24"/>
          <w:szCs w:val="24"/>
        </w:rPr>
        <w:t>This research analyzes the legal and practical barriers affecting the validity and</w:t>
      </w:r>
      <w:r w:rsidRPr="006A5AA2">
        <w:rPr>
          <w:rFonts w:ascii="Times New Roman" w:eastAsiaTheme="minorEastAsia" w:hAnsi="Times New Roman" w:cs="Times New Roman"/>
          <w:b w:val="0"/>
          <w:color w:val="auto"/>
          <w:sz w:val="24"/>
          <w:szCs w:val="24"/>
        </w:rPr>
        <w:t xml:space="preserve"> </w:t>
      </w:r>
      <w:r w:rsidRPr="006A5AA2">
        <w:rPr>
          <w:rFonts w:ascii="Times New Roman" w:eastAsiaTheme="minorEastAsia" w:hAnsi="Times New Roman" w:cs="Times New Roman"/>
          <w:b w:val="0"/>
          <w:color w:val="auto"/>
          <w:sz w:val="24"/>
          <w:szCs w:val="24"/>
        </w:rPr>
        <w:t>application of digital signatures within digital platforms, particularly in cross-border</w:t>
      </w:r>
      <w:r w:rsidRPr="006A5AA2">
        <w:rPr>
          <w:rFonts w:ascii="Times New Roman" w:eastAsiaTheme="minorEastAsia" w:hAnsi="Times New Roman" w:cs="Times New Roman"/>
          <w:b w:val="0"/>
          <w:color w:val="auto"/>
          <w:sz w:val="24"/>
          <w:szCs w:val="24"/>
        </w:rPr>
        <w:t xml:space="preserve"> </w:t>
      </w:r>
      <w:r w:rsidRPr="006A5AA2">
        <w:rPr>
          <w:rFonts w:ascii="Times New Roman" w:eastAsiaTheme="minorEastAsia" w:hAnsi="Times New Roman" w:cs="Times New Roman"/>
          <w:b w:val="0"/>
          <w:color w:val="auto"/>
          <w:sz w:val="24"/>
          <w:szCs w:val="24"/>
        </w:rPr>
        <w:t>operations between Colombia and Panama. Although both countries have regulatory</w:t>
      </w:r>
      <w:r w:rsidRPr="006A5AA2">
        <w:rPr>
          <w:rFonts w:ascii="Times New Roman" w:eastAsiaTheme="minorEastAsia" w:hAnsi="Times New Roman" w:cs="Times New Roman"/>
          <w:b w:val="0"/>
          <w:color w:val="auto"/>
          <w:sz w:val="24"/>
          <w:szCs w:val="24"/>
        </w:rPr>
        <w:t xml:space="preserve"> </w:t>
      </w:r>
      <w:r w:rsidRPr="006A5AA2">
        <w:rPr>
          <w:rFonts w:ascii="Times New Roman" w:eastAsiaTheme="minorEastAsia" w:hAnsi="Times New Roman" w:cs="Times New Roman"/>
          <w:b w:val="0"/>
          <w:color w:val="auto"/>
          <w:sz w:val="24"/>
          <w:szCs w:val="24"/>
        </w:rPr>
        <w:t>frameworks that recognize the functional equivalence of digital signatures, a significant</w:t>
      </w:r>
      <w:r w:rsidRPr="006A5AA2">
        <w:rPr>
          <w:rFonts w:ascii="Times New Roman" w:eastAsiaTheme="minorEastAsia" w:hAnsi="Times New Roman" w:cs="Times New Roman"/>
          <w:b w:val="0"/>
          <w:color w:val="auto"/>
          <w:sz w:val="24"/>
          <w:szCs w:val="24"/>
        </w:rPr>
        <w:t xml:space="preserve"> </w:t>
      </w:r>
      <w:r w:rsidRPr="006A5AA2">
        <w:rPr>
          <w:rFonts w:ascii="Times New Roman" w:eastAsiaTheme="minorEastAsia" w:hAnsi="Times New Roman" w:cs="Times New Roman"/>
          <w:b w:val="0"/>
          <w:color w:val="auto"/>
          <w:sz w:val="24"/>
          <w:szCs w:val="24"/>
        </w:rPr>
        <w:t>gap persists between formal regulation and its effective implementation, especially in the</w:t>
      </w:r>
      <w:r w:rsidRPr="006A5AA2">
        <w:rPr>
          <w:rFonts w:ascii="Times New Roman" w:eastAsiaTheme="minorEastAsia" w:hAnsi="Times New Roman" w:cs="Times New Roman"/>
          <w:b w:val="0"/>
          <w:color w:val="auto"/>
          <w:sz w:val="24"/>
          <w:szCs w:val="24"/>
        </w:rPr>
        <w:t xml:space="preserve"> </w:t>
      </w:r>
      <w:r w:rsidRPr="006A5AA2">
        <w:rPr>
          <w:rFonts w:ascii="Times New Roman" w:eastAsiaTheme="minorEastAsia" w:hAnsi="Times New Roman" w:cs="Times New Roman"/>
          <w:b w:val="0"/>
          <w:color w:val="auto"/>
          <w:sz w:val="24"/>
          <w:szCs w:val="24"/>
        </w:rPr>
        <w:t>Panamanian context, where handwritten signatures continue to be required.</w:t>
      </w:r>
    </w:p>
    <w:p w14:paraId="4EB76D84" w14:textId="2B44F88B" w:rsidR="006A5AA2" w:rsidRPr="006A5AA2" w:rsidRDefault="006A5AA2" w:rsidP="006A5AA2">
      <w:pPr>
        <w:pStyle w:val="Ttulo2"/>
        <w:rPr>
          <w:rFonts w:ascii="Times New Roman" w:eastAsiaTheme="minorEastAsia" w:hAnsi="Times New Roman" w:cs="Times New Roman"/>
          <w:b w:val="0"/>
          <w:color w:val="auto"/>
          <w:sz w:val="24"/>
          <w:szCs w:val="24"/>
        </w:rPr>
      </w:pPr>
      <w:r w:rsidRPr="006A5AA2">
        <w:rPr>
          <w:rFonts w:ascii="Times New Roman" w:eastAsiaTheme="minorEastAsia" w:hAnsi="Times New Roman" w:cs="Times New Roman"/>
          <w:b w:val="0"/>
          <w:color w:val="auto"/>
          <w:sz w:val="24"/>
          <w:szCs w:val="24"/>
        </w:rPr>
        <w:t>The study applies a mixed methodological approach, combining quantitative techniques through surveys addressed to Colombian companies operating in Panama, and qualitative techniques through semi-structured interviews with entrepreneurs and legal experts. The findings reveal that the lack of interoperability between certification systems, institutional weaknesses, and regulatory unawareness are the main factors restricting the acceptance of digital signatures.</w:t>
      </w:r>
    </w:p>
    <w:p w14:paraId="5ABCABAB" w14:textId="77777777" w:rsidR="006A5AA2" w:rsidRPr="006A5AA2" w:rsidRDefault="006A5AA2" w:rsidP="006A5AA2">
      <w:pPr>
        <w:pStyle w:val="Ttulo2"/>
        <w:rPr>
          <w:rFonts w:ascii="Times New Roman" w:eastAsiaTheme="minorEastAsia" w:hAnsi="Times New Roman" w:cs="Times New Roman"/>
          <w:b w:val="0"/>
          <w:color w:val="auto"/>
          <w:sz w:val="24"/>
          <w:szCs w:val="24"/>
        </w:rPr>
      </w:pPr>
      <w:r w:rsidRPr="006A5AA2">
        <w:rPr>
          <w:rFonts w:ascii="Times New Roman" w:eastAsiaTheme="minorEastAsia" w:hAnsi="Times New Roman" w:cs="Times New Roman"/>
          <w:b w:val="0"/>
          <w:color w:val="auto"/>
          <w:sz w:val="24"/>
          <w:szCs w:val="24"/>
        </w:rPr>
        <w:t>Finally, the research proposes legal, institutional, and technological recommendations aimed at strengthening digital trust, promoting foreign investment, and consolidating secure digital environments in the region.</w:t>
      </w:r>
    </w:p>
    <w:p w14:paraId="518B05AB" w14:textId="4ACAEF51" w:rsidR="006A5AA2" w:rsidRPr="006A5AA2" w:rsidRDefault="006A5AA2" w:rsidP="006A5AA2">
      <w:pPr>
        <w:pStyle w:val="Ttulo2"/>
        <w:rPr>
          <w:rFonts w:ascii="Times New Roman" w:eastAsiaTheme="minorEastAsia" w:hAnsi="Times New Roman" w:cs="Times New Roman"/>
          <w:b w:val="0"/>
          <w:color w:val="auto"/>
          <w:sz w:val="24"/>
          <w:szCs w:val="24"/>
        </w:rPr>
      </w:pPr>
      <w:r w:rsidRPr="006A5AA2">
        <w:rPr>
          <w:rFonts w:ascii="Times New Roman" w:eastAsiaTheme="minorEastAsia" w:hAnsi="Times New Roman" w:cs="Times New Roman"/>
          <w:b w:val="0"/>
          <w:color w:val="auto"/>
          <w:sz w:val="24"/>
          <w:szCs w:val="24"/>
        </w:rPr>
        <w:t>Keywords: digital signature, digital platforms, electronic commerce, digital law, Colombia, Panama.</w:t>
      </w:r>
    </w:p>
    <w:p w14:paraId="4320D010" w14:textId="77777777" w:rsidR="006A5AA2" w:rsidRPr="006A5AA2" w:rsidRDefault="006A5AA2" w:rsidP="006A5AA2"/>
    <w:p w14:paraId="514BCC1D" w14:textId="77777777" w:rsidR="006A5AA2" w:rsidRPr="006A5AA2" w:rsidRDefault="006A5AA2" w:rsidP="006A5AA2"/>
    <w:p w14:paraId="560E087E" w14:textId="7F649A93" w:rsidR="00D96C18" w:rsidRPr="006A5AA2" w:rsidRDefault="00D96C18" w:rsidP="00D96C18">
      <w:pPr>
        <w:pStyle w:val="Ttulo2"/>
        <w:jc w:val="center"/>
        <w:rPr>
          <w:rFonts w:ascii="Times New Roman" w:eastAsiaTheme="minorEastAsia" w:hAnsi="Times New Roman" w:cs="Times New Roman"/>
          <w:bCs w:val="0"/>
          <w:color w:val="auto"/>
          <w:sz w:val="24"/>
          <w:szCs w:val="24"/>
        </w:rPr>
      </w:pPr>
      <w:r w:rsidRPr="006A5AA2">
        <w:rPr>
          <w:rFonts w:ascii="Times New Roman" w:eastAsiaTheme="minorEastAsia" w:hAnsi="Times New Roman" w:cs="Times New Roman"/>
          <w:bCs w:val="0"/>
          <w:color w:val="auto"/>
          <w:sz w:val="24"/>
          <w:szCs w:val="24"/>
        </w:rPr>
        <w:lastRenderedPageBreak/>
        <w:t>BARRERAS JUIRIDICA A PRACTICAS PARA EL RECONOCIMEINTO DE FIRMAS DIGITALES EN PLATAFORMAS DIGITALES UTILIZADAS POR EMPRESAS COLOMBIANAS QUE OPERAN O BUCAN OPERAR EN PANAMA.</w:t>
      </w:r>
    </w:p>
    <w:p w14:paraId="616273C4" w14:textId="1BC4556D" w:rsidR="007A4A95" w:rsidRPr="006A5AA2" w:rsidRDefault="007A4A95" w:rsidP="007A4A95">
      <w:pPr>
        <w:pStyle w:val="Ttulo2"/>
        <w:rPr>
          <w:rFonts w:ascii="Times New Roman" w:eastAsiaTheme="minorEastAsia" w:hAnsi="Times New Roman" w:cs="Times New Roman"/>
          <w:b w:val="0"/>
          <w:bCs w:val="0"/>
          <w:color w:val="auto"/>
          <w:sz w:val="24"/>
          <w:szCs w:val="24"/>
        </w:rPr>
      </w:pPr>
      <w:r w:rsidRPr="006A5AA2">
        <w:rPr>
          <w:rFonts w:ascii="Times New Roman" w:eastAsiaTheme="minorEastAsia" w:hAnsi="Times New Roman" w:cs="Times New Roman"/>
          <w:b w:val="0"/>
          <w:bCs w:val="0"/>
          <w:color w:val="auto"/>
          <w:sz w:val="24"/>
          <w:szCs w:val="24"/>
        </w:rPr>
        <w:t xml:space="preserve">El crecimiento </w:t>
      </w:r>
      <w:proofErr w:type="spellStart"/>
      <w:r w:rsidRPr="006A5AA2">
        <w:rPr>
          <w:rFonts w:ascii="Times New Roman" w:eastAsiaTheme="minorEastAsia" w:hAnsi="Times New Roman" w:cs="Times New Roman"/>
          <w:b w:val="0"/>
          <w:bCs w:val="0"/>
          <w:color w:val="auto"/>
          <w:sz w:val="24"/>
          <w:szCs w:val="24"/>
        </w:rPr>
        <w:t>acelerado</w:t>
      </w:r>
      <w:proofErr w:type="spellEnd"/>
      <w:r w:rsidRPr="006A5AA2">
        <w:rPr>
          <w:rFonts w:ascii="Times New Roman" w:eastAsiaTheme="minorEastAsia" w:hAnsi="Times New Roman" w:cs="Times New Roman"/>
          <w:b w:val="0"/>
          <w:bCs w:val="0"/>
          <w:color w:val="auto"/>
          <w:sz w:val="24"/>
          <w:szCs w:val="24"/>
        </w:rPr>
        <w:t xml:space="preserve"> de las </w:t>
      </w:r>
      <w:proofErr w:type="spellStart"/>
      <w:r w:rsidRPr="006A5AA2">
        <w:rPr>
          <w:rFonts w:ascii="Times New Roman" w:eastAsiaTheme="minorEastAsia" w:hAnsi="Times New Roman" w:cs="Times New Roman"/>
          <w:b w:val="0"/>
          <w:bCs w:val="0"/>
          <w:color w:val="auto"/>
          <w:sz w:val="24"/>
          <w:szCs w:val="24"/>
        </w:rPr>
        <w:t>plataformas</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digitales</w:t>
      </w:r>
      <w:proofErr w:type="spellEnd"/>
      <w:r w:rsidRPr="006A5AA2">
        <w:rPr>
          <w:rFonts w:ascii="Times New Roman" w:eastAsiaTheme="minorEastAsia" w:hAnsi="Times New Roman" w:cs="Times New Roman"/>
          <w:b w:val="0"/>
          <w:bCs w:val="0"/>
          <w:color w:val="auto"/>
          <w:sz w:val="24"/>
          <w:szCs w:val="24"/>
        </w:rPr>
        <w:t xml:space="preserve"> ha </w:t>
      </w:r>
      <w:proofErr w:type="spellStart"/>
      <w:r w:rsidRPr="006A5AA2">
        <w:rPr>
          <w:rFonts w:ascii="Times New Roman" w:eastAsiaTheme="minorEastAsia" w:hAnsi="Times New Roman" w:cs="Times New Roman"/>
          <w:b w:val="0"/>
          <w:bCs w:val="0"/>
          <w:color w:val="auto"/>
          <w:sz w:val="24"/>
          <w:szCs w:val="24"/>
        </w:rPr>
        <w:t>impulsado</w:t>
      </w:r>
      <w:proofErr w:type="spellEnd"/>
      <w:r w:rsidRPr="006A5AA2">
        <w:rPr>
          <w:rFonts w:ascii="Times New Roman" w:eastAsiaTheme="minorEastAsia" w:hAnsi="Times New Roman" w:cs="Times New Roman"/>
          <w:b w:val="0"/>
          <w:bCs w:val="0"/>
          <w:color w:val="auto"/>
          <w:sz w:val="24"/>
          <w:szCs w:val="24"/>
        </w:rPr>
        <w:t xml:space="preserve"> la </w:t>
      </w:r>
      <w:proofErr w:type="spellStart"/>
      <w:r w:rsidRPr="006A5AA2">
        <w:rPr>
          <w:rFonts w:ascii="Times New Roman" w:eastAsiaTheme="minorEastAsia" w:hAnsi="Times New Roman" w:cs="Times New Roman"/>
          <w:b w:val="0"/>
          <w:bCs w:val="0"/>
          <w:color w:val="auto"/>
          <w:sz w:val="24"/>
          <w:szCs w:val="24"/>
        </w:rPr>
        <w:t>digitalización</w:t>
      </w:r>
      <w:proofErr w:type="spellEnd"/>
      <w:r w:rsidRPr="006A5AA2">
        <w:rPr>
          <w:rFonts w:ascii="Times New Roman" w:eastAsiaTheme="minorEastAsia" w:hAnsi="Times New Roman" w:cs="Times New Roman"/>
          <w:b w:val="0"/>
          <w:bCs w:val="0"/>
          <w:color w:val="auto"/>
          <w:sz w:val="24"/>
          <w:szCs w:val="24"/>
        </w:rPr>
        <w:t xml:space="preserve"> de </w:t>
      </w:r>
      <w:proofErr w:type="spellStart"/>
      <w:r w:rsidRPr="006A5AA2">
        <w:rPr>
          <w:rFonts w:ascii="Times New Roman" w:eastAsiaTheme="minorEastAsia" w:hAnsi="Times New Roman" w:cs="Times New Roman"/>
          <w:b w:val="0"/>
          <w:bCs w:val="0"/>
          <w:color w:val="auto"/>
          <w:sz w:val="24"/>
          <w:szCs w:val="24"/>
        </w:rPr>
        <w:t>contratos</w:t>
      </w:r>
      <w:proofErr w:type="spellEnd"/>
      <w:r w:rsidRPr="006A5AA2">
        <w:rPr>
          <w:rFonts w:ascii="Times New Roman" w:eastAsiaTheme="minorEastAsia" w:hAnsi="Times New Roman" w:cs="Times New Roman"/>
          <w:b w:val="0"/>
          <w:bCs w:val="0"/>
          <w:color w:val="auto"/>
          <w:sz w:val="24"/>
          <w:szCs w:val="24"/>
        </w:rPr>
        <w:t xml:space="preserve">, trámites y </w:t>
      </w:r>
      <w:proofErr w:type="spellStart"/>
      <w:r w:rsidRPr="006A5AA2">
        <w:rPr>
          <w:rFonts w:ascii="Times New Roman" w:eastAsiaTheme="minorEastAsia" w:hAnsi="Times New Roman" w:cs="Times New Roman"/>
          <w:b w:val="0"/>
          <w:bCs w:val="0"/>
          <w:color w:val="auto"/>
          <w:sz w:val="24"/>
          <w:szCs w:val="24"/>
        </w:rPr>
        <w:t>transacciones</w:t>
      </w:r>
      <w:proofErr w:type="spellEnd"/>
      <w:r w:rsidRPr="006A5AA2">
        <w:rPr>
          <w:rFonts w:ascii="Times New Roman" w:eastAsiaTheme="minorEastAsia" w:hAnsi="Times New Roman" w:cs="Times New Roman"/>
          <w:b w:val="0"/>
          <w:bCs w:val="0"/>
          <w:color w:val="auto"/>
          <w:sz w:val="24"/>
          <w:szCs w:val="24"/>
        </w:rPr>
        <w:t xml:space="preserve"> a </w:t>
      </w:r>
      <w:proofErr w:type="spellStart"/>
      <w:r w:rsidRPr="006A5AA2">
        <w:rPr>
          <w:rFonts w:ascii="Times New Roman" w:eastAsiaTheme="minorEastAsia" w:hAnsi="Times New Roman" w:cs="Times New Roman"/>
          <w:b w:val="0"/>
          <w:bCs w:val="0"/>
          <w:color w:val="auto"/>
          <w:sz w:val="24"/>
          <w:szCs w:val="24"/>
        </w:rPr>
        <w:t>nivel</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transnacional</w:t>
      </w:r>
      <w:proofErr w:type="spellEnd"/>
      <w:r w:rsidRPr="006A5AA2">
        <w:rPr>
          <w:rFonts w:ascii="Times New Roman" w:eastAsiaTheme="minorEastAsia" w:hAnsi="Times New Roman" w:cs="Times New Roman"/>
          <w:b w:val="0"/>
          <w:bCs w:val="0"/>
          <w:color w:val="auto"/>
          <w:sz w:val="24"/>
          <w:szCs w:val="24"/>
        </w:rPr>
        <w:t xml:space="preserve">. No obstante, </w:t>
      </w:r>
      <w:proofErr w:type="spellStart"/>
      <w:r w:rsidRPr="006A5AA2">
        <w:rPr>
          <w:rFonts w:ascii="Times New Roman" w:eastAsiaTheme="minorEastAsia" w:hAnsi="Times New Roman" w:cs="Times New Roman"/>
          <w:b w:val="0"/>
          <w:bCs w:val="0"/>
          <w:color w:val="auto"/>
          <w:sz w:val="24"/>
          <w:szCs w:val="24"/>
        </w:rPr>
        <w:t>cuando</w:t>
      </w:r>
      <w:proofErr w:type="spellEnd"/>
      <w:r w:rsidRPr="006A5AA2">
        <w:rPr>
          <w:rFonts w:ascii="Times New Roman" w:eastAsiaTheme="minorEastAsia" w:hAnsi="Times New Roman" w:cs="Times New Roman"/>
          <w:b w:val="0"/>
          <w:bCs w:val="0"/>
          <w:color w:val="auto"/>
          <w:sz w:val="24"/>
          <w:szCs w:val="24"/>
        </w:rPr>
        <w:t xml:space="preserve"> empresas </w:t>
      </w:r>
      <w:proofErr w:type="spellStart"/>
      <w:r w:rsidRPr="006A5AA2">
        <w:rPr>
          <w:rFonts w:ascii="Times New Roman" w:eastAsiaTheme="minorEastAsia" w:hAnsi="Times New Roman" w:cs="Times New Roman"/>
          <w:b w:val="0"/>
          <w:bCs w:val="0"/>
          <w:color w:val="auto"/>
          <w:sz w:val="24"/>
          <w:szCs w:val="24"/>
        </w:rPr>
        <w:t>colombianas</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intentan</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operar</w:t>
      </w:r>
      <w:proofErr w:type="spellEnd"/>
      <w:r w:rsidRPr="006A5AA2">
        <w:rPr>
          <w:rFonts w:ascii="Times New Roman" w:eastAsiaTheme="minorEastAsia" w:hAnsi="Times New Roman" w:cs="Times New Roman"/>
          <w:b w:val="0"/>
          <w:bCs w:val="0"/>
          <w:color w:val="auto"/>
          <w:sz w:val="24"/>
          <w:szCs w:val="24"/>
        </w:rPr>
        <w:t xml:space="preserve"> o </w:t>
      </w:r>
      <w:proofErr w:type="spellStart"/>
      <w:r w:rsidRPr="006A5AA2">
        <w:rPr>
          <w:rFonts w:ascii="Times New Roman" w:eastAsiaTheme="minorEastAsia" w:hAnsi="Times New Roman" w:cs="Times New Roman"/>
          <w:b w:val="0"/>
          <w:bCs w:val="0"/>
          <w:color w:val="auto"/>
          <w:sz w:val="24"/>
          <w:szCs w:val="24"/>
        </w:rPr>
        <w:t>realizar</w:t>
      </w:r>
      <w:proofErr w:type="spellEnd"/>
      <w:r w:rsidRPr="006A5AA2">
        <w:rPr>
          <w:rFonts w:ascii="Times New Roman" w:eastAsiaTheme="minorEastAsia" w:hAnsi="Times New Roman" w:cs="Times New Roman"/>
          <w:b w:val="0"/>
          <w:bCs w:val="0"/>
          <w:color w:val="auto"/>
          <w:sz w:val="24"/>
          <w:szCs w:val="24"/>
        </w:rPr>
        <w:t xml:space="preserve"> trámites en Panamá </w:t>
      </w:r>
      <w:proofErr w:type="spellStart"/>
      <w:r w:rsidRPr="006A5AA2">
        <w:rPr>
          <w:rFonts w:ascii="Times New Roman" w:eastAsiaTheme="minorEastAsia" w:hAnsi="Times New Roman" w:cs="Times New Roman"/>
          <w:b w:val="0"/>
          <w:bCs w:val="0"/>
          <w:color w:val="auto"/>
          <w:sz w:val="24"/>
          <w:szCs w:val="24"/>
        </w:rPr>
        <w:t>mediante</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plataformas</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digitales</w:t>
      </w:r>
      <w:proofErr w:type="spellEnd"/>
      <w:r w:rsidRPr="006A5AA2">
        <w:rPr>
          <w:rFonts w:ascii="Times New Roman" w:eastAsiaTheme="minorEastAsia" w:hAnsi="Times New Roman" w:cs="Times New Roman"/>
          <w:b w:val="0"/>
          <w:bCs w:val="0"/>
          <w:color w:val="auto"/>
          <w:sz w:val="24"/>
          <w:szCs w:val="24"/>
        </w:rPr>
        <w:t xml:space="preserve"> que </w:t>
      </w:r>
      <w:proofErr w:type="spellStart"/>
      <w:r w:rsidRPr="006A5AA2">
        <w:rPr>
          <w:rFonts w:ascii="Times New Roman" w:eastAsiaTheme="minorEastAsia" w:hAnsi="Times New Roman" w:cs="Times New Roman"/>
          <w:b w:val="0"/>
          <w:bCs w:val="0"/>
          <w:color w:val="auto"/>
          <w:sz w:val="24"/>
          <w:szCs w:val="24"/>
        </w:rPr>
        <w:t>emplean</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firmas</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digitales</w:t>
      </w:r>
      <w:proofErr w:type="spellEnd"/>
      <w:r w:rsidRPr="006A5AA2">
        <w:rPr>
          <w:rFonts w:ascii="Times New Roman" w:eastAsiaTheme="minorEastAsia" w:hAnsi="Times New Roman" w:cs="Times New Roman"/>
          <w:b w:val="0"/>
          <w:bCs w:val="0"/>
          <w:color w:val="auto"/>
          <w:sz w:val="24"/>
          <w:szCs w:val="24"/>
        </w:rPr>
        <w:t xml:space="preserve">, se </w:t>
      </w:r>
      <w:proofErr w:type="spellStart"/>
      <w:r w:rsidRPr="006A5AA2">
        <w:rPr>
          <w:rFonts w:ascii="Times New Roman" w:eastAsiaTheme="minorEastAsia" w:hAnsi="Times New Roman" w:cs="Times New Roman"/>
          <w:b w:val="0"/>
          <w:bCs w:val="0"/>
          <w:color w:val="auto"/>
          <w:sz w:val="24"/>
          <w:szCs w:val="24"/>
        </w:rPr>
        <w:t>enfrentan</w:t>
      </w:r>
      <w:proofErr w:type="spellEnd"/>
      <w:r w:rsidRPr="006A5AA2">
        <w:rPr>
          <w:rFonts w:ascii="Times New Roman" w:eastAsiaTheme="minorEastAsia" w:hAnsi="Times New Roman" w:cs="Times New Roman"/>
          <w:b w:val="0"/>
          <w:bCs w:val="0"/>
          <w:color w:val="auto"/>
          <w:sz w:val="24"/>
          <w:szCs w:val="24"/>
        </w:rPr>
        <w:t xml:space="preserve"> a barreras </w:t>
      </w:r>
      <w:proofErr w:type="spellStart"/>
      <w:r w:rsidRPr="006A5AA2">
        <w:rPr>
          <w:rFonts w:ascii="Times New Roman" w:eastAsiaTheme="minorEastAsia" w:hAnsi="Times New Roman" w:cs="Times New Roman"/>
          <w:b w:val="0"/>
          <w:bCs w:val="0"/>
          <w:color w:val="auto"/>
          <w:sz w:val="24"/>
          <w:szCs w:val="24"/>
        </w:rPr>
        <w:t>jurídicas</w:t>
      </w:r>
      <w:proofErr w:type="spellEnd"/>
      <w:r w:rsidRPr="006A5AA2">
        <w:rPr>
          <w:rFonts w:ascii="Times New Roman" w:eastAsiaTheme="minorEastAsia" w:hAnsi="Times New Roman" w:cs="Times New Roman"/>
          <w:b w:val="0"/>
          <w:bCs w:val="0"/>
          <w:color w:val="auto"/>
          <w:sz w:val="24"/>
          <w:szCs w:val="24"/>
        </w:rPr>
        <w:t xml:space="preserve"> y </w:t>
      </w:r>
      <w:proofErr w:type="spellStart"/>
      <w:r w:rsidRPr="006A5AA2">
        <w:rPr>
          <w:rFonts w:ascii="Times New Roman" w:eastAsiaTheme="minorEastAsia" w:hAnsi="Times New Roman" w:cs="Times New Roman"/>
          <w:b w:val="0"/>
          <w:bCs w:val="0"/>
          <w:color w:val="auto"/>
          <w:sz w:val="24"/>
          <w:szCs w:val="24"/>
        </w:rPr>
        <w:t>prácticas</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relacionadas</w:t>
      </w:r>
      <w:proofErr w:type="spellEnd"/>
      <w:r w:rsidRPr="006A5AA2">
        <w:rPr>
          <w:rFonts w:ascii="Times New Roman" w:eastAsiaTheme="minorEastAsia" w:hAnsi="Times New Roman" w:cs="Times New Roman"/>
          <w:b w:val="0"/>
          <w:bCs w:val="0"/>
          <w:color w:val="auto"/>
          <w:sz w:val="24"/>
          <w:szCs w:val="24"/>
        </w:rPr>
        <w:t xml:space="preserve"> con </w:t>
      </w:r>
      <w:proofErr w:type="spellStart"/>
      <w:r w:rsidRPr="006A5AA2">
        <w:rPr>
          <w:rFonts w:ascii="Times New Roman" w:eastAsiaTheme="minorEastAsia" w:hAnsi="Times New Roman" w:cs="Times New Roman"/>
          <w:b w:val="0"/>
          <w:bCs w:val="0"/>
          <w:color w:val="auto"/>
          <w:sz w:val="24"/>
          <w:szCs w:val="24"/>
        </w:rPr>
        <w:t>el</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reconocimiento</w:t>
      </w:r>
      <w:proofErr w:type="spellEnd"/>
      <w:r w:rsidRPr="006A5AA2">
        <w:rPr>
          <w:rFonts w:ascii="Times New Roman" w:eastAsiaTheme="minorEastAsia" w:hAnsi="Times New Roman" w:cs="Times New Roman"/>
          <w:b w:val="0"/>
          <w:bCs w:val="0"/>
          <w:color w:val="auto"/>
          <w:sz w:val="24"/>
          <w:szCs w:val="24"/>
        </w:rPr>
        <w:t xml:space="preserve"> y </w:t>
      </w:r>
      <w:proofErr w:type="spellStart"/>
      <w:r w:rsidRPr="006A5AA2">
        <w:rPr>
          <w:rFonts w:ascii="Times New Roman" w:eastAsiaTheme="minorEastAsia" w:hAnsi="Times New Roman" w:cs="Times New Roman"/>
          <w:b w:val="0"/>
          <w:bCs w:val="0"/>
          <w:color w:val="auto"/>
          <w:sz w:val="24"/>
          <w:szCs w:val="24"/>
        </w:rPr>
        <w:t>validez</w:t>
      </w:r>
      <w:proofErr w:type="spellEnd"/>
      <w:r w:rsidRPr="006A5AA2">
        <w:rPr>
          <w:rFonts w:ascii="Times New Roman" w:eastAsiaTheme="minorEastAsia" w:hAnsi="Times New Roman" w:cs="Times New Roman"/>
          <w:b w:val="0"/>
          <w:bCs w:val="0"/>
          <w:color w:val="auto"/>
          <w:sz w:val="24"/>
          <w:szCs w:val="24"/>
        </w:rPr>
        <w:t xml:space="preserve"> de </w:t>
      </w:r>
      <w:proofErr w:type="spellStart"/>
      <w:r w:rsidRPr="006A5AA2">
        <w:rPr>
          <w:rFonts w:ascii="Times New Roman" w:eastAsiaTheme="minorEastAsia" w:hAnsi="Times New Roman" w:cs="Times New Roman"/>
          <w:b w:val="0"/>
          <w:bCs w:val="0"/>
          <w:color w:val="auto"/>
          <w:sz w:val="24"/>
          <w:szCs w:val="24"/>
        </w:rPr>
        <w:t>dichos</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mecanismos</w:t>
      </w:r>
      <w:proofErr w:type="spellEnd"/>
      <w:r w:rsidRPr="006A5AA2">
        <w:rPr>
          <w:rFonts w:ascii="Times New Roman" w:eastAsiaTheme="minorEastAsia" w:hAnsi="Times New Roman" w:cs="Times New Roman"/>
          <w:b w:val="0"/>
          <w:bCs w:val="0"/>
          <w:color w:val="auto"/>
          <w:sz w:val="24"/>
          <w:szCs w:val="24"/>
        </w:rPr>
        <w:t>.</w:t>
      </w:r>
    </w:p>
    <w:p w14:paraId="3817B5AF" w14:textId="136A4C67" w:rsidR="007A4A95" w:rsidRPr="006A5AA2" w:rsidRDefault="007A4A95" w:rsidP="007A4A95">
      <w:pPr>
        <w:pStyle w:val="Ttulo2"/>
        <w:rPr>
          <w:rFonts w:ascii="Times New Roman" w:eastAsiaTheme="minorEastAsia" w:hAnsi="Times New Roman" w:cs="Times New Roman"/>
          <w:b w:val="0"/>
          <w:bCs w:val="0"/>
          <w:color w:val="auto"/>
          <w:sz w:val="24"/>
          <w:szCs w:val="24"/>
        </w:rPr>
      </w:pPr>
      <w:proofErr w:type="spellStart"/>
      <w:r w:rsidRPr="006A5AA2">
        <w:rPr>
          <w:rFonts w:ascii="Times New Roman" w:eastAsiaTheme="minorEastAsia" w:hAnsi="Times New Roman" w:cs="Times New Roman"/>
          <w:b w:val="0"/>
          <w:bCs w:val="0"/>
          <w:color w:val="auto"/>
          <w:sz w:val="24"/>
          <w:szCs w:val="24"/>
        </w:rPr>
        <w:t>Aunque</w:t>
      </w:r>
      <w:proofErr w:type="spellEnd"/>
      <w:r w:rsidRPr="006A5AA2">
        <w:rPr>
          <w:rFonts w:ascii="Times New Roman" w:eastAsiaTheme="minorEastAsia" w:hAnsi="Times New Roman" w:cs="Times New Roman"/>
          <w:b w:val="0"/>
          <w:bCs w:val="0"/>
          <w:color w:val="auto"/>
          <w:sz w:val="24"/>
          <w:szCs w:val="24"/>
        </w:rPr>
        <w:t xml:space="preserve"> Panamá </w:t>
      </w:r>
      <w:proofErr w:type="spellStart"/>
      <w:r w:rsidRPr="006A5AA2">
        <w:rPr>
          <w:rFonts w:ascii="Times New Roman" w:eastAsiaTheme="minorEastAsia" w:hAnsi="Times New Roman" w:cs="Times New Roman"/>
          <w:b w:val="0"/>
          <w:bCs w:val="0"/>
          <w:color w:val="auto"/>
          <w:sz w:val="24"/>
          <w:szCs w:val="24"/>
        </w:rPr>
        <w:t>cuenta</w:t>
      </w:r>
      <w:proofErr w:type="spellEnd"/>
      <w:r w:rsidRPr="006A5AA2">
        <w:rPr>
          <w:rFonts w:ascii="Times New Roman" w:eastAsiaTheme="minorEastAsia" w:hAnsi="Times New Roman" w:cs="Times New Roman"/>
          <w:b w:val="0"/>
          <w:bCs w:val="0"/>
          <w:color w:val="auto"/>
          <w:sz w:val="24"/>
          <w:szCs w:val="24"/>
        </w:rPr>
        <w:t xml:space="preserve"> con un </w:t>
      </w:r>
      <w:proofErr w:type="spellStart"/>
      <w:r w:rsidRPr="006A5AA2">
        <w:rPr>
          <w:rFonts w:ascii="Times New Roman" w:eastAsiaTheme="minorEastAsia" w:hAnsi="Times New Roman" w:cs="Times New Roman"/>
          <w:b w:val="0"/>
          <w:bCs w:val="0"/>
          <w:color w:val="auto"/>
          <w:sz w:val="24"/>
          <w:szCs w:val="24"/>
        </w:rPr>
        <w:t>marco</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normativo</w:t>
      </w:r>
      <w:proofErr w:type="spellEnd"/>
      <w:r w:rsidRPr="006A5AA2">
        <w:rPr>
          <w:rFonts w:ascii="Times New Roman" w:eastAsiaTheme="minorEastAsia" w:hAnsi="Times New Roman" w:cs="Times New Roman"/>
          <w:b w:val="0"/>
          <w:bCs w:val="0"/>
          <w:color w:val="auto"/>
          <w:sz w:val="24"/>
          <w:szCs w:val="24"/>
        </w:rPr>
        <w:t xml:space="preserve"> que </w:t>
      </w:r>
      <w:proofErr w:type="spellStart"/>
      <w:r w:rsidRPr="006A5AA2">
        <w:rPr>
          <w:rFonts w:ascii="Times New Roman" w:eastAsiaTheme="minorEastAsia" w:hAnsi="Times New Roman" w:cs="Times New Roman"/>
          <w:b w:val="0"/>
          <w:bCs w:val="0"/>
          <w:color w:val="auto"/>
          <w:sz w:val="24"/>
          <w:szCs w:val="24"/>
        </w:rPr>
        <w:t>regula</w:t>
      </w:r>
      <w:proofErr w:type="spellEnd"/>
      <w:r w:rsidRPr="006A5AA2">
        <w:rPr>
          <w:rFonts w:ascii="Times New Roman" w:eastAsiaTheme="minorEastAsia" w:hAnsi="Times New Roman" w:cs="Times New Roman"/>
          <w:b w:val="0"/>
          <w:bCs w:val="0"/>
          <w:color w:val="auto"/>
          <w:sz w:val="24"/>
          <w:szCs w:val="24"/>
        </w:rPr>
        <w:t xml:space="preserve"> la </w:t>
      </w:r>
      <w:proofErr w:type="spellStart"/>
      <w:r w:rsidRPr="006A5AA2">
        <w:rPr>
          <w:rFonts w:ascii="Times New Roman" w:eastAsiaTheme="minorEastAsia" w:hAnsi="Times New Roman" w:cs="Times New Roman"/>
          <w:b w:val="0"/>
          <w:bCs w:val="0"/>
          <w:color w:val="auto"/>
          <w:sz w:val="24"/>
          <w:szCs w:val="24"/>
        </w:rPr>
        <w:t>firma</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electrónica</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avanzada</w:t>
      </w:r>
      <w:proofErr w:type="spellEnd"/>
      <w:r w:rsidRPr="006A5AA2">
        <w:rPr>
          <w:rFonts w:ascii="Times New Roman" w:eastAsiaTheme="minorEastAsia" w:hAnsi="Times New Roman" w:cs="Times New Roman"/>
          <w:b w:val="0"/>
          <w:bCs w:val="0"/>
          <w:color w:val="auto"/>
          <w:sz w:val="24"/>
          <w:szCs w:val="24"/>
        </w:rPr>
        <w:t xml:space="preserve">, en la </w:t>
      </w:r>
      <w:proofErr w:type="spellStart"/>
      <w:r w:rsidRPr="006A5AA2">
        <w:rPr>
          <w:rFonts w:ascii="Times New Roman" w:eastAsiaTheme="minorEastAsia" w:hAnsi="Times New Roman" w:cs="Times New Roman"/>
          <w:b w:val="0"/>
          <w:bCs w:val="0"/>
          <w:color w:val="auto"/>
          <w:sz w:val="24"/>
          <w:szCs w:val="24"/>
        </w:rPr>
        <w:t>práctica</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múltiples</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entidades</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públicas</w:t>
      </w:r>
      <w:proofErr w:type="spellEnd"/>
      <w:r w:rsidRPr="006A5AA2">
        <w:rPr>
          <w:rFonts w:ascii="Times New Roman" w:eastAsiaTheme="minorEastAsia" w:hAnsi="Times New Roman" w:cs="Times New Roman"/>
          <w:b w:val="0"/>
          <w:bCs w:val="0"/>
          <w:color w:val="auto"/>
          <w:sz w:val="24"/>
          <w:szCs w:val="24"/>
        </w:rPr>
        <w:t xml:space="preserve"> y </w:t>
      </w:r>
      <w:proofErr w:type="spellStart"/>
      <w:r w:rsidRPr="006A5AA2">
        <w:rPr>
          <w:rFonts w:ascii="Times New Roman" w:eastAsiaTheme="minorEastAsia" w:hAnsi="Times New Roman" w:cs="Times New Roman"/>
          <w:b w:val="0"/>
          <w:bCs w:val="0"/>
          <w:color w:val="auto"/>
          <w:sz w:val="24"/>
          <w:szCs w:val="24"/>
        </w:rPr>
        <w:t>privadas</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continúan</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exigiendo</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presencia</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física</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autenticaciones</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notariales</w:t>
      </w:r>
      <w:proofErr w:type="spellEnd"/>
      <w:r w:rsidRPr="006A5AA2">
        <w:rPr>
          <w:rFonts w:ascii="Times New Roman" w:eastAsiaTheme="minorEastAsia" w:hAnsi="Times New Roman" w:cs="Times New Roman"/>
          <w:b w:val="0"/>
          <w:bCs w:val="0"/>
          <w:color w:val="auto"/>
          <w:sz w:val="24"/>
          <w:szCs w:val="24"/>
        </w:rPr>
        <w:t xml:space="preserve"> y </w:t>
      </w:r>
      <w:proofErr w:type="spellStart"/>
      <w:r w:rsidRPr="006A5AA2">
        <w:rPr>
          <w:rFonts w:ascii="Times New Roman" w:eastAsiaTheme="minorEastAsia" w:hAnsi="Times New Roman" w:cs="Times New Roman"/>
          <w:b w:val="0"/>
          <w:bCs w:val="0"/>
          <w:color w:val="auto"/>
          <w:sz w:val="24"/>
          <w:szCs w:val="24"/>
        </w:rPr>
        <w:t>firma</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manuscrita</w:t>
      </w:r>
      <w:proofErr w:type="spellEnd"/>
      <w:r w:rsidRPr="006A5AA2">
        <w:rPr>
          <w:rFonts w:ascii="Times New Roman" w:eastAsiaTheme="minorEastAsia" w:hAnsi="Times New Roman" w:cs="Times New Roman"/>
          <w:b w:val="0"/>
          <w:bCs w:val="0"/>
          <w:color w:val="auto"/>
          <w:sz w:val="24"/>
          <w:szCs w:val="24"/>
        </w:rPr>
        <w:t xml:space="preserve">, generando </w:t>
      </w:r>
      <w:proofErr w:type="spellStart"/>
      <w:r w:rsidRPr="006A5AA2">
        <w:rPr>
          <w:rFonts w:ascii="Times New Roman" w:eastAsiaTheme="minorEastAsia" w:hAnsi="Times New Roman" w:cs="Times New Roman"/>
          <w:b w:val="0"/>
          <w:bCs w:val="0"/>
          <w:color w:val="auto"/>
          <w:sz w:val="24"/>
          <w:szCs w:val="24"/>
        </w:rPr>
        <w:t>retrasos</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operativos</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sobrecostos</w:t>
      </w:r>
      <w:proofErr w:type="spellEnd"/>
      <w:r w:rsidRPr="006A5AA2">
        <w:rPr>
          <w:rFonts w:ascii="Times New Roman" w:eastAsiaTheme="minorEastAsia" w:hAnsi="Times New Roman" w:cs="Times New Roman"/>
          <w:b w:val="0"/>
          <w:bCs w:val="0"/>
          <w:color w:val="auto"/>
          <w:sz w:val="24"/>
          <w:szCs w:val="24"/>
        </w:rPr>
        <w:t xml:space="preserve"> e </w:t>
      </w:r>
      <w:proofErr w:type="spellStart"/>
      <w:r w:rsidRPr="006A5AA2">
        <w:rPr>
          <w:rFonts w:ascii="Times New Roman" w:eastAsiaTheme="minorEastAsia" w:hAnsi="Times New Roman" w:cs="Times New Roman"/>
          <w:b w:val="0"/>
          <w:bCs w:val="0"/>
          <w:color w:val="auto"/>
          <w:sz w:val="24"/>
          <w:szCs w:val="24"/>
        </w:rPr>
        <w:t>inseguridad</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jurídica</w:t>
      </w:r>
      <w:proofErr w:type="spellEnd"/>
      <w:r w:rsidRPr="006A5AA2">
        <w:rPr>
          <w:rFonts w:ascii="Times New Roman" w:eastAsiaTheme="minorEastAsia" w:hAnsi="Times New Roman" w:cs="Times New Roman"/>
          <w:b w:val="0"/>
          <w:bCs w:val="0"/>
          <w:color w:val="auto"/>
          <w:sz w:val="24"/>
          <w:szCs w:val="24"/>
        </w:rPr>
        <w:t>.</w:t>
      </w:r>
    </w:p>
    <w:p w14:paraId="2E609257" w14:textId="00A1BDF0" w:rsidR="00072D81" w:rsidRPr="006A5AA2" w:rsidRDefault="007A4A95" w:rsidP="007A4A95">
      <w:pPr>
        <w:pStyle w:val="Ttulo2"/>
        <w:rPr>
          <w:rFonts w:ascii="Times New Roman" w:hAnsi="Times New Roman" w:cs="Times New Roman"/>
          <w:color w:val="auto"/>
          <w:sz w:val="24"/>
          <w:szCs w:val="24"/>
        </w:rPr>
      </w:pPr>
      <w:r w:rsidRPr="006A5AA2">
        <w:rPr>
          <w:rFonts w:ascii="Times New Roman" w:eastAsiaTheme="minorEastAsia" w:hAnsi="Times New Roman" w:cs="Times New Roman"/>
          <w:b w:val="0"/>
          <w:bCs w:val="0"/>
          <w:color w:val="auto"/>
          <w:sz w:val="24"/>
          <w:szCs w:val="24"/>
        </w:rPr>
        <w:t xml:space="preserve">Esta </w:t>
      </w:r>
      <w:proofErr w:type="spellStart"/>
      <w:r w:rsidRPr="006A5AA2">
        <w:rPr>
          <w:rFonts w:ascii="Times New Roman" w:eastAsiaTheme="minorEastAsia" w:hAnsi="Times New Roman" w:cs="Times New Roman"/>
          <w:b w:val="0"/>
          <w:bCs w:val="0"/>
          <w:color w:val="auto"/>
          <w:sz w:val="24"/>
          <w:szCs w:val="24"/>
        </w:rPr>
        <w:t>situación</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afecta</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directamente</w:t>
      </w:r>
      <w:proofErr w:type="spellEnd"/>
      <w:r w:rsidRPr="006A5AA2">
        <w:rPr>
          <w:rFonts w:ascii="Times New Roman" w:eastAsiaTheme="minorEastAsia" w:hAnsi="Times New Roman" w:cs="Times New Roman"/>
          <w:b w:val="0"/>
          <w:bCs w:val="0"/>
          <w:color w:val="auto"/>
          <w:sz w:val="24"/>
          <w:szCs w:val="24"/>
        </w:rPr>
        <w:t xml:space="preserve"> la </w:t>
      </w:r>
      <w:proofErr w:type="spellStart"/>
      <w:r w:rsidRPr="006A5AA2">
        <w:rPr>
          <w:rFonts w:ascii="Times New Roman" w:eastAsiaTheme="minorEastAsia" w:hAnsi="Times New Roman" w:cs="Times New Roman"/>
          <w:b w:val="0"/>
          <w:bCs w:val="0"/>
          <w:color w:val="auto"/>
          <w:sz w:val="24"/>
          <w:szCs w:val="24"/>
        </w:rPr>
        <w:t>eficiencia</w:t>
      </w:r>
      <w:proofErr w:type="spellEnd"/>
      <w:r w:rsidRPr="006A5AA2">
        <w:rPr>
          <w:rFonts w:ascii="Times New Roman" w:eastAsiaTheme="minorEastAsia" w:hAnsi="Times New Roman" w:cs="Times New Roman"/>
          <w:b w:val="0"/>
          <w:bCs w:val="0"/>
          <w:color w:val="auto"/>
          <w:sz w:val="24"/>
          <w:szCs w:val="24"/>
        </w:rPr>
        <w:t xml:space="preserve"> de las </w:t>
      </w:r>
      <w:proofErr w:type="spellStart"/>
      <w:r w:rsidRPr="006A5AA2">
        <w:rPr>
          <w:rFonts w:ascii="Times New Roman" w:eastAsiaTheme="minorEastAsia" w:hAnsi="Times New Roman" w:cs="Times New Roman"/>
          <w:b w:val="0"/>
          <w:bCs w:val="0"/>
          <w:color w:val="auto"/>
          <w:sz w:val="24"/>
          <w:szCs w:val="24"/>
        </w:rPr>
        <w:t>plataformas</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digitales</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utilizadas</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por</w:t>
      </w:r>
      <w:proofErr w:type="spellEnd"/>
      <w:r w:rsidRPr="006A5AA2">
        <w:rPr>
          <w:rFonts w:ascii="Times New Roman" w:eastAsiaTheme="minorEastAsia" w:hAnsi="Times New Roman" w:cs="Times New Roman"/>
          <w:b w:val="0"/>
          <w:bCs w:val="0"/>
          <w:color w:val="auto"/>
          <w:sz w:val="24"/>
          <w:szCs w:val="24"/>
        </w:rPr>
        <w:t xml:space="preserve"> empresas </w:t>
      </w:r>
      <w:proofErr w:type="spellStart"/>
      <w:r w:rsidRPr="006A5AA2">
        <w:rPr>
          <w:rFonts w:ascii="Times New Roman" w:eastAsiaTheme="minorEastAsia" w:hAnsi="Times New Roman" w:cs="Times New Roman"/>
          <w:b w:val="0"/>
          <w:bCs w:val="0"/>
          <w:color w:val="auto"/>
          <w:sz w:val="24"/>
          <w:szCs w:val="24"/>
        </w:rPr>
        <w:t>colombianas</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limita</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el</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comercio</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electrónico</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transnacional</w:t>
      </w:r>
      <w:proofErr w:type="spellEnd"/>
      <w:r w:rsidRPr="006A5AA2">
        <w:rPr>
          <w:rFonts w:ascii="Times New Roman" w:eastAsiaTheme="minorEastAsia" w:hAnsi="Times New Roman" w:cs="Times New Roman"/>
          <w:b w:val="0"/>
          <w:bCs w:val="0"/>
          <w:color w:val="auto"/>
          <w:sz w:val="24"/>
          <w:szCs w:val="24"/>
        </w:rPr>
        <w:t xml:space="preserve"> y </w:t>
      </w:r>
      <w:proofErr w:type="spellStart"/>
      <w:r w:rsidRPr="006A5AA2">
        <w:rPr>
          <w:rFonts w:ascii="Times New Roman" w:eastAsiaTheme="minorEastAsia" w:hAnsi="Times New Roman" w:cs="Times New Roman"/>
          <w:b w:val="0"/>
          <w:bCs w:val="0"/>
          <w:color w:val="auto"/>
          <w:sz w:val="24"/>
          <w:szCs w:val="24"/>
        </w:rPr>
        <w:t>evidencia</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una</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brecha</w:t>
      </w:r>
      <w:proofErr w:type="spellEnd"/>
      <w:r w:rsidRPr="006A5AA2">
        <w:rPr>
          <w:rFonts w:ascii="Times New Roman" w:eastAsiaTheme="minorEastAsia" w:hAnsi="Times New Roman" w:cs="Times New Roman"/>
          <w:b w:val="0"/>
          <w:bCs w:val="0"/>
          <w:color w:val="auto"/>
          <w:sz w:val="24"/>
          <w:szCs w:val="24"/>
        </w:rPr>
        <w:t xml:space="preserve"> entre la norma y </w:t>
      </w:r>
      <w:proofErr w:type="spellStart"/>
      <w:r w:rsidRPr="006A5AA2">
        <w:rPr>
          <w:rFonts w:ascii="Times New Roman" w:eastAsiaTheme="minorEastAsia" w:hAnsi="Times New Roman" w:cs="Times New Roman"/>
          <w:b w:val="0"/>
          <w:bCs w:val="0"/>
          <w:color w:val="auto"/>
          <w:sz w:val="24"/>
          <w:szCs w:val="24"/>
        </w:rPr>
        <w:t>su</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implementación</w:t>
      </w:r>
      <w:proofErr w:type="spellEnd"/>
      <w:r w:rsidRPr="006A5AA2">
        <w:rPr>
          <w:rFonts w:ascii="Times New Roman" w:eastAsiaTheme="minorEastAsia" w:hAnsi="Times New Roman" w:cs="Times New Roman"/>
          <w:b w:val="0"/>
          <w:bCs w:val="0"/>
          <w:color w:val="auto"/>
          <w:sz w:val="24"/>
          <w:szCs w:val="24"/>
        </w:rPr>
        <w:t xml:space="preserve"> real, lo que </w:t>
      </w:r>
      <w:proofErr w:type="spellStart"/>
      <w:r w:rsidRPr="006A5AA2">
        <w:rPr>
          <w:rFonts w:ascii="Times New Roman" w:eastAsiaTheme="minorEastAsia" w:hAnsi="Times New Roman" w:cs="Times New Roman"/>
          <w:b w:val="0"/>
          <w:bCs w:val="0"/>
          <w:color w:val="auto"/>
          <w:sz w:val="24"/>
          <w:szCs w:val="24"/>
        </w:rPr>
        <w:t>convierte</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este</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fenómeno</w:t>
      </w:r>
      <w:proofErr w:type="spellEnd"/>
      <w:r w:rsidRPr="006A5AA2">
        <w:rPr>
          <w:rFonts w:ascii="Times New Roman" w:eastAsiaTheme="minorEastAsia" w:hAnsi="Times New Roman" w:cs="Times New Roman"/>
          <w:b w:val="0"/>
          <w:bCs w:val="0"/>
          <w:color w:val="auto"/>
          <w:sz w:val="24"/>
          <w:szCs w:val="24"/>
        </w:rPr>
        <w:t xml:space="preserve"> en un </w:t>
      </w:r>
      <w:proofErr w:type="spellStart"/>
      <w:r w:rsidRPr="006A5AA2">
        <w:rPr>
          <w:rFonts w:ascii="Times New Roman" w:eastAsiaTheme="minorEastAsia" w:hAnsi="Times New Roman" w:cs="Times New Roman"/>
          <w:b w:val="0"/>
          <w:bCs w:val="0"/>
          <w:color w:val="auto"/>
          <w:sz w:val="24"/>
          <w:szCs w:val="24"/>
        </w:rPr>
        <w:t>problema</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jurídico</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tecnológico</w:t>
      </w:r>
      <w:proofErr w:type="spellEnd"/>
      <w:r w:rsidRPr="006A5AA2">
        <w:rPr>
          <w:rFonts w:ascii="Times New Roman" w:eastAsiaTheme="minorEastAsia" w:hAnsi="Times New Roman" w:cs="Times New Roman"/>
          <w:b w:val="0"/>
          <w:bCs w:val="0"/>
          <w:color w:val="auto"/>
          <w:sz w:val="24"/>
          <w:szCs w:val="24"/>
        </w:rPr>
        <w:t xml:space="preserve"> y </w:t>
      </w:r>
      <w:proofErr w:type="spellStart"/>
      <w:r w:rsidRPr="006A5AA2">
        <w:rPr>
          <w:rFonts w:ascii="Times New Roman" w:eastAsiaTheme="minorEastAsia" w:hAnsi="Times New Roman" w:cs="Times New Roman"/>
          <w:b w:val="0"/>
          <w:bCs w:val="0"/>
          <w:color w:val="auto"/>
          <w:sz w:val="24"/>
          <w:szCs w:val="24"/>
        </w:rPr>
        <w:t>económico</w:t>
      </w:r>
      <w:proofErr w:type="spellEnd"/>
      <w:r w:rsidRPr="006A5AA2">
        <w:rPr>
          <w:rFonts w:ascii="Times New Roman" w:eastAsiaTheme="minorEastAsia" w:hAnsi="Times New Roman" w:cs="Times New Roman"/>
          <w:b w:val="0"/>
          <w:bCs w:val="0"/>
          <w:color w:val="auto"/>
          <w:sz w:val="24"/>
          <w:szCs w:val="24"/>
        </w:rPr>
        <w:t xml:space="preserve"> de </w:t>
      </w:r>
      <w:proofErr w:type="spellStart"/>
      <w:r w:rsidRPr="006A5AA2">
        <w:rPr>
          <w:rFonts w:ascii="Times New Roman" w:eastAsiaTheme="minorEastAsia" w:hAnsi="Times New Roman" w:cs="Times New Roman"/>
          <w:b w:val="0"/>
          <w:bCs w:val="0"/>
          <w:color w:val="auto"/>
          <w:sz w:val="24"/>
          <w:szCs w:val="24"/>
        </w:rPr>
        <w:t>alta</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relevancia</w:t>
      </w:r>
      <w:proofErr w:type="spellEnd"/>
      <w:r w:rsidRPr="006A5AA2">
        <w:rPr>
          <w:rFonts w:ascii="Times New Roman" w:eastAsiaTheme="minorEastAsia" w:hAnsi="Times New Roman" w:cs="Times New Roman"/>
          <w:b w:val="0"/>
          <w:bCs w:val="0"/>
          <w:color w:val="auto"/>
          <w:sz w:val="24"/>
          <w:szCs w:val="24"/>
        </w:rPr>
        <w:t xml:space="preserve"> </w:t>
      </w:r>
      <w:proofErr w:type="spellStart"/>
      <w:proofErr w:type="gramStart"/>
      <w:r w:rsidRPr="006A5AA2">
        <w:rPr>
          <w:rFonts w:ascii="Times New Roman" w:eastAsiaTheme="minorEastAsia" w:hAnsi="Times New Roman" w:cs="Times New Roman"/>
          <w:b w:val="0"/>
          <w:bCs w:val="0"/>
          <w:color w:val="auto"/>
          <w:sz w:val="24"/>
          <w:szCs w:val="24"/>
        </w:rPr>
        <w:t>regional.</w:t>
      </w:r>
      <w:r w:rsidR="00000000" w:rsidRPr="006A5AA2">
        <w:rPr>
          <w:rFonts w:ascii="Times New Roman" w:hAnsi="Times New Roman" w:cs="Times New Roman"/>
          <w:color w:val="auto"/>
          <w:sz w:val="24"/>
          <w:szCs w:val="24"/>
        </w:rPr>
        <w:t>Preguntas</w:t>
      </w:r>
      <w:proofErr w:type="spellEnd"/>
      <w:proofErr w:type="gramEnd"/>
      <w:r w:rsidR="00000000" w:rsidRPr="006A5AA2">
        <w:rPr>
          <w:rFonts w:ascii="Times New Roman" w:hAnsi="Times New Roman" w:cs="Times New Roman"/>
          <w:color w:val="auto"/>
          <w:sz w:val="24"/>
          <w:szCs w:val="24"/>
        </w:rPr>
        <w:t xml:space="preserve"> </w:t>
      </w:r>
      <w:r w:rsidR="00085BDE" w:rsidRPr="006A5AA2">
        <w:rPr>
          <w:rFonts w:ascii="Times New Roman" w:hAnsi="Times New Roman" w:cs="Times New Roman"/>
          <w:color w:val="auto"/>
          <w:sz w:val="24"/>
          <w:szCs w:val="24"/>
        </w:rPr>
        <w:t>D</w:t>
      </w:r>
      <w:r w:rsidR="00000000" w:rsidRPr="006A5AA2">
        <w:rPr>
          <w:rFonts w:ascii="Times New Roman" w:hAnsi="Times New Roman" w:cs="Times New Roman"/>
          <w:color w:val="auto"/>
          <w:sz w:val="24"/>
          <w:szCs w:val="24"/>
        </w:rPr>
        <w:t xml:space="preserve">e </w:t>
      </w:r>
      <w:proofErr w:type="spellStart"/>
      <w:r w:rsidR="00085BDE" w:rsidRPr="006A5AA2">
        <w:rPr>
          <w:rFonts w:ascii="Times New Roman" w:hAnsi="Times New Roman" w:cs="Times New Roman"/>
          <w:color w:val="auto"/>
          <w:sz w:val="24"/>
          <w:szCs w:val="24"/>
        </w:rPr>
        <w:t>I</w:t>
      </w:r>
      <w:r w:rsidR="00000000" w:rsidRPr="006A5AA2">
        <w:rPr>
          <w:rFonts w:ascii="Times New Roman" w:hAnsi="Times New Roman" w:cs="Times New Roman"/>
          <w:color w:val="auto"/>
          <w:sz w:val="24"/>
          <w:szCs w:val="24"/>
        </w:rPr>
        <w:t>nvestigación</w:t>
      </w:r>
      <w:proofErr w:type="spellEnd"/>
    </w:p>
    <w:p w14:paraId="4FF8C966" w14:textId="77777777" w:rsidR="00D96C18" w:rsidRPr="006A5AA2" w:rsidRDefault="00000000" w:rsidP="007A4A95">
      <w:pPr>
        <w:pStyle w:val="Prrafodelista"/>
        <w:numPr>
          <w:ilvl w:val="0"/>
          <w:numId w:val="10"/>
        </w:numPr>
        <w:rPr>
          <w:lang w:val="es-CO"/>
        </w:rPr>
      </w:pPr>
      <w:proofErr w:type="spellStart"/>
      <w:r w:rsidRPr="006A5AA2">
        <w:rPr>
          <w:rFonts w:cs="Times New Roman"/>
          <w:b/>
          <w:bCs/>
          <w:szCs w:val="24"/>
        </w:rPr>
        <w:t>Pregunta</w:t>
      </w:r>
      <w:proofErr w:type="spellEnd"/>
      <w:r w:rsidRPr="006A5AA2">
        <w:rPr>
          <w:rFonts w:cs="Times New Roman"/>
          <w:b/>
          <w:bCs/>
          <w:szCs w:val="24"/>
        </w:rPr>
        <w:t xml:space="preserve"> principal:</w:t>
      </w:r>
      <w:r w:rsidRPr="006A5AA2">
        <w:rPr>
          <w:rFonts w:cs="Times New Roman"/>
          <w:szCs w:val="24"/>
        </w:rPr>
        <w:br/>
      </w:r>
      <w:r w:rsidR="007A4A95" w:rsidRPr="006A5AA2">
        <w:rPr>
          <w:rFonts w:cs="Times New Roman"/>
          <w:szCs w:val="24"/>
        </w:rPr>
        <w:t>¿</w:t>
      </w:r>
      <w:proofErr w:type="spellStart"/>
      <w:r w:rsidR="007A4A95" w:rsidRPr="006A5AA2">
        <w:rPr>
          <w:rFonts w:cs="Times New Roman"/>
          <w:szCs w:val="24"/>
        </w:rPr>
        <w:t>Qué</w:t>
      </w:r>
      <w:proofErr w:type="spellEnd"/>
      <w:r w:rsidR="007A4A95" w:rsidRPr="006A5AA2">
        <w:rPr>
          <w:rFonts w:cs="Times New Roman"/>
          <w:szCs w:val="24"/>
        </w:rPr>
        <w:t xml:space="preserve"> barreras </w:t>
      </w:r>
      <w:proofErr w:type="spellStart"/>
      <w:r w:rsidR="007A4A95" w:rsidRPr="006A5AA2">
        <w:rPr>
          <w:rFonts w:cs="Times New Roman"/>
          <w:szCs w:val="24"/>
        </w:rPr>
        <w:t>jurídicas</w:t>
      </w:r>
      <w:proofErr w:type="spellEnd"/>
      <w:r w:rsidR="007A4A95" w:rsidRPr="006A5AA2">
        <w:rPr>
          <w:rFonts w:cs="Times New Roman"/>
          <w:szCs w:val="24"/>
        </w:rPr>
        <w:t xml:space="preserve"> y </w:t>
      </w:r>
      <w:proofErr w:type="spellStart"/>
      <w:r w:rsidR="007A4A95" w:rsidRPr="006A5AA2">
        <w:rPr>
          <w:rFonts w:cs="Times New Roman"/>
          <w:szCs w:val="24"/>
        </w:rPr>
        <w:t>prácticas</w:t>
      </w:r>
      <w:proofErr w:type="spellEnd"/>
      <w:r w:rsidR="007A4A95" w:rsidRPr="006A5AA2">
        <w:rPr>
          <w:rFonts w:cs="Times New Roman"/>
          <w:szCs w:val="24"/>
        </w:rPr>
        <w:t xml:space="preserve"> </w:t>
      </w:r>
      <w:proofErr w:type="spellStart"/>
      <w:r w:rsidR="007A4A95" w:rsidRPr="006A5AA2">
        <w:rPr>
          <w:rFonts w:cs="Times New Roman"/>
          <w:szCs w:val="24"/>
        </w:rPr>
        <w:t>enfrentan</w:t>
      </w:r>
      <w:proofErr w:type="spellEnd"/>
      <w:r w:rsidR="007A4A95" w:rsidRPr="006A5AA2">
        <w:rPr>
          <w:rFonts w:cs="Times New Roman"/>
          <w:szCs w:val="24"/>
        </w:rPr>
        <w:t xml:space="preserve"> las empresas </w:t>
      </w:r>
      <w:proofErr w:type="spellStart"/>
      <w:r w:rsidR="007A4A95" w:rsidRPr="006A5AA2">
        <w:rPr>
          <w:rFonts w:cs="Times New Roman"/>
          <w:szCs w:val="24"/>
        </w:rPr>
        <w:t>colombianas</w:t>
      </w:r>
      <w:proofErr w:type="spellEnd"/>
      <w:r w:rsidR="007A4A95" w:rsidRPr="006A5AA2">
        <w:rPr>
          <w:rFonts w:cs="Times New Roman"/>
          <w:szCs w:val="24"/>
        </w:rPr>
        <w:t xml:space="preserve"> al </w:t>
      </w:r>
      <w:proofErr w:type="spellStart"/>
      <w:r w:rsidR="007A4A95" w:rsidRPr="006A5AA2">
        <w:rPr>
          <w:rFonts w:cs="Times New Roman"/>
          <w:szCs w:val="24"/>
        </w:rPr>
        <w:t>utilizar</w:t>
      </w:r>
      <w:proofErr w:type="spellEnd"/>
      <w:r w:rsidR="007A4A95" w:rsidRPr="006A5AA2">
        <w:rPr>
          <w:rFonts w:cs="Times New Roman"/>
          <w:szCs w:val="24"/>
        </w:rPr>
        <w:t xml:space="preserve"> </w:t>
      </w:r>
      <w:proofErr w:type="spellStart"/>
      <w:r w:rsidR="007A4A95" w:rsidRPr="006A5AA2">
        <w:rPr>
          <w:rFonts w:cs="Times New Roman"/>
          <w:szCs w:val="24"/>
        </w:rPr>
        <w:t>plataformas</w:t>
      </w:r>
      <w:proofErr w:type="spellEnd"/>
      <w:r w:rsidR="007A4A95" w:rsidRPr="006A5AA2">
        <w:rPr>
          <w:rFonts w:cs="Times New Roman"/>
          <w:szCs w:val="24"/>
        </w:rPr>
        <w:t xml:space="preserve"> </w:t>
      </w:r>
      <w:proofErr w:type="spellStart"/>
      <w:r w:rsidR="007A4A95" w:rsidRPr="006A5AA2">
        <w:rPr>
          <w:rFonts w:cs="Times New Roman"/>
          <w:szCs w:val="24"/>
        </w:rPr>
        <w:t>digitales</w:t>
      </w:r>
      <w:proofErr w:type="spellEnd"/>
      <w:r w:rsidR="007A4A95" w:rsidRPr="006A5AA2">
        <w:rPr>
          <w:rFonts w:cs="Times New Roman"/>
          <w:szCs w:val="24"/>
        </w:rPr>
        <w:t xml:space="preserve"> que </w:t>
      </w:r>
      <w:proofErr w:type="spellStart"/>
      <w:r w:rsidR="007A4A95" w:rsidRPr="006A5AA2">
        <w:rPr>
          <w:rFonts w:cs="Times New Roman"/>
          <w:szCs w:val="24"/>
        </w:rPr>
        <w:t>emplean</w:t>
      </w:r>
      <w:proofErr w:type="spellEnd"/>
      <w:r w:rsidR="007A4A95" w:rsidRPr="006A5AA2">
        <w:rPr>
          <w:rFonts w:cs="Times New Roman"/>
          <w:szCs w:val="24"/>
        </w:rPr>
        <w:t xml:space="preserve"> </w:t>
      </w:r>
      <w:proofErr w:type="spellStart"/>
      <w:r w:rsidR="007A4A95" w:rsidRPr="006A5AA2">
        <w:rPr>
          <w:rFonts w:cs="Times New Roman"/>
          <w:szCs w:val="24"/>
        </w:rPr>
        <w:t>firmas</w:t>
      </w:r>
      <w:proofErr w:type="spellEnd"/>
      <w:r w:rsidR="007A4A95" w:rsidRPr="006A5AA2">
        <w:rPr>
          <w:rFonts w:cs="Times New Roman"/>
          <w:szCs w:val="24"/>
        </w:rPr>
        <w:t xml:space="preserve"> </w:t>
      </w:r>
      <w:proofErr w:type="spellStart"/>
      <w:r w:rsidR="007A4A95" w:rsidRPr="006A5AA2">
        <w:rPr>
          <w:rFonts w:cs="Times New Roman"/>
          <w:szCs w:val="24"/>
        </w:rPr>
        <w:t>digitales</w:t>
      </w:r>
      <w:proofErr w:type="spellEnd"/>
      <w:r w:rsidR="007A4A95" w:rsidRPr="006A5AA2">
        <w:rPr>
          <w:rFonts w:cs="Times New Roman"/>
          <w:szCs w:val="24"/>
        </w:rPr>
        <w:t xml:space="preserve"> en trámites o </w:t>
      </w:r>
      <w:proofErr w:type="spellStart"/>
      <w:r w:rsidR="007A4A95" w:rsidRPr="006A5AA2">
        <w:rPr>
          <w:rFonts w:cs="Times New Roman"/>
          <w:szCs w:val="24"/>
        </w:rPr>
        <w:t>procedimientos</w:t>
      </w:r>
      <w:proofErr w:type="spellEnd"/>
      <w:r w:rsidR="007A4A95" w:rsidRPr="006A5AA2">
        <w:rPr>
          <w:rFonts w:cs="Times New Roman"/>
          <w:szCs w:val="24"/>
        </w:rPr>
        <w:t xml:space="preserve"> ante </w:t>
      </w:r>
      <w:proofErr w:type="spellStart"/>
      <w:r w:rsidR="007A4A95" w:rsidRPr="006A5AA2">
        <w:rPr>
          <w:rFonts w:cs="Times New Roman"/>
          <w:szCs w:val="24"/>
        </w:rPr>
        <w:t>entidades</w:t>
      </w:r>
      <w:proofErr w:type="spellEnd"/>
      <w:r w:rsidR="007A4A95" w:rsidRPr="006A5AA2">
        <w:rPr>
          <w:rFonts w:cs="Times New Roman"/>
          <w:szCs w:val="24"/>
        </w:rPr>
        <w:t xml:space="preserve"> o empresas en Panamá?</w:t>
      </w:r>
    </w:p>
    <w:p w14:paraId="3B939A94" w14:textId="77777777" w:rsidR="00D96C18" w:rsidRPr="006A5AA2" w:rsidRDefault="00D96C18" w:rsidP="007A4A95">
      <w:pPr>
        <w:pStyle w:val="Prrafodelista"/>
        <w:numPr>
          <w:ilvl w:val="0"/>
          <w:numId w:val="10"/>
        </w:numPr>
        <w:rPr>
          <w:lang w:val="es-CO"/>
        </w:rPr>
      </w:pPr>
      <w:r w:rsidRPr="006A5AA2">
        <w:rPr>
          <w:rFonts w:cs="Times New Roman"/>
          <w:szCs w:val="24"/>
        </w:rPr>
        <w:t xml:space="preserve"> </w:t>
      </w:r>
      <w:proofErr w:type="spellStart"/>
      <w:r w:rsidR="00000000" w:rsidRPr="006A5AA2">
        <w:rPr>
          <w:rFonts w:cs="Times New Roman"/>
          <w:b/>
          <w:bCs/>
          <w:szCs w:val="24"/>
        </w:rPr>
        <w:t>Preguntas</w:t>
      </w:r>
      <w:proofErr w:type="spellEnd"/>
      <w:r w:rsidR="00000000" w:rsidRPr="006A5AA2">
        <w:rPr>
          <w:rFonts w:cs="Times New Roman"/>
          <w:b/>
          <w:bCs/>
          <w:szCs w:val="24"/>
        </w:rPr>
        <w:t xml:space="preserve"> </w:t>
      </w:r>
      <w:proofErr w:type="spellStart"/>
      <w:r w:rsidR="00000000" w:rsidRPr="006A5AA2">
        <w:rPr>
          <w:rFonts w:cs="Times New Roman"/>
          <w:b/>
          <w:bCs/>
          <w:szCs w:val="24"/>
        </w:rPr>
        <w:t>secundarias</w:t>
      </w:r>
      <w:proofErr w:type="spellEnd"/>
      <w:r w:rsidR="00000000" w:rsidRPr="006A5AA2">
        <w:rPr>
          <w:rFonts w:cs="Times New Roman"/>
          <w:b/>
          <w:bCs/>
          <w:szCs w:val="24"/>
        </w:rPr>
        <w:t>:</w:t>
      </w:r>
    </w:p>
    <w:p w14:paraId="6FC3A15B" w14:textId="0E9314DA" w:rsidR="00D96C18" w:rsidRPr="006A5AA2" w:rsidRDefault="007A4A95" w:rsidP="007A4A95">
      <w:pPr>
        <w:pStyle w:val="Prrafodelista"/>
        <w:numPr>
          <w:ilvl w:val="0"/>
          <w:numId w:val="10"/>
        </w:numPr>
        <w:rPr>
          <w:lang w:val="es-CO"/>
        </w:rPr>
      </w:pPr>
      <w:r w:rsidRPr="006A5AA2">
        <w:rPr>
          <w:lang w:val="es-CO"/>
        </w:rPr>
        <w:lastRenderedPageBreak/>
        <w:t>¿Cuál es el marco normativo vigente sobre firma digital en Panamá y por qué su aplicación es limitada en la práctica?</w:t>
      </w:r>
    </w:p>
    <w:p w14:paraId="4D33EF1D" w14:textId="77777777" w:rsidR="00D96C18" w:rsidRPr="006A5AA2" w:rsidRDefault="007A4A95" w:rsidP="007A4A95">
      <w:pPr>
        <w:pStyle w:val="Prrafodelista"/>
        <w:numPr>
          <w:ilvl w:val="0"/>
          <w:numId w:val="10"/>
        </w:numPr>
        <w:rPr>
          <w:lang w:val="es-CO"/>
        </w:rPr>
      </w:pPr>
      <w:r w:rsidRPr="006A5AA2">
        <w:rPr>
          <w:rFonts w:cs="Times New Roman"/>
          <w:szCs w:val="24"/>
          <w:lang w:val="es-CO"/>
        </w:rPr>
        <w:t>¿Qué obstáculos administrativos, culturales y operativos dificultan la aceptación de la firma digital?</w:t>
      </w:r>
    </w:p>
    <w:p w14:paraId="54CB5D03" w14:textId="77777777" w:rsidR="00D96C18" w:rsidRPr="006A5AA2" w:rsidRDefault="007A4A95" w:rsidP="007A4A95">
      <w:pPr>
        <w:pStyle w:val="Prrafodelista"/>
        <w:numPr>
          <w:ilvl w:val="0"/>
          <w:numId w:val="10"/>
        </w:numPr>
        <w:rPr>
          <w:lang w:val="es-CO"/>
        </w:rPr>
      </w:pPr>
      <w:r w:rsidRPr="006A5AA2">
        <w:rPr>
          <w:rFonts w:cs="Times New Roman"/>
          <w:szCs w:val="24"/>
          <w:lang w:val="es-CO"/>
        </w:rPr>
        <w:t>¿Cómo impactan estas barreras en las empresas colombianas que buscan operar en Panamá mediante plataformas digitales?</w:t>
      </w:r>
    </w:p>
    <w:p w14:paraId="49DAEA86" w14:textId="266D93C9" w:rsidR="00072D81" w:rsidRPr="006A5AA2" w:rsidRDefault="007A4A95" w:rsidP="007A4A95">
      <w:pPr>
        <w:pStyle w:val="Prrafodelista"/>
        <w:numPr>
          <w:ilvl w:val="0"/>
          <w:numId w:val="10"/>
        </w:numPr>
        <w:rPr>
          <w:lang w:val="es-CO"/>
        </w:rPr>
      </w:pPr>
      <w:r w:rsidRPr="006A5AA2">
        <w:rPr>
          <w:rFonts w:cs="Times New Roman"/>
          <w:szCs w:val="24"/>
          <w:lang w:val="es-CO"/>
        </w:rPr>
        <w:t>¿Qué buenas prácticas del modelo colombiano podrían fortalecer la adopción de la firma digital en Panamá?</w:t>
      </w:r>
    </w:p>
    <w:p w14:paraId="6E63E521" w14:textId="181FE90D" w:rsidR="00072D81" w:rsidRPr="006A5AA2" w:rsidRDefault="00D96C18" w:rsidP="00CC2DEE">
      <w:pPr>
        <w:pStyle w:val="Ttulo2"/>
        <w:rPr>
          <w:rFonts w:ascii="Times New Roman" w:hAnsi="Times New Roman" w:cs="Times New Roman"/>
          <w:color w:val="auto"/>
          <w:sz w:val="24"/>
          <w:szCs w:val="24"/>
        </w:rPr>
      </w:pPr>
      <w:proofErr w:type="spellStart"/>
      <w:r w:rsidRPr="006A5AA2">
        <w:rPr>
          <w:rFonts w:ascii="Times New Roman" w:hAnsi="Times New Roman" w:cs="Times New Roman"/>
          <w:color w:val="auto"/>
          <w:sz w:val="24"/>
          <w:szCs w:val="24"/>
        </w:rPr>
        <w:t>Objetivo</w:t>
      </w:r>
      <w:proofErr w:type="spellEnd"/>
      <w:r w:rsidRPr="006A5AA2">
        <w:rPr>
          <w:rFonts w:ascii="Times New Roman" w:hAnsi="Times New Roman" w:cs="Times New Roman"/>
          <w:color w:val="auto"/>
          <w:sz w:val="24"/>
          <w:szCs w:val="24"/>
        </w:rPr>
        <w:t xml:space="preserve"> general y </w:t>
      </w:r>
      <w:proofErr w:type="spellStart"/>
      <w:r w:rsidRPr="006A5AA2">
        <w:rPr>
          <w:rFonts w:ascii="Times New Roman" w:hAnsi="Times New Roman" w:cs="Times New Roman"/>
          <w:color w:val="auto"/>
          <w:sz w:val="24"/>
          <w:szCs w:val="24"/>
        </w:rPr>
        <w:t>especifico</w:t>
      </w:r>
      <w:proofErr w:type="spellEnd"/>
    </w:p>
    <w:p w14:paraId="5D4AB711" w14:textId="01F884C4" w:rsidR="00072D81" w:rsidRPr="006A5AA2" w:rsidRDefault="00000000" w:rsidP="00D96C18">
      <w:pPr>
        <w:ind w:firstLine="720"/>
        <w:rPr>
          <w:rFonts w:cs="Times New Roman"/>
          <w:szCs w:val="24"/>
        </w:rPr>
      </w:pPr>
      <w:proofErr w:type="spellStart"/>
      <w:r w:rsidRPr="006A5AA2">
        <w:rPr>
          <w:rFonts w:cs="Times New Roman"/>
          <w:szCs w:val="24"/>
        </w:rPr>
        <w:t>Objetivo</w:t>
      </w:r>
      <w:proofErr w:type="spellEnd"/>
      <w:r w:rsidRPr="006A5AA2">
        <w:rPr>
          <w:rFonts w:cs="Times New Roman"/>
          <w:szCs w:val="24"/>
        </w:rPr>
        <w:t xml:space="preserve"> general:</w:t>
      </w:r>
      <w:r w:rsidRPr="006A5AA2">
        <w:rPr>
          <w:rFonts w:cs="Times New Roman"/>
          <w:szCs w:val="24"/>
        </w:rPr>
        <w:br/>
      </w:r>
      <w:proofErr w:type="spellStart"/>
      <w:r w:rsidR="007A4A95" w:rsidRPr="006A5AA2">
        <w:rPr>
          <w:rFonts w:cs="Times New Roman"/>
          <w:szCs w:val="24"/>
        </w:rPr>
        <w:t>Analizar</w:t>
      </w:r>
      <w:proofErr w:type="spellEnd"/>
      <w:r w:rsidR="007A4A95" w:rsidRPr="006A5AA2">
        <w:rPr>
          <w:rFonts w:cs="Times New Roman"/>
          <w:szCs w:val="24"/>
        </w:rPr>
        <w:t xml:space="preserve"> las barreras </w:t>
      </w:r>
      <w:proofErr w:type="spellStart"/>
      <w:r w:rsidR="007A4A95" w:rsidRPr="006A5AA2">
        <w:rPr>
          <w:rFonts w:cs="Times New Roman"/>
          <w:szCs w:val="24"/>
        </w:rPr>
        <w:t>jurídicas</w:t>
      </w:r>
      <w:proofErr w:type="spellEnd"/>
      <w:r w:rsidR="007A4A95" w:rsidRPr="006A5AA2">
        <w:rPr>
          <w:rFonts w:cs="Times New Roman"/>
          <w:szCs w:val="24"/>
        </w:rPr>
        <w:t xml:space="preserve"> y </w:t>
      </w:r>
      <w:proofErr w:type="spellStart"/>
      <w:r w:rsidR="007A4A95" w:rsidRPr="006A5AA2">
        <w:rPr>
          <w:rFonts w:cs="Times New Roman"/>
          <w:szCs w:val="24"/>
        </w:rPr>
        <w:t>prácticas</w:t>
      </w:r>
      <w:proofErr w:type="spellEnd"/>
      <w:r w:rsidR="007A4A95" w:rsidRPr="006A5AA2">
        <w:rPr>
          <w:rFonts w:cs="Times New Roman"/>
          <w:szCs w:val="24"/>
        </w:rPr>
        <w:t xml:space="preserve"> que </w:t>
      </w:r>
      <w:proofErr w:type="spellStart"/>
      <w:r w:rsidR="007A4A95" w:rsidRPr="006A5AA2">
        <w:rPr>
          <w:rFonts w:cs="Times New Roman"/>
          <w:szCs w:val="24"/>
        </w:rPr>
        <w:t>enfrentan</w:t>
      </w:r>
      <w:proofErr w:type="spellEnd"/>
      <w:r w:rsidR="007A4A95" w:rsidRPr="006A5AA2">
        <w:rPr>
          <w:rFonts w:cs="Times New Roman"/>
          <w:szCs w:val="24"/>
        </w:rPr>
        <w:t xml:space="preserve"> las empresas </w:t>
      </w:r>
      <w:proofErr w:type="spellStart"/>
      <w:r w:rsidR="007A4A95" w:rsidRPr="006A5AA2">
        <w:rPr>
          <w:rFonts w:cs="Times New Roman"/>
          <w:szCs w:val="24"/>
        </w:rPr>
        <w:t>colombianas</w:t>
      </w:r>
      <w:proofErr w:type="spellEnd"/>
      <w:r w:rsidR="007A4A95" w:rsidRPr="006A5AA2">
        <w:rPr>
          <w:rFonts w:cs="Times New Roman"/>
          <w:szCs w:val="24"/>
        </w:rPr>
        <w:t xml:space="preserve"> al </w:t>
      </w:r>
      <w:proofErr w:type="spellStart"/>
      <w:r w:rsidR="007A4A95" w:rsidRPr="006A5AA2">
        <w:rPr>
          <w:rFonts w:cs="Times New Roman"/>
          <w:szCs w:val="24"/>
        </w:rPr>
        <w:t>utilizar</w:t>
      </w:r>
      <w:proofErr w:type="spellEnd"/>
      <w:r w:rsidR="007A4A95" w:rsidRPr="006A5AA2">
        <w:rPr>
          <w:rFonts w:cs="Times New Roman"/>
          <w:szCs w:val="24"/>
        </w:rPr>
        <w:t xml:space="preserve"> </w:t>
      </w:r>
      <w:proofErr w:type="spellStart"/>
      <w:r w:rsidR="007A4A95" w:rsidRPr="006A5AA2">
        <w:rPr>
          <w:rFonts w:cs="Times New Roman"/>
          <w:szCs w:val="24"/>
        </w:rPr>
        <w:t>firmas</w:t>
      </w:r>
      <w:proofErr w:type="spellEnd"/>
      <w:r w:rsidR="007A4A95" w:rsidRPr="006A5AA2">
        <w:rPr>
          <w:rFonts w:cs="Times New Roman"/>
          <w:szCs w:val="24"/>
        </w:rPr>
        <w:t xml:space="preserve"> </w:t>
      </w:r>
      <w:proofErr w:type="spellStart"/>
      <w:r w:rsidR="007A4A95" w:rsidRPr="006A5AA2">
        <w:rPr>
          <w:rFonts w:cs="Times New Roman"/>
          <w:szCs w:val="24"/>
        </w:rPr>
        <w:t>digitales</w:t>
      </w:r>
      <w:proofErr w:type="spellEnd"/>
      <w:r w:rsidR="007A4A95" w:rsidRPr="006A5AA2">
        <w:rPr>
          <w:rFonts w:cs="Times New Roman"/>
          <w:szCs w:val="24"/>
        </w:rPr>
        <w:t xml:space="preserve"> en </w:t>
      </w:r>
      <w:proofErr w:type="spellStart"/>
      <w:r w:rsidR="007A4A95" w:rsidRPr="006A5AA2">
        <w:rPr>
          <w:rFonts w:cs="Times New Roman"/>
          <w:szCs w:val="24"/>
        </w:rPr>
        <w:t>plataformas</w:t>
      </w:r>
      <w:proofErr w:type="spellEnd"/>
      <w:r w:rsidR="007A4A95" w:rsidRPr="006A5AA2">
        <w:rPr>
          <w:rFonts w:cs="Times New Roman"/>
          <w:szCs w:val="24"/>
        </w:rPr>
        <w:t xml:space="preserve"> </w:t>
      </w:r>
      <w:proofErr w:type="spellStart"/>
      <w:r w:rsidR="007A4A95" w:rsidRPr="006A5AA2">
        <w:rPr>
          <w:rFonts w:cs="Times New Roman"/>
          <w:szCs w:val="24"/>
        </w:rPr>
        <w:t>digitales</w:t>
      </w:r>
      <w:proofErr w:type="spellEnd"/>
      <w:r w:rsidR="007A4A95" w:rsidRPr="006A5AA2">
        <w:rPr>
          <w:rFonts w:cs="Times New Roman"/>
          <w:szCs w:val="24"/>
        </w:rPr>
        <w:t xml:space="preserve"> para la </w:t>
      </w:r>
      <w:proofErr w:type="spellStart"/>
      <w:r w:rsidR="007A4A95" w:rsidRPr="006A5AA2">
        <w:rPr>
          <w:rFonts w:cs="Times New Roman"/>
          <w:szCs w:val="24"/>
        </w:rPr>
        <w:t>realización</w:t>
      </w:r>
      <w:proofErr w:type="spellEnd"/>
      <w:r w:rsidR="007A4A95" w:rsidRPr="006A5AA2">
        <w:rPr>
          <w:rFonts w:cs="Times New Roman"/>
          <w:szCs w:val="24"/>
        </w:rPr>
        <w:t xml:space="preserve"> de trámites o </w:t>
      </w:r>
      <w:proofErr w:type="spellStart"/>
      <w:r w:rsidR="007A4A95" w:rsidRPr="006A5AA2">
        <w:rPr>
          <w:rFonts w:cs="Times New Roman"/>
          <w:szCs w:val="24"/>
        </w:rPr>
        <w:t>procesos</w:t>
      </w:r>
      <w:proofErr w:type="spellEnd"/>
      <w:r w:rsidR="007A4A95" w:rsidRPr="006A5AA2">
        <w:rPr>
          <w:rFonts w:cs="Times New Roman"/>
          <w:szCs w:val="24"/>
        </w:rPr>
        <w:t xml:space="preserve"> que </w:t>
      </w:r>
      <w:proofErr w:type="spellStart"/>
      <w:r w:rsidR="007A4A95" w:rsidRPr="006A5AA2">
        <w:rPr>
          <w:rFonts w:cs="Times New Roman"/>
          <w:szCs w:val="24"/>
        </w:rPr>
        <w:t>deben</w:t>
      </w:r>
      <w:proofErr w:type="spellEnd"/>
      <w:r w:rsidR="007A4A95" w:rsidRPr="006A5AA2">
        <w:rPr>
          <w:rFonts w:cs="Times New Roman"/>
          <w:szCs w:val="24"/>
        </w:rPr>
        <w:t xml:space="preserve"> ser </w:t>
      </w:r>
      <w:proofErr w:type="spellStart"/>
      <w:r w:rsidR="007A4A95" w:rsidRPr="006A5AA2">
        <w:rPr>
          <w:rFonts w:cs="Times New Roman"/>
          <w:szCs w:val="24"/>
        </w:rPr>
        <w:t>ejecutados</w:t>
      </w:r>
      <w:proofErr w:type="spellEnd"/>
      <w:r w:rsidR="007A4A95" w:rsidRPr="006A5AA2">
        <w:rPr>
          <w:rFonts w:cs="Times New Roman"/>
          <w:szCs w:val="24"/>
        </w:rPr>
        <w:t xml:space="preserve"> en </w:t>
      </w:r>
      <w:proofErr w:type="spellStart"/>
      <w:r w:rsidR="007A4A95" w:rsidRPr="006A5AA2">
        <w:rPr>
          <w:rFonts w:cs="Times New Roman"/>
          <w:szCs w:val="24"/>
        </w:rPr>
        <w:t>Panamá.</w:t>
      </w:r>
      <w:r w:rsidRPr="006A5AA2">
        <w:rPr>
          <w:rFonts w:cs="Times New Roman"/>
          <w:szCs w:val="24"/>
        </w:rPr>
        <w:t>Objetivos</w:t>
      </w:r>
      <w:proofErr w:type="spellEnd"/>
      <w:r w:rsidRPr="006A5AA2">
        <w:rPr>
          <w:rFonts w:cs="Times New Roman"/>
          <w:szCs w:val="24"/>
        </w:rPr>
        <w:t xml:space="preserve"> </w:t>
      </w:r>
      <w:proofErr w:type="spellStart"/>
      <w:r w:rsidRPr="006A5AA2">
        <w:rPr>
          <w:rFonts w:cs="Times New Roman"/>
          <w:szCs w:val="24"/>
        </w:rPr>
        <w:t>específicos</w:t>
      </w:r>
      <w:proofErr w:type="spellEnd"/>
      <w:r w:rsidRPr="006A5AA2">
        <w:rPr>
          <w:rFonts w:cs="Times New Roman"/>
          <w:szCs w:val="24"/>
        </w:rPr>
        <w:t>:</w:t>
      </w:r>
      <w:r w:rsidRPr="006A5AA2">
        <w:rPr>
          <w:rFonts w:cs="Times New Roman"/>
          <w:szCs w:val="24"/>
        </w:rPr>
        <w:br/>
        <w:t>1. Identificar el marco normativo panameño sobre firmas digitales y electrónicas.</w:t>
      </w:r>
      <w:r w:rsidRPr="006A5AA2">
        <w:rPr>
          <w:rFonts w:cs="Times New Roman"/>
          <w:szCs w:val="24"/>
        </w:rPr>
        <w:br/>
        <w:t>2. Examinar las barreras administrativas, culturales y operativas que impiden su implementación efectiva.</w:t>
      </w:r>
      <w:r w:rsidRPr="006A5AA2">
        <w:rPr>
          <w:rFonts w:cs="Times New Roman"/>
          <w:szCs w:val="24"/>
        </w:rPr>
        <w:br/>
        <w:t>3. Analizar el impacto de dichas barreras en las empresas colombianas que buscan operar en Panamá.</w:t>
      </w:r>
      <w:r w:rsidRPr="006A5AA2">
        <w:rPr>
          <w:rFonts w:cs="Times New Roman"/>
          <w:szCs w:val="24"/>
        </w:rPr>
        <w:br/>
        <w:t xml:space="preserve">4. Proponer recomendaciones para fortalecer el reconocimiento y uso transnacional de la </w:t>
      </w:r>
      <w:proofErr w:type="spellStart"/>
      <w:r w:rsidRPr="006A5AA2">
        <w:rPr>
          <w:rFonts w:cs="Times New Roman"/>
          <w:szCs w:val="24"/>
        </w:rPr>
        <w:t>firma</w:t>
      </w:r>
      <w:proofErr w:type="spellEnd"/>
      <w:r w:rsidRPr="006A5AA2">
        <w:rPr>
          <w:rFonts w:cs="Times New Roman"/>
          <w:szCs w:val="24"/>
        </w:rPr>
        <w:t xml:space="preserve"> digital.</w:t>
      </w:r>
      <w:r w:rsidR="00D96C18" w:rsidRPr="006A5AA2">
        <w:rPr>
          <w:rFonts w:cs="Times New Roman"/>
          <w:szCs w:val="24"/>
        </w:rPr>
        <w:br/>
      </w:r>
      <w:proofErr w:type="spellStart"/>
      <w:r w:rsidRPr="006A5AA2">
        <w:rPr>
          <w:rFonts w:cs="Times New Roman"/>
          <w:b/>
          <w:bCs/>
          <w:szCs w:val="24"/>
        </w:rPr>
        <w:t>Justificación</w:t>
      </w:r>
      <w:proofErr w:type="spellEnd"/>
      <w:r w:rsidRPr="006A5AA2">
        <w:rPr>
          <w:rFonts w:cs="Times New Roman"/>
          <w:b/>
          <w:bCs/>
          <w:szCs w:val="24"/>
        </w:rPr>
        <w:t xml:space="preserve"> y </w:t>
      </w:r>
      <w:proofErr w:type="spellStart"/>
      <w:r w:rsidR="00085BDE" w:rsidRPr="006A5AA2">
        <w:rPr>
          <w:rFonts w:cs="Times New Roman"/>
          <w:b/>
          <w:bCs/>
          <w:szCs w:val="24"/>
        </w:rPr>
        <w:t>A</w:t>
      </w:r>
      <w:r w:rsidRPr="006A5AA2">
        <w:rPr>
          <w:rFonts w:cs="Times New Roman"/>
          <w:b/>
          <w:bCs/>
          <w:szCs w:val="24"/>
        </w:rPr>
        <w:t>ntecedentes</w:t>
      </w:r>
      <w:proofErr w:type="spellEnd"/>
    </w:p>
    <w:p w14:paraId="78133D2D" w14:textId="6E536D32" w:rsidR="009855D2" w:rsidRPr="006A5AA2" w:rsidRDefault="009855D2" w:rsidP="009855D2">
      <w:pPr>
        <w:pStyle w:val="Ttulo2"/>
        <w:rPr>
          <w:rFonts w:ascii="Times New Roman" w:eastAsiaTheme="minorEastAsia" w:hAnsi="Times New Roman" w:cs="Times New Roman"/>
          <w:b w:val="0"/>
          <w:bCs w:val="0"/>
          <w:color w:val="auto"/>
          <w:sz w:val="24"/>
          <w:szCs w:val="24"/>
        </w:rPr>
      </w:pPr>
      <w:r w:rsidRPr="006A5AA2">
        <w:rPr>
          <w:rFonts w:ascii="Times New Roman" w:eastAsiaTheme="minorEastAsia" w:hAnsi="Times New Roman" w:cs="Times New Roman"/>
          <w:b w:val="0"/>
          <w:bCs w:val="0"/>
          <w:color w:val="auto"/>
          <w:sz w:val="24"/>
          <w:szCs w:val="24"/>
        </w:rPr>
        <w:lastRenderedPageBreak/>
        <w:t xml:space="preserve">De </w:t>
      </w:r>
      <w:proofErr w:type="spellStart"/>
      <w:r w:rsidRPr="006A5AA2">
        <w:rPr>
          <w:rFonts w:ascii="Times New Roman" w:eastAsiaTheme="minorEastAsia" w:hAnsi="Times New Roman" w:cs="Times New Roman"/>
          <w:b w:val="0"/>
          <w:bCs w:val="0"/>
          <w:color w:val="auto"/>
          <w:sz w:val="24"/>
          <w:szCs w:val="24"/>
        </w:rPr>
        <w:t>acuerdo</w:t>
      </w:r>
      <w:proofErr w:type="spellEnd"/>
      <w:r w:rsidRPr="006A5AA2">
        <w:rPr>
          <w:rFonts w:ascii="Times New Roman" w:eastAsiaTheme="minorEastAsia" w:hAnsi="Times New Roman" w:cs="Times New Roman"/>
          <w:b w:val="0"/>
          <w:bCs w:val="0"/>
          <w:color w:val="auto"/>
          <w:sz w:val="24"/>
          <w:szCs w:val="24"/>
        </w:rPr>
        <w:t xml:space="preserve"> con </w:t>
      </w:r>
      <w:proofErr w:type="spellStart"/>
      <w:r w:rsidRPr="006A5AA2">
        <w:rPr>
          <w:rFonts w:ascii="Times New Roman" w:eastAsiaTheme="minorEastAsia" w:hAnsi="Times New Roman" w:cs="Times New Roman"/>
          <w:b w:val="0"/>
          <w:bCs w:val="0"/>
          <w:color w:val="auto"/>
          <w:sz w:val="24"/>
          <w:szCs w:val="24"/>
        </w:rPr>
        <w:t>Illera</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Correal</w:t>
      </w:r>
      <w:proofErr w:type="spellEnd"/>
      <w:r w:rsidRPr="006A5AA2">
        <w:rPr>
          <w:rFonts w:ascii="Times New Roman" w:eastAsiaTheme="minorEastAsia" w:hAnsi="Times New Roman" w:cs="Times New Roman"/>
          <w:b w:val="0"/>
          <w:bCs w:val="0"/>
          <w:color w:val="auto"/>
          <w:sz w:val="24"/>
          <w:szCs w:val="24"/>
        </w:rPr>
        <w:t xml:space="preserve"> (2024), </w:t>
      </w:r>
      <w:proofErr w:type="spellStart"/>
      <w:r w:rsidRPr="006A5AA2">
        <w:rPr>
          <w:rFonts w:ascii="Times New Roman" w:eastAsiaTheme="minorEastAsia" w:hAnsi="Times New Roman" w:cs="Times New Roman"/>
          <w:b w:val="0"/>
          <w:bCs w:val="0"/>
          <w:color w:val="auto"/>
          <w:sz w:val="24"/>
          <w:szCs w:val="24"/>
        </w:rPr>
        <w:t>todo</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proyecto</w:t>
      </w:r>
      <w:proofErr w:type="spellEnd"/>
      <w:r w:rsidRPr="006A5AA2">
        <w:rPr>
          <w:rFonts w:ascii="Times New Roman" w:eastAsiaTheme="minorEastAsia" w:hAnsi="Times New Roman" w:cs="Times New Roman"/>
          <w:b w:val="0"/>
          <w:bCs w:val="0"/>
          <w:color w:val="auto"/>
          <w:sz w:val="24"/>
          <w:szCs w:val="24"/>
        </w:rPr>
        <w:t xml:space="preserve"> de </w:t>
      </w:r>
      <w:proofErr w:type="spellStart"/>
      <w:r w:rsidRPr="006A5AA2">
        <w:rPr>
          <w:rFonts w:ascii="Times New Roman" w:eastAsiaTheme="minorEastAsia" w:hAnsi="Times New Roman" w:cs="Times New Roman"/>
          <w:b w:val="0"/>
          <w:bCs w:val="0"/>
          <w:color w:val="auto"/>
          <w:sz w:val="24"/>
          <w:szCs w:val="24"/>
        </w:rPr>
        <w:t>investigación</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debe</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partir</w:t>
      </w:r>
      <w:proofErr w:type="spellEnd"/>
      <w:r w:rsidRPr="006A5AA2">
        <w:rPr>
          <w:rFonts w:ascii="Times New Roman" w:eastAsiaTheme="minorEastAsia" w:hAnsi="Times New Roman" w:cs="Times New Roman"/>
          <w:b w:val="0"/>
          <w:bCs w:val="0"/>
          <w:color w:val="auto"/>
          <w:sz w:val="24"/>
          <w:szCs w:val="24"/>
        </w:rPr>
        <w:t xml:space="preserve"> de un </w:t>
      </w:r>
      <w:proofErr w:type="spellStart"/>
      <w:r w:rsidRPr="006A5AA2">
        <w:rPr>
          <w:rFonts w:ascii="Times New Roman" w:eastAsiaTheme="minorEastAsia" w:hAnsi="Times New Roman" w:cs="Times New Roman"/>
          <w:b w:val="0"/>
          <w:bCs w:val="0"/>
          <w:color w:val="auto"/>
          <w:sz w:val="24"/>
          <w:szCs w:val="24"/>
        </w:rPr>
        <w:t>problema</w:t>
      </w:r>
      <w:proofErr w:type="spellEnd"/>
      <w:r w:rsidRPr="006A5AA2">
        <w:rPr>
          <w:rFonts w:ascii="Times New Roman" w:eastAsiaTheme="minorEastAsia" w:hAnsi="Times New Roman" w:cs="Times New Roman"/>
          <w:b w:val="0"/>
          <w:bCs w:val="0"/>
          <w:color w:val="auto"/>
          <w:sz w:val="24"/>
          <w:szCs w:val="24"/>
        </w:rPr>
        <w:t xml:space="preserve"> real, </w:t>
      </w:r>
      <w:proofErr w:type="spellStart"/>
      <w:r w:rsidRPr="006A5AA2">
        <w:rPr>
          <w:rFonts w:ascii="Times New Roman" w:eastAsiaTheme="minorEastAsia" w:hAnsi="Times New Roman" w:cs="Times New Roman"/>
          <w:b w:val="0"/>
          <w:bCs w:val="0"/>
          <w:color w:val="auto"/>
          <w:sz w:val="24"/>
          <w:szCs w:val="24"/>
        </w:rPr>
        <w:t>verificable</w:t>
      </w:r>
      <w:proofErr w:type="spellEnd"/>
      <w:r w:rsidRPr="006A5AA2">
        <w:rPr>
          <w:rFonts w:ascii="Times New Roman" w:eastAsiaTheme="minorEastAsia" w:hAnsi="Times New Roman" w:cs="Times New Roman"/>
          <w:b w:val="0"/>
          <w:bCs w:val="0"/>
          <w:color w:val="auto"/>
          <w:sz w:val="24"/>
          <w:szCs w:val="24"/>
        </w:rPr>
        <w:t xml:space="preserve"> y de </w:t>
      </w:r>
      <w:proofErr w:type="spellStart"/>
      <w:r w:rsidRPr="006A5AA2">
        <w:rPr>
          <w:rFonts w:ascii="Times New Roman" w:eastAsiaTheme="minorEastAsia" w:hAnsi="Times New Roman" w:cs="Times New Roman"/>
          <w:b w:val="0"/>
          <w:bCs w:val="0"/>
          <w:color w:val="auto"/>
          <w:sz w:val="24"/>
          <w:szCs w:val="24"/>
        </w:rPr>
        <w:t>impacto</w:t>
      </w:r>
      <w:proofErr w:type="spellEnd"/>
      <w:r w:rsidRPr="006A5AA2">
        <w:rPr>
          <w:rFonts w:ascii="Times New Roman" w:eastAsiaTheme="minorEastAsia" w:hAnsi="Times New Roman" w:cs="Times New Roman"/>
          <w:b w:val="0"/>
          <w:bCs w:val="0"/>
          <w:color w:val="auto"/>
          <w:sz w:val="24"/>
          <w:szCs w:val="24"/>
        </w:rPr>
        <w:t xml:space="preserve">. En </w:t>
      </w:r>
      <w:proofErr w:type="spellStart"/>
      <w:r w:rsidRPr="006A5AA2">
        <w:rPr>
          <w:rFonts w:ascii="Times New Roman" w:eastAsiaTheme="minorEastAsia" w:hAnsi="Times New Roman" w:cs="Times New Roman"/>
          <w:b w:val="0"/>
          <w:bCs w:val="0"/>
          <w:color w:val="auto"/>
          <w:sz w:val="24"/>
          <w:szCs w:val="24"/>
        </w:rPr>
        <w:t>este</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caso</w:t>
      </w:r>
      <w:proofErr w:type="spellEnd"/>
      <w:r w:rsidRPr="006A5AA2">
        <w:rPr>
          <w:rFonts w:ascii="Times New Roman" w:eastAsiaTheme="minorEastAsia" w:hAnsi="Times New Roman" w:cs="Times New Roman"/>
          <w:b w:val="0"/>
          <w:bCs w:val="0"/>
          <w:color w:val="auto"/>
          <w:sz w:val="24"/>
          <w:szCs w:val="24"/>
        </w:rPr>
        <w:t xml:space="preserve">, la </w:t>
      </w:r>
      <w:proofErr w:type="spellStart"/>
      <w:r w:rsidRPr="006A5AA2">
        <w:rPr>
          <w:rFonts w:ascii="Times New Roman" w:eastAsiaTheme="minorEastAsia" w:hAnsi="Times New Roman" w:cs="Times New Roman"/>
          <w:b w:val="0"/>
          <w:bCs w:val="0"/>
          <w:color w:val="auto"/>
          <w:sz w:val="24"/>
          <w:szCs w:val="24"/>
        </w:rPr>
        <w:t>falta</w:t>
      </w:r>
      <w:proofErr w:type="spellEnd"/>
      <w:r w:rsidRPr="006A5AA2">
        <w:rPr>
          <w:rFonts w:ascii="Times New Roman" w:eastAsiaTheme="minorEastAsia" w:hAnsi="Times New Roman" w:cs="Times New Roman"/>
          <w:b w:val="0"/>
          <w:bCs w:val="0"/>
          <w:color w:val="auto"/>
          <w:sz w:val="24"/>
          <w:szCs w:val="24"/>
        </w:rPr>
        <w:t xml:space="preserve"> de </w:t>
      </w:r>
      <w:proofErr w:type="spellStart"/>
      <w:r w:rsidRPr="006A5AA2">
        <w:rPr>
          <w:rFonts w:ascii="Times New Roman" w:eastAsiaTheme="minorEastAsia" w:hAnsi="Times New Roman" w:cs="Times New Roman"/>
          <w:b w:val="0"/>
          <w:bCs w:val="0"/>
          <w:color w:val="auto"/>
          <w:sz w:val="24"/>
          <w:szCs w:val="24"/>
        </w:rPr>
        <w:t>reconocimiento</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práctico</w:t>
      </w:r>
      <w:proofErr w:type="spellEnd"/>
      <w:r w:rsidRPr="006A5AA2">
        <w:rPr>
          <w:rFonts w:ascii="Times New Roman" w:eastAsiaTheme="minorEastAsia" w:hAnsi="Times New Roman" w:cs="Times New Roman"/>
          <w:b w:val="0"/>
          <w:bCs w:val="0"/>
          <w:color w:val="auto"/>
          <w:sz w:val="24"/>
          <w:szCs w:val="24"/>
        </w:rPr>
        <w:t xml:space="preserve"> de la </w:t>
      </w:r>
      <w:proofErr w:type="spellStart"/>
      <w:r w:rsidRPr="006A5AA2">
        <w:rPr>
          <w:rFonts w:ascii="Times New Roman" w:eastAsiaTheme="minorEastAsia" w:hAnsi="Times New Roman" w:cs="Times New Roman"/>
          <w:b w:val="0"/>
          <w:bCs w:val="0"/>
          <w:color w:val="auto"/>
          <w:sz w:val="24"/>
          <w:szCs w:val="24"/>
        </w:rPr>
        <w:t>firma</w:t>
      </w:r>
      <w:proofErr w:type="spellEnd"/>
      <w:r w:rsidRPr="006A5AA2">
        <w:rPr>
          <w:rFonts w:ascii="Times New Roman" w:eastAsiaTheme="minorEastAsia" w:hAnsi="Times New Roman" w:cs="Times New Roman"/>
          <w:b w:val="0"/>
          <w:bCs w:val="0"/>
          <w:color w:val="auto"/>
          <w:sz w:val="24"/>
          <w:szCs w:val="24"/>
        </w:rPr>
        <w:t xml:space="preserve"> digital en Panamá genera </w:t>
      </w:r>
      <w:proofErr w:type="spellStart"/>
      <w:r w:rsidRPr="006A5AA2">
        <w:rPr>
          <w:rFonts w:ascii="Times New Roman" w:eastAsiaTheme="minorEastAsia" w:hAnsi="Times New Roman" w:cs="Times New Roman"/>
          <w:b w:val="0"/>
          <w:bCs w:val="0"/>
          <w:color w:val="auto"/>
          <w:sz w:val="24"/>
          <w:szCs w:val="24"/>
        </w:rPr>
        <w:t>una</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brecha</w:t>
      </w:r>
      <w:proofErr w:type="spellEnd"/>
      <w:r w:rsidRPr="006A5AA2">
        <w:rPr>
          <w:rFonts w:ascii="Times New Roman" w:eastAsiaTheme="minorEastAsia" w:hAnsi="Times New Roman" w:cs="Times New Roman"/>
          <w:b w:val="0"/>
          <w:bCs w:val="0"/>
          <w:color w:val="auto"/>
          <w:sz w:val="24"/>
          <w:szCs w:val="24"/>
        </w:rPr>
        <w:t xml:space="preserve"> entre la norma y </w:t>
      </w:r>
      <w:proofErr w:type="spellStart"/>
      <w:r w:rsidRPr="006A5AA2">
        <w:rPr>
          <w:rFonts w:ascii="Times New Roman" w:eastAsiaTheme="minorEastAsia" w:hAnsi="Times New Roman" w:cs="Times New Roman"/>
          <w:b w:val="0"/>
          <w:bCs w:val="0"/>
          <w:color w:val="auto"/>
          <w:sz w:val="24"/>
          <w:szCs w:val="24"/>
        </w:rPr>
        <w:t>su</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aplicación</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efectiva</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afectando</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directamente</w:t>
      </w:r>
      <w:proofErr w:type="spellEnd"/>
      <w:r w:rsidRPr="006A5AA2">
        <w:rPr>
          <w:rFonts w:ascii="Times New Roman" w:eastAsiaTheme="minorEastAsia" w:hAnsi="Times New Roman" w:cs="Times New Roman"/>
          <w:b w:val="0"/>
          <w:bCs w:val="0"/>
          <w:color w:val="auto"/>
          <w:sz w:val="24"/>
          <w:szCs w:val="24"/>
        </w:rPr>
        <w:t xml:space="preserve"> la </w:t>
      </w:r>
      <w:proofErr w:type="spellStart"/>
      <w:r w:rsidRPr="006A5AA2">
        <w:rPr>
          <w:rFonts w:ascii="Times New Roman" w:eastAsiaTheme="minorEastAsia" w:hAnsi="Times New Roman" w:cs="Times New Roman"/>
          <w:b w:val="0"/>
          <w:bCs w:val="0"/>
          <w:color w:val="auto"/>
          <w:sz w:val="24"/>
          <w:szCs w:val="24"/>
        </w:rPr>
        <w:t>seguridad</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jurídica</w:t>
      </w:r>
      <w:proofErr w:type="spellEnd"/>
      <w:r w:rsidRPr="006A5AA2">
        <w:rPr>
          <w:rFonts w:ascii="Times New Roman" w:eastAsiaTheme="minorEastAsia" w:hAnsi="Times New Roman" w:cs="Times New Roman"/>
          <w:b w:val="0"/>
          <w:bCs w:val="0"/>
          <w:color w:val="auto"/>
          <w:sz w:val="24"/>
          <w:szCs w:val="24"/>
        </w:rPr>
        <w:t xml:space="preserve">, la </w:t>
      </w:r>
      <w:proofErr w:type="spellStart"/>
      <w:r w:rsidRPr="006A5AA2">
        <w:rPr>
          <w:rFonts w:ascii="Times New Roman" w:eastAsiaTheme="minorEastAsia" w:hAnsi="Times New Roman" w:cs="Times New Roman"/>
          <w:b w:val="0"/>
          <w:bCs w:val="0"/>
          <w:color w:val="auto"/>
          <w:sz w:val="24"/>
          <w:szCs w:val="24"/>
        </w:rPr>
        <w:t>eficiencia</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operativa</w:t>
      </w:r>
      <w:proofErr w:type="spellEnd"/>
      <w:r w:rsidRPr="006A5AA2">
        <w:rPr>
          <w:rFonts w:ascii="Times New Roman" w:eastAsiaTheme="minorEastAsia" w:hAnsi="Times New Roman" w:cs="Times New Roman"/>
          <w:b w:val="0"/>
          <w:bCs w:val="0"/>
          <w:color w:val="auto"/>
          <w:sz w:val="24"/>
          <w:szCs w:val="24"/>
        </w:rPr>
        <w:t xml:space="preserve"> y la </w:t>
      </w:r>
      <w:proofErr w:type="spellStart"/>
      <w:r w:rsidRPr="006A5AA2">
        <w:rPr>
          <w:rFonts w:ascii="Times New Roman" w:eastAsiaTheme="minorEastAsia" w:hAnsi="Times New Roman" w:cs="Times New Roman"/>
          <w:b w:val="0"/>
          <w:bCs w:val="0"/>
          <w:color w:val="auto"/>
          <w:sz w:val="24"/>
          <w:szCs w:val="24"/>
        </w:rPr>
        <w:t>competitividad</w:t>
      </w:r>
      <w:proofErr w:type="spellEnd"/>
      <w:r w:rsidRPr="006A5AA2">
        <w:rPr>
          <w:rFonts w:ascii="Times New Roman" w:eastAsiaTheme="minorEastAsia" w:hAnsi="Times New Roman" w:cs="Times New Roman"/>
          <w:b w:val="0"/>
          <w:bCs w:val="0"/>
          <w:color w:val="auto"/>
          <w:sz w:val="24"/>
          <w:szCs w:val="24"/>
        </w:rPr>
        <w:t xml:space="preserve"> regional.</w:t>
      </w:r>
    </w:p>
    <w:p w14:paraId="5F15CD6A" w14:textId="11911340" w:rsidR="009855D2" w:rsidRPr="006A5AA2" w:rsidRDefault="009855D2" w:rsidP="009855D2">
      <w:pPr>
        <w:pStyle w:val="Ttulo2"/>
        <w:rPr>
          <w:rFonts w:ascii="Times New Roman" w:eastAsiaTheme="minorEastAsia" w:hAnsi="Times New Roman" w:cs="Times New Roman"/>
          <w:b w:val="0"/>
          <w:bCs w:val="0"/>
          <w:color w:val="auto"/>
          <w:sz w:val="24"/>
          <w:szCs w:val="24"/>
        </w:rPr>
      </w:pPr>
      <w:proofErr w:type="spellStart"/>
      <w:r w:rsidRPr="006A5AA2">
        <w:rPr>
          <w:rFonts w:ascii="Times New Roman" w:eastAsiaTheme="minorEastAsia" w:hAnsi="Times New Roman" w:cs="Times New Roman"/>
          <w:b w:val="0"/>
          <w:bCs w:val="0"/>
          <w:color w:val="auto"/>
          <w:sz w:val="24"/>
          <w:szCs w:val="24"/>
        </w:rPr>
        <w:t>Desde</w:t>
      </w:r>
      <w:proofErr w:type="spellEnd"/>
      <w:r w:rsidRPr="006A5AA2">
        <w:rPr>
          <w:rFonts w:ascii="Times New Roman" w:eastAsiaTheme="minorEastAsia" w:hAnsi="Times New Roman" w:cs="Times New Roman"/>
          <w:b w:val="0"/>
          <w:bCs w:val="0"/>
          <w:color w:val="auto"/>
          <w:sz w:val="24"/>
          <w:szCs w:val="24"/>
        </w:rPr>
        <w:t xml:space="preserve"> la </w:t>
      </w:r>
      <w:proofErr w:type="spellStart"/>
      <w:r w:rsidRPr="006A5AA2">
        <w:rPr>
          <w:rFonts w:ascii="Times New Roman" w:eastAsiaTheme="minorEastAsia" w:hAnsi="Times New Roman" w:cs="Times New Roman"/>
          <w:b w:val="0"/>
          <w:bCs w:val="0"/>
          <w:color w:val="auto"/>
          <w:sz w:val="24"/>
          <w:szCs w:val="24"/>
        </w:rPr>
        <w:t>perspectiva</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académica</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este</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estudio</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contribuye</w:t>
      </w:r>
      <w:proofErr w:type="spellEnd"/>
      <w:r w:rsidRPr="006A5AA2">
        <w:rPr>
          <w:rFonts w:ascii="Times New Roman" w:eastAsiaTheme="minorEastAsia" w:hAnsi="Times New Roman" w:cs="Times New Roman"/>
          <w:b w:val="0"/>
          <w:bCs w:val="0"/>
          <w:color w:val="auto"/>
          <w:sz w:val="24"/>
          <w:szCs w:val="24"/>
        </w:rPr>
        <w:t xml:space="preserve"> al </w:t>
      </w:r>
      <w:proofErr w:type="spellStart"/>
      <w:r w:rsidRPr="006A5AA2">
        <w:rPr>
          <w:rFonts w:ascii="Times New Roman" w:eastAsiaTheme="minorEastAsia" w:hAnsi="Times New Roman" w:cs="Times New Roman"/>
          <w:b w:val="0"/>
          <w:bCs w:val="0"/>
          <w:color w:val="auto"/>
          <w:sz w:val="24"/>
          <w:szCs w:val="24"/>
        </w:rPr>
        <w:t>análisis</w:t>
      </w:r>
      <w:proofErr w:type="spellEnd"/>
      <w:r w:rsidRPr="006A5AA2">
        <w:rPr>
          <w:rFonts w:ascii="Times New Roman" w:eastAsiaTheme="minorEastAsia" w:hAnsi="Times New Roman" w:cs="Times New Roman"/>
          <w:b w:val="0"/>
          <w:bCs w:val="0"/>
          <w:color w:val="auto"/>
          <w:sz w:val="24"/>
          <w:szCs w:val="24"/>
        </w:rPr>
        <w:t xml:space="preserve"> de la </w:t>
      </w:r>
      <w:proofErr w:type="spellStart"/>
      <w:r w:rsidRPr="006A5AA2">
        <w:rPr>
          <w:rFonts w:ascii="Times New Roman" w:eastAsiaTheme="minorEastAsia" w:hAnsi="Times New Roman" w:cs="Times New Roman"/>
          <w:b w:val="0"/>
          <w:bCs w:val="0"/>
          <w:color w:val="auto"/>
          <w:sz w:val="24"/>
          <w:szCs w:val="24"/>
        </w:rPr>
        <w:t>interoperabilidad</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jurídica</w:t>
      </w:r>
      <w:proofErr w:type="spellEnd"/>
      <w:r w:rsidRPr="006A5AA2">
        <w:rPr>
          <w:rFonts w:ascii="Times New Roman" w:eastAsiaTheme="minorEastAsia" w:hAnsi="Times New Roman" w:cs="Times New Roman"/>
          <w:b w:val="0"/>
          <w:bCs w:val="0"/>
          <w:color w:val="auto"/>
          <w:sz w:val="24"/>
          <w:szCs w:val="24"/>
        </w:rPr>
        <w:t xml:space="preserve"> digital en América Latina, un campo </w:t>
      </w:r>
      <w:proofErr w:type="spellStart"/>
      <w:r w:rsidRPr="006A5AA2">
        <w:rPr>
          <w:rFonts w:ascii="Times New Roman" w:eastAsiaTheme="minorEastAsia" w:hAnsi="Times New Roman" w:cs="Times New Roman"/>
          <w:b w:val="0"/>
          <w:bCs w:val="0"/>
          <w:color w:val="auto"/>
          <w:sz w:val="24"/>
          <w:szCs w:val="24"/>
        </w:rPr>
        <w:t>aún</w:t>
      </w:r>
      <w:proofErr w:type="spellEnd"/>
      <w:r w:rsidRPr="006A5AA2">
        <w:rPr>
          <w:rFonts w:ascii="Times New Roman" w:eastAsiaTheme="minorEastAsia" w:hAnsi="Times New Roman" w:cs="Times New Roman"/>
          <w:b w:val="0"/>
          <w:bCs w:val="0"/>
          <w:color w:val="auto"/>
          <w:sz w:val="24"/>
          <w:szCs w:val="24"/>
        </w:rPr>
        <w:t xml:space="preserve"> poco </w:t>
      </w:r>
      <w:proofErr w:type="spellStart"/>
      <w:r w:rsidRPr="006A5AA2">
        <w:rPr>
          <w:rFonts w:ascii="Times New Roman" w:eastAsiaTheme="minorEastAsia" w:hAnsi="Times New Roman" w:cs="Times New Roman"/>
          <w:b w:val="0"/>
          <w:bCs w:val="0"/>
          <w:color w:val="auto"/>
          <w:sz w:val="24"/>
          <w:szCs w:val="24"/>
        </w:rPr>
        <w:t>desarrollado</w:t>
      </w:r>
      <w:proofErr w:type="spellEnd"/>
      <w:r w:rsidRPr="006A5AA2">
        <w:rPr>
          <w:rFonts w:ascii="Times New Roman" w:eastAsiaTheme="minorEastAsia" w:hAnsi="Times New Roman" w:cs="Times New Roman"/>
          <w:b w:val="0"/>
          <w:bCs w:val="0"/>
          <w:color w:val="auto"/>
          <w:sz w:val="24"/>
          <w:szCs w:val="24"/>
        </w:rPr>
        <w:t xml:space="preserve"> en la </w:t>
      </w:r>
      <w:proofErr w:type="spellStart"/>
      <w:r w:rsidRPr="006A5AA2">
        <w:rPr>
          <w:rFonts w:ascii="Times New Roman" w:eastAsiaTheme="minorEastAsia" w:hAnsi="Times New Roman" w:cs="Times New Roman"/>
          <w:b w:val="0"/>
          <w:bCs w:val="0"/>
          <w:color w:val="auto"/>
          <w:sz w:val="24"/>
          <w:szCs w:val="24"/>
        </w:rPr>
        <w:t>doctrina</w:t>
      </w:r>
      <w:proofErr w:type="spellEnd"/>
      <w:r w:rsidRPr="006A5AA2">
        <w:rPr>
          <w:rFonts w:ascii="Times New Roman" w:eastAsiaTheme="minorEastAsia" w:hAnsi="Times New Roman" w:cs="Times New Roman"/>
          <w:b w:val="0"/>
          <w:bCs w:val="0"/>
          <w:color w:val="auto"/>
          <w:sz w:val="24"/>
          <w:szCs w:val="24"/>
        </w:rPr>
        <w:t xml:space="preserve"> regional. </w:t>
      </w:r>
      <w:proofErr w:type="spellStart"/>
      <w:r w:rsidRPr="006A5AA2">
        <w:rPr>
          <w:rFonts w:ascii="Times New Roman" w:eastAsiaTheme="minorEastAsia" w:hAnsi="Times New Roman" w:cs="Times New Roman"/>
          <w:b w:val="0"/>
          <w:bCs w:val="0"/>
          <w:color w:val="auto"/>
          <w:sz w:val="24"/>
          <w:szCs w:val="24"/>
        </w:rPr>
        <w:t>Desde</w:t>
      </w:r>
      <w:proofErr w:type="spellEnd"/>
      <w:r w:rsidRPr="006A5AA2">
        <w:rPr>
          <w:rFonts w:ascii="Times New Roman" w:eastAsiaTheme="minorEastAsia" w:hAnsi="Times New Roman" w:cs="Times New Roman"/>
          <w:b w:val="0"/>
          <w:bCs w:val="0"/>
          <w:color w:val="auto"/>
          <w:sz w:val="24"/>
          <w:szCs w:val="24"/>
        </w:rPr>
        <w:t xml:space="preserve"> la </w:t>
      </w:r>
      <w:proofErr w:type="spellStart"/>
      <w:r w:rsidRPr="006A5AA2">
        <w:rPr>
          <w:rFonts w:ascii="Times New Roman" w:eastAsiaTheme="minorEastAsia" w:hAnsi="Times New Roman" w:cs="Times New Roman"/>
          <w:b w:val="0"/>
          <w:bCs w:val="0"/>
          <w:color w:val="auto"/>
          <w:sz w:val="24"/>
          <w:szCs w:val="24"/>
        </w:rPr>
        <w:t>dimensión</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práctica</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el</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trabajo</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permite</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evidenciar</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cómo</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estas</w:t>
      </w:r>
      <w:proofErr w:type="spellEnd"/>
      <w:r w:rsidRPr="006A5AA2">
        <w:rPr>
          <w:rFonts w:ascii="Times New Roman" w:eastAsiaTheme="minorEastAsia" w:hAnsi="Times New Roman" w:cs="Times New Roman"/>
          <w:b w:val="0"/>
          <w:bCs w:val="0"/>
          <w:color w:val="auto"/>
          <w:sz w:val="24"/>
          <w:szCs w:val="24"/>
        </w:rPr>
        <w:t xml:space="preserve"> barreras </w:t>
      </w:r>
      <w:proofErr w:type="spellStart"/>
      <w:r w:rsidRPr="006A5AA2">
        <w:rPr>
          <w:rFonts w:ascii="Times New Roman" w:eastAsiaTheme="minorEastAsia" w:hAnsi="Times New Roman" w:cs="Times New Roman"/>
          <w:b w:val="0"/>
          <w:bCs w:val="0"/>
          <w:color w:val="auto"/>
          <w:sz w:val="24"/>
          <w:szCs w:val="24"/>
        </w:rPr>
        <w:t>afectan</w:t>
      </w:r>
      <w:proofErr w:type="spellEnd"/>
      <w:r w:rsidRPr="006A5AA2">
        <w:rPr>
          <w:rFonts w:ascii="Times New Roman" w:eastAsiaTheme="minorEastAsia" w:hAnsi="Times New Roman" w:cs="Times New Roman"/>
          <w:b w:val="0"/>
          <w:bCs w:val="0"/>
          <w:color w:val="auto"/>
          <w:sz w:val="24"/>
          <w:szCs w:val="24"/>
        </w:rPr>
        <w:t xml:space="preserve"> </w:t>
      </w:r>
      <w:proofErr w:type="gramStart"/>
      <w:r w:rsidRPr="006A5AA2">
        <w:rPr>
          <w:rFonts w:ascii="Times New Roman" w:eastAsiaTheme="minorEastAsia" w:hAnsi="Times New Roman" w:cs="Times New Roman"/>
          <w:b w:val="0"/>
          <w:bCs w:val="0"/>
          <w:color w:val="auto"/>
          <w:sz w:val="24"/>
          <w:szCs w:val="24"/>
        </w:rPr>
        <w:t>a</w:t>
      </w:r>
      <w:proofErr w:type="gramEnd"/>
      <w:r w:rsidRPr="006A5AA2">
        <w:rPr>
          <w:rFonts w:ascii="Times New Roman" w:eastAsiaTheme="minorEastAsia" w:hAnsi="Times New Roman" w:cs="Times New Roman"/>
          <w:b w:val="0"/>
          <w:bCs w:val="0"/>
          <w:color w:val="auto"/>
          <w:sz w:val="24"/>
          <w:szCs w:val="24"/>
        </w:rPr>
        <w:t xml:space="preserve"> empresas </w:t>
      </w:r>
      <w:proofErr w:type="spellStart"/>
      <w:r w:rsidRPr="006A5AA2">
        <w:rPr>
          <w:rFonts w:ascii="Times New Roman" w:eastAsiaTheme="minorEastAsia" w:hAnsi="Times New Roman" w:cs="Times New Roman"/>
          <w:b w:val="0"/>
          <w:bCs w:val="0"/>
          <w:color w:val="auto"/>
          <w:sz w:val="24"/>
          <w:szCs w:val="24"/>
        </w:rPr>
        <w:t>tecnológicas</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colombianas</w:t>
      </w:r>
      <w:proofErr w:type="spellEnd"/>
      <w:r w:rsidRPr="006A5AA2">
        <w:rPr>
          <w:rFonts w:ascii="Times New Roman" w:eastAsiaTheme="minorEastAsia" w:hAnsi="Times New Roman" w:cs="Times New Roman"/>
          <w:b w:val="0"/>
          <w:bCs w:val="0"/>
          <w:color w:val="auto"/>
          <w:sz w:val="24"/>
          <w:szCs w:val="24"/>
        </w:rPr>
        <w:t xml:space="preserve"> en </w:t>
      </w:r>
      <w:proofErr w:type="spellStart"/>
      <w:r w:rsidRPr="006A5AA2">
        <w:rPr>
          <w:rFonts w:ascii="Times New Roman" w:eastAsiaTheme="minorEastAsia" w:hAnsi="Times New Roman" w:cs="Times New Roman"/>
          <w:b w:val="0"/>
          <w:bCs w:val="0"/>
          <w:color w:val="auto"/>
          <w:sz w:val="24"/>
          <w:szCs w:val="24"/>
        </w:rPr>
        <w:t>su</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proceso</w:t>
      </w:r>
      <w:proofErr w:type="spellEnd"/>
      <w:r w:rsidRPr="006A5AA2">
        <w:rPr>
          <w:rFonts w:ascii="Times New Roman" w:eastAsiaTheme="minorEastAsia" w:hAnsi="Times New Roman" w:cs="Times New Roman"/>
          <w:b w:val="0"/>
          <w:bCs w:val="0"/>
          <w:color w:val="auto"/>
          <w:sz w:val="24"/>
          <w:szCs w:val="24"/>
        </w:rPr>
        <w:t xml:space="preserve"> de </w:t>
      </w:r>
      <w:proofErr w:type="spellStart"/>
      <w:r w:rsidRPr="006A5AA2">
        <w:rPr>
          <w:rFonts w:ascii="Times New Roman" w:eastAsiaTheme="minorEastAsia" w:hAnsi="Times New Roman" w:cs="Times New Roman"/>
          <w:b w:val="0"/>
          <w:bCs w:val="0"/>
          <w:color w:val="auto"/>
          <w:sz w:val="24"/>
          <w:szCs w:val="24"/>
        </w:rPr>
        <w:t>expansión</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internacional</w:t>
      </w:r>
      <w:proofErr w:type="spellEnd"/>
      <w:r w:rsidRPr="006A5AA2">
        <w:rPr>
          <w:rFonts w:ascii="Times New Roman" w:eastAsiaTheme="minorEastAsia" w:hAnsi="Times New Roman" w:cs="Times New Roman"/>
          <w:b w:val="0"/>
          <w:bCs w:val="0"/>
          <w:color w:val="auto"/>
          <w:sz w:val="24"/>
          <w:szCs w:val="24"/>
        </w:rPr>
        <w:t>.</w:t>
      </w:r>
    </w:p>
    <w:p w14:paraId="53018BB1" w14:textId="77777777" w:rsidR="009855D2" w:rsidRPr="006A5AA2" w:rsidRDefault="009855D2" w:rsidP="009855D2">
      <w:pPr>
        <w:pStyle w:val="Ttulo2"/>
        <w:rPr>
          <w:rFonts w:ascii="Times New Roman" w:hAnsi="Times New Roman" w:cs="Times New Roman"/>
          <w:color w:val="auto"/>
          <w:sz w:val="24"/>
          <w:szCs w:val="24"/>
        </w:rPr>
      </w:pPr>
      <w:r w:rsidRPr="006A5AA2">
        <w:rPr>
          <w:rFonts w:ascii="Times New Roman" w:eastAsiaTheme="minorEastAsia" w:hAnsi="Times New Roman" w:cs="Times New Roman"/>
          <w:b w:val="0"/>
          <w:bCs w:val="0"/>
          <w:color w:val="auto"/>
          <w:sz w:val="24"/>
          <w:szCs w:val="24"/>
        </w:rPr>
        <w:t xml:space="preserve">En </w:t>
      </w:r>
      <w:proofErr w:type="spellStart"/>
      <w:r w:rsidRPr="006A5AA2">
        <w:rPr>
          <w:rFonts w:ascii="Times New Roman" w:eastAsiaTheme="minorEastAsia" w:hAnsi="Times New Roman" w:cs="Times New Roman"/>
          <w:b w:val="0"/>
          <w:bCs w:val="0"/>
          <w:color w:val="auto"/>
          <w:sz w:val="24"/>
          <w:szCs w:val="24"/>
        </w:rPr>
        <w:t>el</w:t>
      </w:r>
      <w:proofErr w:type="spellEnd"/>
      <w:r w:rsidRPr="006A5AA2">
        <w:rPr>
          <w:rFonts w:ascii="Times New Roman" w:eastAsiaTheme="minorEastAsia" w:hAnsi="Times New Roman" w:cs="Times New Roman"/>
          <w:b w:val="0"/>
          <w:bCs w:val="0"/>
          <w:color w:val="auto"/>
          <w:sz w:val="24"/>
          <w:szCs w:val="24"/>
        </w:rPr>
        <w:t xml:space="preserve"> plano </w:t>
      </w:r>
      <w:proofErr w:type="spellStart"/>
      <w:r w:rsidRPr="006A5AA2">
        <w:rPr>
          <w:rFonts w:ascii="Times New Roman" w:eastAsiaTheme="minorEastAsia" w:hAnsi="Times New Roman" w:cs="Times New Roman"/>
          <w:b w:val="0"/>
          <w:bCs w:val="0"/>
          <w:color w:val="auto"/>
          <w:sz w:val="24"/>
          <w:szCs w:val="24"/>
        </w:rPr>
        <w:t>jurídico</w:t>
      </w:r>
      <w:proofErr w:type="spellEnd"/>
      <w:r w:rsidRPr="006A5AA2">
        <w:rPr>
          <w:rFonts w:ascii="Times New Roman" w:eastAsiaTheme="minorEastAsia" w:hAnsi="Times New Roman" w:cs="Times New Roman"/>
          <w:b w:val="0"/>
          <w:bCs w:val="0"/>
          <w:color w:val="auto"/>
          <w:sz w:val="24"/>
          <w:szCs w:val="24"/>
        </w:rPr>
        <w:t xml:space="preserve">, la </w:t>
      </w:r>
      <w:proofErr w:type="spellStart"/>
      <w:r w:rsidRPr="006A5AA2">
        <w:rPr>
          <w:rFonts w:ascii="Times New Roman" w:eastAsiaTheme="minorEastAsia" w:hAnsi="Times New Roman" w:cs="Times New Roman"/>
          <w:b w:val="0"/>
          <w:bCs w:val="0"/>
          <w:color w:val="auto"/>
          <w:sz w:val="24"/>
          <w:szCs w:val="24"/>
        </w:rPr>
        <w:t>investigación</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resulta</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pertinente</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porque</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aborda</w:t>
      </w:r>
      <w:proofErr w:type="spellEnd"/>
      <w:r w:rsidRPr="006A5AA2">
        <w:rPr>
          <w:rFonts w:ascii="Times New Roman" w:eastAsiaTheme="minorEastAsia" w:hAnsi="Times New Roman" w:cs="Times New Roman"/>
          <w:b w:val="0"/>
          <w:bCs w:val="0"/>
          <w:color w:val="auto"/>
          <w:sz w:val="24"/>
          <w:szCs w:val="24"/>
        </w:rPr>
        <w:t xml:space="preserve"> un </w:t>
      </w:r>
      <w:proofErr w:type="spellStart"/>
      <w:r w:rsidRPr="006A5AA2">
        <w:rPr>
          <w:rFonts w:ascii="Times New Roman" w:eastAsiaTheme="minorEastAsia" w:hAnsi="Times New Roman" w:cs="Times New Roman"/>
          <w:b w:val="0"/>
          <w:bCs w:val="0"/>
          <w:color w:val="auto"/>
          <w:sz w:val="24"/>
          <w:szCs w:val="24"/>
        </w:rPr>
        <w:t>vacío</w:t>
      </w:r>
      <w:proofErr w:type="spellEnd"/>
      <w:r w:rsidRPr="006A5AA2">
        <w:rPr>
          <w:rFonts w:ascii="Times New Roman" w:eastAsiaTheme="minorEastAsia" w:hAnsi="Times New Roman" w:cs="Times New Roman"/>
          <w:b w:val="0"/>
          <w:bCs w:val="0"/>
          <w:color w:val="auto"/>
          <w:sz w:val="24"/>
          <w:szCs w:val="24"/>
        </w:rPr>
        <w:t xml:space="preserve"> entre la </w:t>
      </w:r>
      <w:proofErr w:type="spellStart"/>
      <w:r w:rsidRPr="006A5AA2">
        <w:rPr>
          <w:rFonts w:ascii="Times New Roman" w:eastAsiaTheme="minorEastAsia" w:hAnsi="Times New Roman" w:cs="Times New Roman"/>
          <w:b w:val="0"/>
          <w:bCs w:val="0"/>
          <w:color w:val="auto"/>
          <w:sz w:val="24"/>
          <w:szCs w:val="24"/>
        </w:rPr>
        <w:t>regulación</w:t>
      </w:r>
      <w:proofErr w:type="spellEnd"/>
      <w:r w:rsidRPr="006A5AA2">
        <w:rPr>
          <w:rFonts w:ascii="Times New Roman" w:eastAsiaTheme="minorEastAsia" w:hAnsi="Times New Roman" w:cs="Times New Roman"/>
          <w:b w:val="0"/>
          <w:bCs w:val="0"/>
          <w:color w:val="auto"/>
          <w:sz w:val="24"/>
          <w:szCs w:val="24"/>
        </w:rPr>
        <w:t xml:space="preserve"> formal y </w:t>
      </w:r>
      <w:proofErr w:type="spellStart"/>
      <w:r w:rsidRPr="006A5AA2">
        <w:rPr>
          <w:rFonts w:ascii="Times New Roman" w:eastAsiaTheme="minorEastAsia" w:hAnsi="Times New Roman" w:cs="Times New Roman"/>
          <w:b w:val="0"/>
          <w:bCs w:val="0"/>
          <w:color w:val="auto"/>
          <w:sz w:val="24"/>
          <w:szCs w:val="24"/>
        </w:rPr>
        <w:t>su</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ejecución</w:t>
      </w:r>
      <w:proofErr w:type="spellEnd"/>
      <w:r w:rsidRPr="006A5AA2">
        <w:rPr>
          <w:rFonts w:ascii="Times New Roman" w:eastAsiaTheme="minorEastAsia" w:hAnsi="Times New Roman" w:cs="Times New Roman"/>
          <w:b w:val="0"/>
          <w:bCs w:val="0"/>
          <w:color w:val="auto"/>
          <w:sz w:val="24"/>
          <w:szCs w:val="24"/>
        </w:rPr>
        <w:t xml:space="preserve"> real, lo que genera </w:t>
      </w:r>
      <w:proofErr w:type="spellStart"/>
      <w:r w:rsidRPr="006A5AA2">
        <w:rPr>
          <w:rFonts w:ascii="Times New Roman" w:eastAsiaTheme="minorEastAsia" w:hAnsi="Times New Roman" w:cs="Times New Roman"/>
          <w:b w:val="0"/>
          <w:bCs w:val="0"/>
          <w:color w:val="auto"/>
          <w:sz w:val="24"/>
          <w:szCs w:val="24"/>
        </w:rPr>
        <w:t>incertidumbre</w:t>
      </w:r>
      <w:proofErr w:type="spellEnd"/>
      <w:r w:rsidRPr="006A5AA2">
        <w:rPr>
          <w:rFonts w:ascii="Times New Roman" w:eastAsiaTheme="minorEastAsia" w:hAnsi="Times New Roman" w:cs="Times New Roman"/>
          <w:b w:val="0"/>
          <w:bCs w:val="0"/>
          <w:color w:val="auto"/>
          <w:sz w:val="24"/>
          <w:szCs w:val="24"/>
        </w:rPr>
        <w:t xml:space="preserve"> en </w:t>
      </w:r>
      <w:proofErr w:type="spellStart"/>
      <w:r w:rsidRPr="006A5AA2">
        <w:rPr>
          <w:rFonts w:ascii="Times New Roman" w:eastAsiaTheme="minorEastAsia" w:hAnsi="Times New Roman" w:cs="Times New Roman"/>
          <w:b w:val="0"/>
          <w:bCs w:val="0"/>
          <w:color w:val="auto"/>
          <w:sz w:val="24"/>
          <w:szCs w:val="24"/>
        </w:rPr>
        <w:t>los</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contratos</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electrónicos</w:t>
      </w:r>
      <w:proofErr w:type="spellEnd"/>
      <w:r w:rsidRPr="006A5AA2">
        <w:rPr>
          <w:rFonts w:ascii="Times New Roman" w:eastAsiaTheme="minorEastAsia" w:hAnsi="Times New Roman" w:cs="Times New Roman"/>
          <w:b w:val="0"/>
          <w:bCs w:val="0"/>
          <w:color w:val="auto"/>
          <w:sz w:val="24"/>
          <w:szCs w:val="24"/>
        </w:rPr>
        <w:t xml:space="preserve"> </w:t>
      </w:r>
      <w:proofErr w:type="spellStart"/>
      <w:r w:rsidRPr="006A5AA2">
        <w:rPr>
          <w:rFonts w:ascii="Times New Roman" w:eastAsiaTheme="minorEastAsia" w:hAnsi="Times New Roman" w:cs="Times New Roman"/>
          <w:b w:val="0"/>
          <w:bCs w:val="0"/>
          <w:color w:val="auto"/>
          <w:sz w:val="24"/>
          <w:szCs w:val="24"/>
        </w:rPr>
        <w:t>transnacionales</w:t>
      </w:r>
      <w:proofErr w:type="spellEnd"/>
      <w:r w:rsidRPr="006A5AA2">
        <w:rPr>
          <w:rFonts w:ascii="Times New Roman" w:eastAsiaTheme="minorEastAsia" w:hAnsi="Times New Roman" w:cs="Times New Roman"/>
          <w:b w:val="0"/>
          <w:bCs w:val="0"/>
          <w:color w:val="auto"/>
          <w:sz w:val="24"/>
          <w:szCs w:val="24"/>
        </w:rPr>
        <w:t>.</w:t>
      </w:r>
      <w:r w:rsidR="00000000" w:rsidRPr="006A5AA2">
        <w:rPr>
          <w:rFonts w:ascii="Times New Roman" w:hAnsi="Times New Roman" w:cs="Times New Roman"/>
          <w:color w:val="auto"/>
          <w:sz w:val="24"/>
          <w:szCs w:val="24"/>
        </w:rPr>
        <w:t xml:space="preserve"> </w:t>
      </w:r>
    </w:p>
    <w:p w14:paraId="18F53949" w14:textId="182ABDB5" w:rsidR="009855D2" w:rsidRPr="006A5AA2" w:rsidRDefault="009855D2" w:rsidP="009855D2">
      <w:pPr>
        <w:pStyle w:val="Ttulo2"/>
        <w:rPr>
          <w:rFonts w:ascii="Times New Roman" w:hAnsi="Times New Roman" w:cs="Times New Roman"/>
          <w:color w:val="auto"/>
          <w:sz w:val="24"/>
          <w:szCs w:val="24"/>
        </w:rPr>
      </w:pPr>
      <w:proofErr w:type="spellStart"/>
      <w:r w:rsidRPr="006A5AA2">
        <w:rPr>
          <w:rFonts w:ascii="Times New Roman" w:hAnsi="Times New Roman" w:cs="Times New Roman"/>
          <w:color w:val="auto"/>
          <w:sz w:val="24"/>
          <w:szCs w:val="24"/>
        </w:rPr>
        <w:t>A</w:t>
      </w:r>
      <w:r w:rsidR="00D96C18" w:rsidRPr="006A5AA2">
        <w:rPr>
          <w:rFonts w:ascii="Times New Roman" w:hAnsi="Times New Roman" w:cs="Times New Roman"/>
          <w:color w:val="auto"/>
          <w:sz w:val="24"/>
          <w:szCs w:val="24"/>
        </w:rPr>
        <w:t>ntecedentes</w:t>
      </w:r>
      <w:proofErr w:type="spellEnd"/>
    </w:p>
    <w:p w14:paraId="3393A4E4" w14:textId="77777777" w:rsidR="00D96C18" w:rsidRPr="006A5AA2" w:rsidRDefault="009855D2" w:rsidP="009855D2">
      <w:pPr>
        <w:pStyle w:val="Ttulo2"/>
        <w:numPr>
          <w:ilvl w:val="0"/>
          <w:numId w:val="11"/>
        </w:numPr>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En Colombia, la Ley 527 de 1999 </w:t>
      </w:r>
      <w:proofErr w:type="spellStart"/>
      <w:r w:rsidRPr="006A5AA2">
        <w:rPr>
          <w:rFonts w:ascii="Times New Roman" w:hAnsi="Times New Roman" w:cs="Times New Roman"/>
          <w:b w:val="0"/>
          <w:bCs w:val="0"/>
          <w:color w:val="auto"/>
          <w:sz w:val="24"/>
          <w:szCs w:val="24"/>
        </w:rPr>
        <w:t>reconoce</w:t>
      </w:r>
      <w:proofErr w:type="spellEnd"/>
      <w:r w:rsidRPr="006A5AA2">
        <w:rPr>
          <w:rFonts w:ascii="Times New Roman" w:hAnsi="Times New Roman" w:cs="Times New Roman"/>
          <w:b w:val="0"/>
          <w:bCs w:val="0"/>
          <w:color w:val="auto"/>
          <w:sz w:val="24"/>
          <w:szCs w:val="24"/>
        </w:rPr>
        <w:t xml:space="preserve"> la plena </w:t>
      </w:r>
      <w:proofErr w:type="spellStart"/>
      <w:r w:rsidRPr="006A5AA2">
        <w:rPr>
          <w:rFonts w:ascii="Times New Roman" w:hAnsi="Times New Roman" w:cs="Times New Roman"/>
          <w:b w:val="0"/>
          <w:bCs w:val="0"/>
          <w:color w:val="auto"/>
          <w:sz w:val="24"/>
          <w:szCs w:val="24"/>
        </w:rPr>
        <w:t>validez</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mensajes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datos</w:t>
      </w:r>
      <w:proofErr w:type="spellEnd"/>
      <w:r w:rsidRPr="006A5AA2">
        <w:rPr>
          <w:rFonts w:ascii="Times New Roman" w:hAnsi="Times New Roman" w:cs="Times New Roman"/>
          <w:b w:val="0"/>
          <w:bCs w:val="0"/>
          <w:color w:val="auto"/>
          <w:sz w:val="24"/>
          <w:szCs w:val="24"/>
        </w:rPr>
        <w:t xml:space="preserve"> y de 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digital.</w:t>
      </w:r>
    </w:p>
    <w:p w14:paraId="720A9918" w14:textId="77777777" w:rsidR="00D96C18" w:rsidRPr="006A5AA2" w:rsidRDefault="009855D2" w:rsidP="009855D2">
      <w:pPr>
        <w:pStyle w:val="Ttulo2"/>
        <w:numPr>
          <w:ilvl w:val="0"/>
          <w:numId w:val="11"/>
        </w:numPr>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En Panamá, la Ley 82 de 2012 </w:t>
      </w:r>
      <w:proofErr w:type="spellStart"/>
      <w:r w:rsidRPr="006A5AA2">
        <w:rPr>
          <w:rFonts w:ascii="Times New Roman" w:hAnsi="Times New Roman" w:cs="Times New Roman"/>
          <w:b w:val="0"/>
          <w:bCs w:val="0"/>
          <w:color w:val="auto"/>
          <w:sz w:val="24"/>
          <w:szCs w:val="24"/>
        </w:rPr>
        <w:t>regula</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avanzada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pero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su</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implementación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práctica</w:t>
      </w:r>
      <w:proofErr w:type="spellEnd"/>
      <w:r w:rsidRPr="006A5AA2">
        <w:rPr>
          <w:rFonts w:ascii="Times New Roman" w:hAnsi="Times New Roman" w:cs="Times New Roman"/>
          <w:b w:val="0"/>
          <w:bCs w:val="0"/>
          <w:color w:val="auto"/>
          <w:sz w:val="24"/>
          <w:szCs w:val="24"/>
        </w:rPr>
        <w:t xml:space="preserve"> es </w:t>
      </w:r>
      <w:proofErr w:type="spellStart"/>
      <w:r w:rsidRPr="006A5AA2">
        <w:rPr>
          <w:rFonts w:ascii="Times New Roman" w:hAnsi="Times New Roman" w:cs="Times New Roman"/>
          <w:b w:val="0"/>
          <w:bCs w:val="0"/>
          <w:color w:val="auto"/>
          <w:sz w:val="24"/>
          <w:szCs w:val="24"/>
        </w:rPr>
        <w:t>limitada</w:t>
      </w:r>
      <w:proofErr w:type="spellEnd"/>
      <w:r w:rsidRPr="006A5AA2">
        <w:rPr>
          <w:rFonts w:ascii="Times New Roman" w:hAnsi="Times New Roman" w:cs="Times New Roman"/>
          <w:b w:val="0"/>
          <w:bCs w:val="0"/>
          <w:color w:val="auto"/>
          <w:sz w:val="24"/>
          <w:szCs w:val="24"/>
        </w:rPr>
        <w:t>.</w:t>
      </w:r>
    </w:p>
    <w:p w14:paraId="4AF61C74" w14:textId="77777777" w:rsidR="00D96C18" w:rsidRPr="006A5AA2" w:rsidRDefault="009855D2" w:rsidP="00FC7255">
      <w:pPr>
        <w:pStyle w:val="Ttulo2"/>
        <w:numPr>
          <w:ilvl w:val="0"/>
          <w:numId w:val="11"/>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Estudios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doctrinales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como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de Hernández </w:t>
      </w:r>
      <w:proofErr w:type="spellStart"/>
      <w:r w:rsidRPr="006A5AA2">
        <w:rPr>
          <w:rFonts w:ascii="Times New Roman" w:hAnsi="Times New Roman" w:cs="Times New Roman"/>
          <w:b w:val="0"/>
          <w:bCs w:val="0"/>
          <w:color w:val="auto"/>
          <w:sz w:val="24"/>
          <w:szCs w:val="24"/>
        </w:rPr>
        <w:t>Sampieri</w:t>
      </w:r>
      <w:proofErr w:type="spellEnd"/>
      <w:r w:rsidRPr="006A5AA2">
        <w:rPr>
          <w:rFonts w:ascii="Times New Roman" w:hAnsi="Times New Roman" w:cs="Times New Roman"/>
          <w:b w:val="0"/>
          <w:bCs w:val="0"/>
          <w:color w:val="auto"/>
          <w:sz w:val="24"/>
          <w:szCs w:val="24"/>
        </w:rPr>
        <w:t xml:space="preserve"> (2014) y Sabino (2012) </w:t>
      </w:r>
      <w:proofErr w:type="spellStart"/>
      <w:r w:rsidRPr="006A5AA2">
        <w:rPr>
          <w:rFonts w:ascii="Times New Roman" w:hAnsi="Times New Roman" w:cs="Times New Roman"/>
          <w:b w:val="0"/>
          <w:bCs w:val="0"/>
          <w:color w:val="auto"/>
          <w:sz w:val="24"/>
          <w:szCs w:val="24"/>
        </w:rPr>
        <w:t>resaltan</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importancia</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vincular</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marcos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normativos</w:t>
      </w:r>
      <w:proofErr w:type="spellEnd"/>
      <w:r w:rsidRPr="006A5AA2">
        <w:rPr>
          <w:rFonts w:ascii="Times New Roman" w:hAnsi="Times New Roman" w:cs="Times New Roman"/>
          <w:b w:val="0"/>
          <w:bCs w:val="0"/>
          <w:color w:val="auto"/>
          <w:sz w:val="24"/>
          <w:szCs w:val="24"/>
        </w:rPr>
        <w:t xml:space="preserve"> con </w:t>
      </w:r>
      <w:proofErr w:type="spellStart"/>
      <w:r w:rsidRPr="006A5AA2">
        <w:rPr>
          <w:rFonts w:ascii="Times New Roman" w:hAnsi="Times New Roman" w:cs="Times New Roman"/>
          <w:b w:val="0"/>
          <w:bCs w:val="0"/>
          <w:color w:val="auto"/>
          <w:sz w:val="24"/>
          <w:szCs w:val="24"/>
        </w:rPr>
        <w:t>realidades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empíricas</w:t>
      </w:r>
      <w:proofErr w:type="spellEnd"/>
      <w:r w:rsidRPr="006A5AA2">
        <w:rPr>
          <w:rFonts w:ascii="Times New Roman" w:hAnsi="Times New Roman" w:cs="Times New Roman"/>
          <w:b w:val="0"/>
          <w:bCs w:val="0"/>
          <w:color w:val="auto"/>
          <w:sz w:val="24"/>
          <w:szCs w:val="24"/>
        </w:rPr>
        <w:t>.</w:t>
      </w:r>
    </w:p>
    <w:p w14:paraId="0C68A606" w14:textId="3DB7B060" w:rsidR="00C030F1" w:rsidRPr="006A5AA2" w:rsidRDefault="009855D2" w:rsidP="00FC7255">
      <w:pPr>
        <w:pStyle w:val="Ttulo2"/>
        <w:numPr>
          <w:ilvl w:val="0"/>
          <w:numId w:val="11"/>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Reportes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empresariales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evidencian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dificultades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operativas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cuando</w:t>
      </w:r>
      <w:proofErr w:type="spellEnd"/>
      <w:r w:rsidRPr="006A5AA2">
        <w:rPr>
          <w:rFonts w:ascii="Times New Roman" w:hAnsi="Times New Roman" w:cs="Times New Roman"/>
          <w:b w:val="0"/>
          <w:bCs w:val="0"/>
          <w:color w:val="auto"/>
          <w:sz w:val="24"/>
          <w:szCs w:val="24"/>
        </w:rPr>
        <w:t xml:space="preserve"> empresas </w:t>
      </w:r>
      <w:proofErr w:type="spellStart"/>
      <w:r w:rsidRPr="006A5AA2">
        <w:rPr>
          <w:rFonts w:ascii="Times New Roman" w:hAnsi="Times New Roman" w:cs="Times New Roman"/>
          <w:b w:val="0"/>
          <w:bCs w:val="0"/>
          <w:color w:val="auto"/>
          <w:sz w:val="24"/>
          <w:szCs w:val="24"/>
        </w:rPr>
        <w:t>colombianas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intentan</w:t>
      </w:r>
      <w:proofErr w:type="spellEnd"/>
      <w:r w:rsidRPr="006A5AA2">
        <w:rPr>
          <w:rFonts w:ascii="Times New Roman" w:hAnsi="Times New Roman" w:cs="Times New Roman"/>
          <w:b w:val="0"/>
          <w:bCs w:val="0"/>
          <w:color w:val="auto"/>
          <w:sz w:val="24"/>
          <w:szCs w:val="24"/>
        </w:rPr>
        <w:t xml:space="preserve"> usar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digital en trámites </w:t>
      </w:r>
      <w:proofErr w:type="spellStart"/>
      <w:r w:rsidRPr="006A5AA2">
        <w:rPr>
          <w:rFonts w:ascii="Times New Roman" w:hAnsi="Times New Roman" w:cs="Times New Roman"/>
          <w:b w:val="0"/>
          <w:bCs w:val="0"/>
          <w:color w:val="auto"/>
          <w:sz w:val="24"/>
          <w:szCs w:val="24"/>
        </w:rPr>
        <w:t>panameños</w:t>
      </w:r>
      <w:proofErr w:type="spellEnd"/>
      <w:r w:rsidRPr="006A5AA2">
        <w:rPr>
          <w:rFonts w:ascii="Times New Roman" w:hAnsi="Times New Roman" w:cs="Times New Roman"/>
          <w:b w:val="0"/>
          <w:bCs w:val="0"/>
          <w:color w:val="auto"/>
          <w:sz w:val="24"/>
          <w:szCs w:val="24"/>
        </w:rPr>
        <w:t>.</w:t>
      </w:r>
      <w:r w:rsidR="00FC7255" w:rsidRPr="006A5AA2">
        <w:rPr>
          <w:rFonts w:ascii="Times New Roman" w:hAnsi="Times New Roman" w:cs="Times New Roman"/>
          <w:b w:val="0"/>
          <w:bCs w:val="0"/>
          <w:color w:val="auto"/>
          <w:sz w:val="24"/>
          <w:szCs w:val="24"/>
        </w:rPr>
        <w:br/>
      </w:r>
      <w:proofErr w:type="spellStart"/>
      <w:r w:rsidR="00FC7255" w:rsidRPr="006A5AA2">
        <w:rPr>
          <w:rFonts w:ascii="Times New Roman" w:hAnsi="Times New Roman" w:cs="Times New Roman"/>
          <w:b w:val="0"/>
          <w:bCs w:val="0"/>
          <w:color w:val="auto"/>
          <w:sz w:val="24"/>
          <w:szCs w:val="24"/>
        </w:rPr>
        <w:t>Transformación</w:t>
      </w:r>
      <w:proofErr w:type="spellEnd"/>
      <w:r w:rsidR="00FC7255" w:rsidRPr="006A5AA2">
        <w:rPr>
          <w:rFonts w:ascii="Times New Roman" w:hAnsi="Times New Roman" w:cs="Times New Roman"/>
          <w:b w:val="0"/>
          <w:bCs w:val="0"/>
          <w:color w:val="auto"/>
          <w:sz w:val="24"/>
          <w:szCs w:val="24"/>
        </w:rPr>
        <w:t xml:space="preserve"> digital y </w:t>
      </w:r>
      <w:proofErr w:type="spellStart"/>
      <w:r w:rsidR="00FC7255" w:rsidRPr="006A5AA2">
        <w:rPr>
          <w:rFonts w:ascii="Times New Roman" w:hAnsi="Times New Roman" w:cs="Times New Roman"/>
          <w:b w:val="0"/>
          <w:bCs w:val="0"/>
          <w:color w:val="auto"/>
          <w:sz w:val="24"/>
          <w:szCs w:val="24"/>
        </w:rPr>
        <w:t>uso</w:t>
      </w:r>
      <w:proofErr w:type="spellEnd"/>
      <w:r w:rsidR="00FC7255" w:rsidRPr="006A5AA2">
        <w:rPr>
          <w:rFonts w:ascii="Times New Roman" w:hAnsi="Times New Roman" w:cs="Times New Roman"/>
          <w:b w:val="0"/>
          <w:bCs w:val="0"/>
          <w:color w:val="auto"/>
          <w:sz w:val="24"/>
          <w:szCs w:val="24"/>
        </w:rPr>
        <w:t xml:space="preserve"> de </w:t>
      </w:r>
      <w:proofErr w:type="spellStart"/>
      <w:r w:rsidR="00FC7255" w:rsidRPr="006A5AA2">
        <w:rPr>
          <w:rFonts w:ascii="Times New Roman" w:hAnsi="Times New Roman" w:cs="Times New Roman"/>
          <w:b w:val="0"/>
          <w:bCs w:val="0"/>
          <w:color w:val="auto"/>
          <w:sz w:val="24"/>
          <w:szCs w:val="24"/>
        </w:rPr>
        <w:t>tecnologías</w:t>
      </w:r>
      <w:proofErr w:type="spellEnd"/>
      <w:r w:rsidR="00FC7255" w:rsidRPr="006A5AA2">
        <w:rPr>
          <w:rFonts w:ascii="Times New Roman" w:hAnsi="Times New Roman" w:cs="Times New Roman"/>
          <w:b w:val="0"/>
          <w:bCs w:val="0"/>
          <w:color w:val="auto"/>
          <w:sz w:val="24"/>
          <w:szCs w:val="24"/>
        </w:rPr>
        <w:t xml:space="preserve"> en </w:t>
      </w:r>
      <w:proofErr w:type="spellStart"/>
      <w:r w:rsidR="00FC7255" w:rsidRPr="006A5AA2">
        <w:rPr>
          <w:rFonts w:ascii="Times New Roman" w:hAnsi="Times New Roman" w:cs="Times New Roman"/>
          <w:b w:val="0"/>
          <w:bCs w:val="0"/>
          <w:color w:val="auto"/>
          <w:sz w:val="24"/>
          <w:szCs w:val="24"/>
        </w:rPr>
        <w:t>el</w:t>
      </w:r>
      <w:proofErr w:type="spellEnd"/>
      <w:r w:rsidR="00FC7255" w:rsidRPr="006A5AA2">
        <w:rPr>
          <w:rFonts w:ascii="Times New Roman" w:hAnsi="Times New Roman" w:cs="Times New Roman"/>
          <w:b w:val="0"/>
          <w:bCs w:val="0"/>
          <w:color w:val="auto"/>
          <w:sz w:val="24"/>
          <w:szCs w:val="24"/>
        </w:rPr>
        <w:t xml:space="preserve"> </w:t>
      </w:r>
      <w:proofErr w:type="spellStart"/>
      <w:r w:rsidR="00FC7255" w:rsidRPr="006A5AA2">
        <w:rPr>
          <w:rFonts w:ascii="Times New Roman" w:hAnsi="Times New Roman" w:cs="Times New Roman"/>
          <w:b w:val="0"/>
          <w:bCs w:val="0"/>
          <w:color w:val="auto"/>
          <w:sz w:val="24"/>
          <w:szCs w:val="24"/>
        </w:rPr>
        <w:t>ámbito</w:t>
      </w:r>
      <w:proofErr w:type="spellEnd"/>
      <w:r w:rsidR="00FC7255" w:rsidRPr="006A5AA2">
        <w:rPr>
          <w:rFonts w:ascii="Times New Roman" w:hAnsi="Times New Roman" w:cs="Times New Roman"/>
          <w:b w:val="0"/>
          <w:bCs w:val="0"/>
          <w:color w:val="auto"/>
          <w:sz w:val="24"/>
          <w:szCs w:val="24"/>
        </w:rPr>
        <w:t xml:space="preserve"> </w:t>
      </w:r>
      <w:proofErr w:type="spellStart"/>
      <w:r w:rsidR="00FC7255" w:rsidRPr="006A5AA2">
        <w:rPr>
          <w:rFonts w:ascii="Times New Roman" w:hAnsi="Times New Roman" w:cs="Times New Roman"/>
          <w:b w:val="0"/>
          <w:bCs w:val="0"/>
          <w:color w:val="auto"/>
          <w:sz w:val="24"/>
          <w:szCs w:val="24"/>
        </w:rPr>
        <w:t>jurídico</w:t>
      </w:r>
      <w:proofErr w:type="spellEnd"/>
    </w:p>
    <w:p w14:paraId="28CD2CAB" w14:textId="01253B82" w:rsidR="00FC7255" w:rsidRPr="006A5AA2" w:rsidRDefault="00C030F1" w:rsidP="00C030F1">
      <w:pPr>
        <w:pStyle w:val="Ttulo2"/>
        <w:jc w:val="center"/>
        <w:rPr>
          <w:rFonts w:ascii="Times New Roman" w:hAnsi="Times New Roman" w:cs="Times New Roman"/>
          <w:color w:val="auto"/>
          <w:sz w:val="24"/>
          <w:szCs w:val="24"/>
        </w:rPr>
      </w:pPr>
      <w:r w:rsidRPr="006A5AA2">
        <w:rPr>
          <w:rFonts w:ascii="Times New Roman" w:hAnsi="Times New Roman" w:cs="Times New Roman"/>
          <w:b w:val="0"/>
          <w:bCs w:val="0"/>
          <w:color w:val="auto"/>
          <w:sz w:val="24"/>
          <w:szCs w:val="24"/>
        </w:rPr>
        <w:lastRenderedPageBreak/>
        <w:br/>
      </w:r>
      <w:r w:rsidRPr="006A5AA2">
        <w:rPr>
          <w:rFonts w:ascii="Times New Roman" w:hAnsi="Times New Roman" w:cs="Times New Roman"/>
          <w:color w:val="auto"/>
          <w:sz w:val="24"/>
          <w:szCs w:val="24"/>
        </w:rPr>
        <w:t>MARCO TEÓRICO Y CONCEPTUAL</w:t>
      </w:r>
    </w:p>
    <w:p w14:paraId="62377609" w14:textId="6404BD03" w:rsidR="00FC7255" w:rsidRPr="006A5AA2" w:rsidRDefault="00FC7255" w:rsidP="00FC7255">
      <w:pPr>
        <w:pStyle w:val="Ttulo2"/>
        <w:rPr>
          <w:rFonts w:ascii="Times New Roman" w:hAnsi="Times New Roman" w:cs="Times New Roman"/>
          <w:color w:val="auto"/>
          <w:sz w:val="24"/>
          <w:szCs w:val="24"/>
        </w:rPr>
      </w:pPr>
      <w:proofErr w:type="spellStart"/>
      <w:r w:rsidRPr="006A5AA2">
        <w:rPr>
          <w:rFonts w:ascii="Times New Roman" w:hAnsi="Times New Roman" w:cs="Times New Roman"/>
          <w:color w:val="auto"/>
          <w:sz w:val="24"/>
          <w:szCs w:val="24"/>
        </w:rPr>
        <w:t>T</w:t>
      </w:r>
      <w:r w:rsidR="00C030F1" w:rsidRPr="006A5AA2">
        <w:rPr>
          <w:rFonts w:ascii="Times New Roman" w:hAnsi="Times New Roman" w:cs="Times New Roman"/>
          <w:color w:val="auto"/>
          <w:sz w:val="24"/>
          <w:szCs w:val="24"/>
        </w:rPr>
        <w:t>ranformacion</w:t>
      </w:r>
      <w:proofErr w:type="spellEnd"/>
      <w:r w:rsidR="00C030F1" w:rsidRPr="006A5AA2">
        <w:rPr>
          <w:rFonts w:ascii="Times New Roman" w:hAnsi="Times New Roman" w:cs="Times New Roman"/>
          <w:color w:val="auto"/>
          <w:sz w:val="24"/>
          <w:szCs w:val="24"/>
        </w:rPr>
        <w:t xml:space="preserve"> digital y </w:t>
      </w:r>
      <w:proofErr w:type="spellStart"/>
      <w:r w:rsidR="00C030F1" w:rsidRPr="006A5AA2">
        <w:rPr>
          <w:rFonts w:ascii="Times New Roman" w:hAnsi="Times New Roman" w:cs="Times New Roman"/>
          <w:color w:val="auto"/>
          <w:sz w:val="24"/>
          <w:szCs w:val="24"/>
        </w:rPr>
        <w:t>uso</w:t>
      </w:r>
      <w:proofErr w:type="spellEnd"/>
      <w:r w:rsidR="00C030F1" w:rsidRPr="006A5AA2">
        <w:rPr>
          <w:rFonts w:ascii="Times New Roman" w:hAnsi="Times New Roman" w:cs="Times New Roman"/>
          <w:color w:val="auto"/>
          <w:sz w:val="24"/>
          <w:szCs w:val="24"/>
        </w:rPr>
        <w:t xml:space="preserve"> de </w:t>
      </w:r>
      <w:proofErr w:type="spellStart"/>
      <w:r w:rsidR="00C030F1" w:rsidRPr="006A5AA2">
        <w:rPr>
          <w:rFonts w:ascii="Times New Roman" w:hAnsi="Times New Roman" w:cs="Times New Roman"/>
          <w:color w:val="auto"/>
          <w:sz w:val="24"/>
          <w:szCs w:val="24"/>
        </w:rPr>
        <w:t>tecnologia</w:t>
      </w:r>
      <w:proofErr w:type="spellEnd"/>
      <w:r w:rsidR="00C030F1" w:rsidRPr="006A5AA2">
        <w:rPr>
          <w:rFonts w:ascii="Times New Roman" w:hAnsi="Times New Roman" w:cs="Times New Roman"/>
          <w:color w:val="auto"/>
          <w:sz w:val="24"/>
          <w:szCs w:val="24"/>
        </w:rPr>
        <w:t xml:space="preserve"> en </w:t>
      </w:r>
      <w:proofErr w:type="spellStart"/>
      <w:r w:rsidR="00C030F1" w:rsidRPr="006A5AA2">
        <w:rPr>
          <w:rFonts w:ascii="Times New Roman" w:hAnsi="Times New Roman" w:cs="Times New Roman"/>
          <w:color w:val="auto"/>
          <w:sz w:val="24"/>
          <w:szCs w:val="24"/>
        </w:rPr>
        <w:t>el</w:t>
      </w:r>
      <w:proofErr w:type="spellEnd"/>
      <w:r w:rsidR="00C030F1" w:rsidRPr="006A5AA2">
        <w:rPr>
          <w:rFonts w:ascii="Times New Roman" w:hAnsi="Times New Roman" w:cs="Times New Roman"/>
          <w:color w:val="auto"/>
          <w:sz w:val="24"/>
          <w:szCs w:val="24"/>
        </w:rPr>
        <w:t xml:space="preserve"> </w:t>
      </w:r>
      <w:proofErr w:type="spellStart"/>
      <w:r w:rsidR="00C030F1" w:rsidRPr="006A5AA2">
        <w:rPr>
          <w:rFonts w:ascii="Times New Roman" w:hAnsi="Times New Roman" w:cs="Times New Roman"/>
          <w:color w:val="auto"/>
          <w:sz w:val="24"/>
          <w:szCs w:val="24"/>
        </w:rPr>
        <w:t>ambito</w:t>
      </w:r>
      <w:proofErr w:type="spellEnd"/>
      <w:r w:rsidR="00C030F1" w:rsidRPr="006A5AA2">
        <w:rPr>
          <w:rFonts w:ascii="Times New Roman" w:hAnsi="Times New Roman" w:cs="Times New Roman"/>
          <w:color w:val="auto"/>
          <w:sz w:val="24"/>
          <w:szCs w:val="24"/>
        </w:rPr>
        <w:t xml:space="preserve"> </w:t>
      </w:r>
      <w:proofErr w:type="spellStart"/>
      <w:r w:rsidR="00C030F1" w:rsidRPr="006A5AA2">
        <w:rPr>
          <w:rFonts w:ascii="Times New Roman" w:hAnsi="Times New Roman" w:cs="Times New Roman"/>
          <w:color w:val="auto"/>
          <w:sz w:val="24"/>
          <w:szCs w:val="24"/>
        </w:rPr>
        <w:t>juridico</w:t>
      </w:r>
      <w:proofErr w:type="spellEnd"/>
    </w:p>
    <w:p w14:paraId="244732EA" w14:textId="71CC38F5" w:rsidR="00FC7255" w:rsidRPr="006A5AA2" w:rsidRDefault="00FC7255" w:rsidP="00FC7255">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La </w:t>
      </w:r>
      <w:proofErr w:type="spellStart"/>
      <w:r w:rsidRPr="006A5AA2">
        <w:rPr>
          <w:rFonts w:ascii="Times New Roman" w:hAnsi="Times New Roman" w:cs="Times New Roman"/>
          <w:b w:val="0"/>
          <w:bCs w:val="0"/>
          <w:color w:val="auto"/>
          <w:sz w:val="24"/>
          <w:szCs w:val="24"/>
        </w:rPr>
        <w:t>transformación</w:t>
      </w:r>
      <w:proofErr w:type="spellEnd"/>
      <w:r w:rsidRPr="006A5AA2">
        <w:rPr>
          <w:rFonts w:ascii="Times New Roman" w:hAnsi="Times New Roman" w:cs="Times New Roman"/>
          <w:b w:val="0"/>
          <w:bCs w:val="0"/>
          <w:color w:val="auto"/>
          <w:sz w:val="24"/>
          <w:szCs w:val="24"/>
        </w:rPr>
        <w:t xml:space="preserve"> digital ha </w:t>
      </w:r>
      <w:proofErr w:type="spellStart"/>
      <w:r w:rsidRPr="006A5AA2">
        <w:rPr>
          <w:rFonts w:ascii="Times New Roman" w:hAnsi="Times New Roman" w:cs="Times New Roman"/>
          <w:b w:val="0"/>
          <w:bCs w:val="0"/>
          <w:color w:val="auto"/>
          <w:sz w:val="24"/>
          <w:szCs w:val="24"/>
        </w:rPr>
        <w:t>modificado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profundamente</w:t>
      </w:r>
      <w:proofErr w:type="spellEnd"/>
      <w:r w:rsidRPr="006A5AA2">
        <w:rPr>
          <w:rFonts w:ascii="Times New Roman" w:hAnsi="Times New Roman" w:cs="Times New Roman"/>
          <w:b w:val="0"/>
          <w:bCs w:val="0"/>
          <w:color w:val="auto"/>
          <w:sz w:val="24"/>
          <w:szCs w:val="24"/>
        </w:rPr>
        <w:t xml:space="preserve"> las </w:t>
      </w:r>
      <w:proofErr w:type="spellStart"/>
      <w:r w:rsidRPr="006A5AA2">
        <w:rPr>
          <w:rFonts w:ascii="Times New Roman" w:hAnsi="Times New Roman" w:cs="Times New Roman"/>
          <w:b w:val="0"/>
          <w:bCs w:val="0"/>
          <w:color w:val="auto"/>
          <w:sz w:val="24"/>
          <w:szCs w:val="24"/>
        </w:rPr>
        <w:t>dinámicas</w:t>
      </w:r>
      <w:proofErr w:type="spellEnd"/>
      <w:r w:rsidRPr="006A5AA2">
        <w:rPr>
          <w:rFonts w:ascii="Times New Roman" w:hAnsi="Times New Roman" w:cs="Times New Roman"/>
          <w:b w:val="0"/>
          <w:bCs w:val="0"/>
          <w:color w:val="auto"/>
          <w:sz w:val="24"/>
          <w:szCs w:val="24"/>
        </w:rPr>
        <w:t xml:space="preserve"> de las </w:t>
      </w:r>
      <w:proofErr w:type="spellStart"/>
      <w:r w:rsidRPr="006A5AA2">
        <w:rPr>
          <w:rFonts w:ascii="Times New Roman" w:hAnsi="Times New Roman" w:cs="Times New Roman"/>
          <w:b w:val="0"/>
          <w:bCs w:val="0"/>
          <w:color w:val="auto"/>
          <w:sz w:val="24"/>
          <w:szCs w:val="24"/>
        </w:rPr>
        <w:t>relaciones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jurídicas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comerciales</w:t>
      </w:r>
      <w:proofErr w:type="spellEnd"/>
      <w:r w:rsidRPr="006A5AA2">
        <w:rPr>
          <w:rFonts w:ascii="Times New Roman" w:hAnsi="Times New Roman" w:cs="Times New Roman"/>
          <w:b w:val="0"/>
          <w:bCs w:val="0"/>
          <w:color w:val="auto"/>
          <w:sz w:val="24"/>
          <w:szCs w:val="24"/>
        </w:rPr>
        <w:t xml:space="preserve"> y </w:t>
      </w:r>
      <w:proofErr w:type="spellStart"/>
      <w:r w:rsidRPr="006A5AA2">
        <w:rPr>
          <w:rFonts w:ascii="Times New Roman" w:hAnsi="Times New Roman" w:cs="Times New Roman"/>
          <w:b w:val="0"/>
          <w:bCs w:val="0"/>
          <w:color w:val="auto"/>
          <w:sz w:val="24"/>
          <w:szCs w:val="24"/>
        </w:rPr>
        <w:t>administrativas</w:t>
      </w:r>
      <w:proofErr w:type="spellEnd"/>
      <w:r w:rsidRPr="006A5AA2">
        <w:rPr>
          <w:rFonts w:ascii="Times New Roman" w:hAnsi="Times New Roman" w:cs="Times New Roman"/>
          <w:b w:val="0"/>
          <w:bCs w:val="0"/>
          <w:color w:val="auto"/>
          <w:sz w:val="24"/>
          <w:szCs w:val="24"/>
        </w:rPr>
        <w:t xml:space="preserve">, generando </w:t>
      </w:r>
      <w:proofErr w:type="spellStart"/>
      <w:r w:rsidRPr="006A5AA2">
        <w:rPr>
          <w:rFonts w:ascii="Times New Roman" w:hAnsi="Times New Roman" w:cs="Times New Roman"/>
          <w:b w:val="0"/>
          <w:bCs w:val="0"/>
          <w:color w:val="auto"/>
          <w:sz w:val="24"/>
          <w:szCs w:val="24"/>
        </w:rPr>
        <w:t>nuevos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escenarios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interacción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mediados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por</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tecnologías</w:t>
      </w:r>
      <w:proofErr w:type="spellEnd"/>
      <w:r w:rsidRPr="006A5AA2">
        <w:rPr>
          <w:rFonts w:ascii="Times New Roman" w:hAnsi="Times New Roman" w:cs="Times New Roman"/>
          <w:b w:val="0"/>
          <w:bCs w:val="0"/>
          <w:color w:val="auto"/>
          <w:sz w:val="24"/>
          <w:szCs w:val="24"/>
        </w:rPr>
        <w:t xml:space="preserve"> de la </w:t>
      </w:r>
      <w:proofErr w:type="spellStart"/>
      <w:r w:rsidRPr="006A5AA2">
        <w:rPr>
          <w:rFonts w:ascii="Times New Roman" w:hAnsi="Times New Roman" w:cs="Times New Roman"/>
          <w:b w:val="0"/>
          <w:bCs w:val="0"/>
          <w:color w:val="auto"/>
          <w:sz w:val="24"/>
          <w:szCs w:val="24"/>
        </w:rPr>
        <w:t>información</w:t>
      </w:r>
      <w:proofErr w:type="spellEnd"/>
      <w:r w:rsidRPr="006A5AA2">
        <w:rPr>
          <w:rFonts w:ascii="Times New Roman" w:hAnsi="Times New Roman" w:cs="Times New Roman"/>
          <w:b w:val="0"/>
          <w:bCs w:val="0"/>
          <w:color w:val="auto"/>
          <w:sz w:val="24"/>
          <w:szCs w:val="24"/>
        </w:rPr>
        <w:t xml:space="preserve"> y las </w:t>
      </w:r>
      <w:proofErr w:type="spellStart"/>
      <w:r w:rsidRPr="006A5AA2">
        <w:rPr>
          <w:rFonts w:ascii="Times New Roman" w:hAnsi="Times New Roman" w:cs="Times New Roman"/>
          <w:b w:val="0"/>
          <w:bCs w:val="0"/>
          <w:color w:val="auto"/>
          <w:sz w:val="24"/>
          <w:szCs w:val="24"/>
        </w:rPr>
        <w:t>comunicaciones</w:t>
      </w:r>
      <w:proofErr w:type="spellEnd"/>
      <w:r w:rsidRPr="006A5AA2">
        <w:rPr>
          <w:rFonts w:ascii="Times New Roman" w:hAnsi="Times New Roman" w:cs="Times New Roman"/>
          <w:b w:val="0"/>
          <w:bCs w:val="0"/>
          <w:color w:val="auto"/>
          <w:sz w:val="24"/>
          <w:szCs w:val="24"/>
        </w:rPr>
        <w:t xml:space="preserve"> (TIC). Este </w:t>
      </w:r>
      <w:proofErr w:type="spellStart"/>
      <w:r w:rsidRPr="006A5AA2">
        <w:rPr>
          <w:rFonts w:ascii="Times New Roman" w:hAnsi="Times New Roman" w:cs="Times New Roman"/>
          <w:b w:val="0"/>
          <w:bCs w:val="0"/>
          <w:color w:val="auto"/>
          <w:sz w:val="24"/>
          <w:szCs w:val="24"/>
        </w:rPr>
        <w:t>fenómeno</w:t>
      </w:r>
      <w:proofErr w:type="spellEnd"/>
      <w:r w:rsidRPr="006A5AA2">
        <w:rPr>
          <w:rFonts w:ascii="Times New Roman" w:hAnsi="Times New Roman" w:cs="Times New Roman"/>
          <w:b w:val="0"/>
          <w:bCs w:val="0"/>
          <w:color w:val="auto"/>
          <w:sz w:val="24"/>
          <w:szCs w:val="24"/>
        </w:rPr>
        <w:t xml:space="preserve"> ha </w:t>
      </w:r>
      <w:proofErr w:type="spellStart"/>
      <w:r w:rsidRPr="006A5AA2">
        <w:rPr>
          <w:rFonts w:ascii="Times New Roman" w:hAnsi="Times New Roman" w:cs="Times New Roman"/>
          <w:b w:val="0"/>
          <w:bCs w:val="0"/>
          <w:color w:val="auto"/>
          <w:sz w:val="24"/>
          <w:szCs w:val="24"/>
        </w:rPr>
        <w:t>permitido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surgimiento</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plataformas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digitales</w:t>
      </w:r>
      <w:proofErr w:type="spellEnd"/>
      <w:r w:rsidRPr="006A5AA2">
        <w:rPr>
          <w:rFonts w:ascii="Times New Roman" w:hAnsi="Times New Roman" w:cs="Times New Roman"/>
          <w:b w:val="0"/>
          <w:bCs w:val="0"/>
          <w:color w:val="auto"/>
          <w:sz w:val="24"/>
          <w:szCs w:val="24"/>
        </w:rPr>
        <w:t xml:space="preserve"> que </w:t>
      </w:r>
      <w:proofErr w:type="spellStart"/>
      <w:r w:rsidRPr="006A5AA2">
        <w:rPr>
          <w:rFonts w:ascii="Times New Roman" w:hAnsi="Times New Roman" w:cs="Times New Roman"/>
          <w:b w:val="0"/>
          <w:bCs w:val="0"/>
          <w:color w:val="auto"/>
          <w:sz w:val="24"/>
          <w:szCs w:val="24"/>
        </w:rPr>
        <w:t>facilitan</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celebración</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contratos</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autenticación</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documentos</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prestación</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servicios</w:t>
      </w:r>
      <w:proofErr w:type="spellEnd"/>
      <w:r w:rsidRPr="006A5AA2">
        <w:rPr>
          <w:rFonts w:ascii="Times New Roman" w:hAnsi="Times New Roman" w:cs="Times New Roman"/>
          <w:b w:val="0"/>
          <w:bCs w:val="0"/>
          <w:color w:val="auto"/>
          <w:sz w:val="24"/>
          <w:szCs w:val="24"/>
        </w:rPr>
        <w:t xml:space="preserve"> y la </w:t>
      </w:r>
      <w:proofErr w:type="spellStart"/>
      <w:r w:rsidRPr="006A5AA2">
        <w:rPr>
          <w:rFonts w:ascii="Times New Roman" w:hAnsi="Times New Roman" w:cs="Times New Roman"/>
          <w:b w:val="0"/>
          <w:bCs w:val="0"/>
          <w:color w:val="auto"/>
          <w:sz w:val="24"/>
          <w:szCs w:val="24"/>
        </w:rPr>
        <w:t>ejecución</w:t>
      </w:r>
      <w:proofErr w:type="spellEnd"/>
      <w:r w:rsidRPr="006A5AA2">
        <w:rPr>
          <w:rFonts w:ascii="Times New Roman" w:hAnsi="Times New Roman" w:cs="Times New Roman"/>
          <w:b w:val="0"/>
          <w:bCs w:val="0"/>
          <w:color w:val="auto"/>
          <w:sz w:val="24"/>
          <w:szCs w:val="24"/>
        </w:rPr>
        <w:t xml:space="preserve"> de trámites a </w:t>
      </w:r>
      <w:proofErr w:type="spellStart"/>
      <w:r w:rsidRPr="006A5AA2">
        <w:rPr>
          <w:rFonts w:ascii="Times New Roman" w:hAnsi="Times New Roman" w:cs="Times New Roman"/>
          <w:b w:val="0"/>
          <w:bCs w:val="0"/>
          <w:color w:val="auto"/>
          <w:sz w:val="24"/>
          <w:szCs w:val="24"/>
        </w:rPr>
        <w:t>nivel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nacional</w:t>
      </w:r>
      <w:proofErr w:type="spellEnd"/>
      <w:r w:rsidRPr="006A5AA2">
        <w:rPr>
          <w:rFonts w:ascii="Times New Roman" w:hAnsi="Times New Roman" w:cs="Times New Roman"/>
          <w:b w:val="0"/>
          <w:bCs w:val="0"/>
          <w:color w:val="auto"/>
          <w:sz w:val="24"/>
          <w:szCs w:val="24"/>
        </w:rPr>
        <w:t xml:space="preserve"> e </w:t>
      </w:r>
      <w:proofErr w:type="spellStart"/>
      <w:r w:rsidRPr="006A5AA2">
        <w:rPr>
          <w:rFonts w:ascii="Times New Roman" w:hAnsi="Times New Roman" w:cs="Times New Roman"/>
          <w:b w:val="0"/>
          <w:bCs w:val="0"/>
          <w:color w:val="auto"/>
          <w:sz w:val="24"/>
          <w:szCs w:val="24"/>
        </w:rPr>
        <w:t>internacional</w:t>
      </w:r>
      <w:proofErr w:type="spellEnd"/>
      <w:r w:rsidRPr="006A5AA2">
        <w:rPr>
          <w:rFonts w:ascii="Times New Roman" w:hAnsi="Times New Roman" w:cs="Times New Roman"/>
          <w:b w:val="0"/>
          <w:bCs w:val="0"/>
          <w:color w:val="auto"/>
          <w:sz w:val="24"/>
          <w:szCs w:val="24"/>
        </w:rPr>
        <w:t>.</w:t>
      </w:r>
    </w:p>
    <w:p w14:paraId="480A3AAF" w14:textId="71830F5A" w:rsidR="00FC7255" w:rsidRPr="006A5AA2" w:rsidRDefault="00FC7255" w:rsidP="00FC7255">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De </w:t>
      </w:r>
      <w:proofErr w:type="spellStart"/>
      <w:r w:rsidRPr="006A5AA2">
        <w:rPr>
          <w:rFonts w:ascii="Times New Roman" w:hAnsi="Times New Roman" w:cs="Times New Roman"/>
          <w:b w:val="0"/>
          <w:bCs w:val="0"/>
          <w:color w:val="auto"/>
          <w:sz w:val="24"/>
          <w:szCs w:val="24"/>
        </w:rPr>
        <w:t>acuerdo</w:t>
      </w:r>
      <w:proofErr w:type="spellEnd"/>
      <w:r w:rsidRPr="006A5AA2">
        <w:rPr>
          <w:rFonts w:ascii="Times New Roman" w:hAnsi="Times New Roman" w:cs="Times New Roman"/>
          <w:b w:val="0"/>
          <w:bCs w:val="0"/>
          <w:color w:val="auto"/>
          <w:sz w:val="24"/>
          <w:szCs w:val="24"/>
        </w:rPr>
        <w:t xml:space="preserve"> con Castells (2012), la </w:t>
      </w:r>
      <w:proofErr w:type="spellStart"/>
      <w:r w:rsidRPr="006A5AA2">
        <w:rPr>
          <w:rFonts w:ascii="Times New Roman" w:hAnsi="Times New Roman" w:cs="Times New Roman"/>
          <w:b w:val="0"/>
          <w:bCs w:val="0"/>
          <w:color w:val="auto"/>
          <w:sz w:val="24"/>
          <w:szCs w:val="24"/>
        </w:rPr>
        <w:t>sociedad</w:t>
      </w:r>
      <w:proofErr w:type="spellEnd"/>
      <w:r w:rsidRPr="006A5AA2">
        <w:rPr>
          <w:rFonts w:ascii="Times New Roman" w:hAnsi="Times New Roman" w:cs="Times New Roman"/>
          <w:b w:val="0"/>
          <w:bCs w:val="0"/>
          <w:color w:val="auto"/>
          <w:sz w:val="24"/>
          <w:szCs w:val="24"/>
        </w:rPr>
        <w:t xml:space="preserve"> actual se </w:t>
      </w:r>
      <w:proofErr w:type="spellStart"/>
      <w:r w:rsidRPr="006A5AA2">
        <w:rPr>
          <w:rFonts w:ascii="Times New Roman" w:hAnsi="Times New Roman" w:cs="Times New Roman"/>
          <w:b w:val="0"/>
          <w:bCs w:val="0"/>
          <w:color w:val="auto"/>
          <w:sz w:val="24"/>
          <w:szCs w:val="24"/>
        </w:rPr>
        <w:t>estructura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sobre</w:t>
      </w:r>
      <w:proofErr w:type="spellEnd"/>
      <w:r w:rsidRPr="006A5AA2">
        <w:rPr>
          <w:rFonts w:ascii="Times New Roman" w:hAnsi="Times New Roman" w:cs="Times New Roman"/>
          <w:b w:val="0"/>
          <w:bCs w:val="0"/>
          <w:color w:val="auto"/>
          <w:sz w:val="24"/>
          <w:szCs w:val="24"/>
        </w:rPr>
        <w:t xml:space="preserve"> redes </w:t>
      </w:r>
      <w:proofErr w:type="spellStart"/>
      <w:r w:rsidRPr="006A5AA2">
        <w:rPr>
          <w:rFonts w:ascii="Times New Roman" w:hAnsi="Times New Roman" w:cs="Times New Roman"/>
          <w:b w:val="0"/>
          <w:bCs w:val="0"/>
          <w:color w:val="auto"/>
          <w:sz w:val="24"/>
          <w:szCs w:val="24"/>
        </w:rPr>
        <w:t>digitales</w:t>
      </w:r>
      <w:proofErr w:type="spellEnd"/>
      <w:r w:rsidRPr="006A5AA2">
        <w:rPr>
          <w:rFonts w:ascii="Times New Roman" w:hAnsi="Times New Roman" w:cs="Times New Roman"/>
          <w:b w:val="0"/>
          <w:bCs w:val="0"/>
          <w:color w:val="auto"/>
          <w:sz w:val="24"/>
          <w:szCs w:val="24"/>
        </w:rPr>
        <w:t xml:space="preserve"> que </w:t>
      </w:r>
      <w:proofErr w:type="spellStart"/>
      <w:r w:rsidRPr="006A5AA2">
        <w:rPr>
          <w:rFonts w:ascii="Times New Roman" w:hAnsi="Times New Roman" w:cs="Times New Roman"/>
          <w:b w:val="0"/>
          <w:bCs w:val="0"/>
          <w:color w:val="auto"/>
          <w:sz w:val="24"/>
          <w:szCs w:val="24"/>
        </w:rPr>
        <w:t>reorganizan</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economía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derecho y la </w:t>
      </w:r>
      <w:proofErr w:type="spellStart"/>
      <w:r w:rsidRPr="006A5AA2">
        <w:rPr>
          <w:rFonts w:ascii="Times New Roman" w:hAnsi="Times New Roman" w:cs="Times New Roman"/>
          <w:b w:val="0"/>
          <w:bCs w:val="0"/>
          <w:color w:val="auto"/>
          <w:sz w:val="24"/>
          <w:szCs w:val="24"/>
        </w:rPr>
        <w:t>interacción</w:t>
      </w:r>
      <w:proofErr w:type="spellEnd"/>
      <w:r w:rsidRPr="006A5AA2">
        <w:rPr>
          <w:rFonts w:ascii="Times New Roman" w:hAnsi="Times New Roman" w:cs="Times New Roman"/>
          <w:b w:val="0"/>
          <w:bCs w:val="0"/>
          <w:color w:val="auto"/>
          <w:sz w:val="24"/>
          <w:szCs w:val="24"/>
        </w:rPr>
        <w:t xml:space="preserve"> social. En </w:t>
      </w:r>
      <w:proofErr w:type="spellStart"/>
      <w:r w:rsidRPr="006A5AA2">
        <w:rPr>
          <w:rFonts w:ascii="Times New Roman" w:hAnsi="Times New Roman" w:cs="Times New Roman"/>
          <w:b w:val="0"/>
          <w:bCs w:val="0"/>
          <w:color w:val="auto"/>
          <w:sz w:val="24"/>
          <w:szCs w:val="24"/>
        </w:rPr>
        <w:t>este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contexto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derecho ha </w:t>
      </w:r>
      <w:proofErr w:type="spellStart"/>
      <w:r w:rsidRPr="006A5AA2">
        <w:rPr>
          <w:rFonts w:ascii="Times New Roman" w:hAnsi="Times New Roman" w:cs="Times New Roman"/>
          <w:b w:val="0"/>
          <w:bCs w:val="0"/>
          <w:color w:val="auto"/>
          <w:sz w:val="24"/>
          <w:szCs w:val="24"/>
        </w:rPr>
        <w:t>debido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adaptarse</w:t>
      </w:r>
      <w:proofErr w:type="spellEnd"/>
      <w:r w:rsidRPr="006A5AA2">
        <w:rPr>
          <w:rFonts w:ascii="Times New Roman" w:hAnsi="Times New Roman" w:cs="Times New Roman"/>
          <w:b w:val="0"/>
          <w:bCs w:val="0"/>
          <w:color w:val="auto"/>
          <w:sz w:val="24"/>
          <w:szCs w:val="24"/>
        </w:rPr>
        <w:t xml:space="preserve"> a </w:t>
      </w:r>
      <w:proofErr w:type="spellStart"/>
      <w:r w:rsidRPr="006A5AA2">
        <w:rPr>
          <w:rFonts w:ascii="Times New Roman" w:hAnsi="Times New Roman" w:cs="Times New Roman"/>
          <w:b w:val="0"/>
          <w:bCs w:val="0"/>
          <w:color w:val="auto"/>
          <w:sz w:val="24"/>
          <w:szCs w:val="24"/>
        </w:rPr>
        <w:t>nuevas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formas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expresión</w:t>
      </w:r>
      <w:proofErr w:type="spellEnd"/>
      <w:r w:rsidRPr="006A5AA2">
        <w:rPr>
          <w:rFonts w:ascii="Times New Roman" w:hAnsi="Times New Roman" w:cs="Times New Roman"/>
          <w:b w:val="0"/>
          <w:bCs w:val="0"/>
          <w:color w:val="auto"/>
          <w:sz w:val="24"/>
          <w:szCs w:val="24"/>
        </w:rPr>
        <w:t xml:space="preserve"> de la </w:t>
      </w:r>
      <w:proofErr w:type="spellStart"/>
      <w:r w:rsidRPr="006A5AA2">
        <w:rPr>
          <w:rFonts w:ascii="Times New Roman" w:hAnsi="Times New Roman" w:cs="Times New Roman"/>
          <w:b w:val="0"/>
          <w:bCs w:val="0"/>
          <w:color w:val="auto"/>
          <w:sz w:val="24"/>
          <w:szCs w:val="24"/>
        </w:rPr>
        <w:t>voluntad</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nuevas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modalidades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probatorias</w:t>
      </w:r>
      <w:proofErr w:type="spellEnd"/>
      <w:r w:rsidRPr="006A5AA2">
        <w:rPr>
          <w:rFonts w:ascii="Times New Roman" w:hAnsi="Times New Roman" w:cs="Times New Roman"/>
          <w:b w:val="0"/>
          <w:bCs w:val="0"/>
          <w:color w:val="auto"/>
          <w:sz w:val="24"/>
          <w:szCs w:val="24"/>
        </w:rPr>
        <w:t xml:space="preserve"> y </w:t>
      </w:r>
      <w:proofErr w:type="spellStart"/>
      <w:r w:rsidRPr="006A5AA2">
        <w:rPr>
          <w:rFonts w:ascii="Times New Roman" w:hAnsi="Times New Roman" w:cs="Times New Roman"/>
          <w:b w:val="0"/>
          <w:bCs w:val="0"/>
          <w:color w:val="auto"/>
          <w:sz w:val="24"/>
          <w:szCs w:val="24"/>
        </w:rPr>
        <w:t>nuevas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exigencias</w:t>
      </w:r>
      <w:proofErr w:type="spellEnd"/>
      <w:r w:rsidRPr="006A5AA2">
        <w:rPr>
          <w:rFonts w:ascii="Times New Roman" w:hAnsi="Times New Roman" w:cs="Times New Roman"/>
          <w:b w:val="0"/>
          <w:bCs w:val="0"/>
          <w:color w:val="auto"/>
          <w:sz w:val="24"/>
          <w:szCs w:val="24"/>
        </w:rPr>
        <w:t xml:space="preserve"> en </w:t>
      </w:r>
      <w:proofErr w:type="spellStart"/>
      <w:r w:rsidRPr="006A5AA2">
        <w:rPr>
          <w:rFonts w:ascii="Times New Roman" w:hAnsi="Times New Roman" w:cs="Times New Roman"/>
          <w:b w:val="0"/>
          <w:bCs w:val="0"/>
          <w:color w:val="auto"/>
          <w:sz w:val="24"/>
          <w:szCs w:val="24"/>
        </w:rPr>
        <w:t>materia</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seguridad</w:t>
      </w:r>
      <w:proofErr w:type="spellEnd"/>
      <w:r w:rsidRPr="006A5AA2">
        <w:rPr>
          <w:rFonts w:ascii="Times New Roman" w:hAnsi="Times New Roman" w:cs="Times New Roman"/>
          <w:b w:val="0"/>
          <w:bCs w:val="0"/>
          <w:color w:val="auto"/>
          <w:sz w:val="24"/>
          <w:szCs w:val="24"/>
        </w:rPr>
        <w:t xml:space="preserve"> de la </w:t>
      </w:r>
      <w:proofErr w:type="spellStart"/>
      <w:r w:rsidRPr="006A5AA2">
        <w:rPr>
          <w:rFonts w:ascii="Times New Roman" w:hAnsi="Times New Roman" w:cs="Times New Roman"/>
          <w:b w:val="0"/>
          <w:bCs w:val="0"/>
          <w:color w:val="auto"/>
          <w:sz w:val="24"/>
          <w:szCs w:val="24"/>
        </w:rPr>
        <w:t>información</w:t>
      </w:r>
      <w:proofErr w:type="spellEnd"/>
      <w:r w:rsidRPr="006A5AA2">
        <w:rPr>
          <w:rFonts w:ascii="Times New Roman" w:hAnsi="Times New Roman" w:cs="Times New Roman"/>
          <w:b w:val="0"/>
          <w:bCs w:val="0"/>
          <w:color w:val="auto"/>
          <w:sz w:val="24"/>
          <w:szCs w:val="24"/>
        </w:rPr>
        <w:t xml:space="preserve">. En </w:t>
      </w:r>
      <w:proofErr w:type="spellStart"/>
      <w:r w:rsidRPr="006A5AA2">
        <w:rPr>
          <w:rFonts w:ascii="Times New Roman" w:hAnsi="Times New Roman" w:cs="Times New Roman"/>
          <w:b w:val="0"/>
          <w:bCs w:val="0"/>
          <w:color w:val="auto"/>
          <w:sz w:val="24"/>
          <w:szCs w:val="24"/>
        </w:rPr>
        <w:t>consecuencia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figuras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tradicionales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como</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manuscrita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han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evolucionado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hacia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mecanismos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digitales</w:t>
      </w:r>
      <w:proofErr w:type="spellEnd"/>
      <w:r w:rsidRPr="006A5AA2">
        <w:rPr>
          <w:rFonts w:ascii="Times New Roman" w:hAnsi="Times New Roman" w:cs="Times New Roman"/>
          <w:b w:val="0"/>
          <w:bCs w:val="0"/>
          <w:color w:val="auto"/>
          <w:sz w:val="24"/>
          <w:szCs w:val="24"/>
        </w:rPr>
        <w:t xml:space="preserve"> que </w:t>
      </w:r>
      <w:proofErr w:type="spellStart"/>
      <w:r w:rsidRPr="006A5AA2">
        <w:rPr>
          <w:rFonts w:ascii="Times New Roman" w:hAnsi="Times New Roman" w:cs="Times New Roman"/>
          <w:b w:val="0"/>
          <w:bCs w:val="0"/>
          <w:color w:val="auto"/>
          <w:sz w:val="24"/>
          <w:szCs w:val="24"/>
        </w:rPr>
        <w:t>buscan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cumplir</w:t>
      </w:r>
      <w:proofErr w:type="spellEnd"/>
      <w:r w:rsidRPr="006A5AA2">
        <w:rPr>
          <w:rFonts w:ascii="Times New Roman" w:hAnsi="Times New Roman" w:cs="Times New Roman"/>
          <w:b w:val="0"/>
          <w:bCs w:val="0"/>
          <w:color w:val="auto"/>
          <w:sz w:val="24"/>
          <w:szCs w:val="24"/>
        </w:rPr>
        <w:t xml:space="preserve"> las </w:t>
      </w:r>
      <w:proofErr w:type="spellStart"/>
      <w:r w:rsidRPr="006A5AA2">
        <w:rPr>
          <w:rFonts w:ascii="Times New Roman" w:hAnsi="Times New Roman" w:cs="Times New Roman"/>
          <w:b w:val="0"/>
          <w:bCs w:val="0"/>
          <w:color w:val="auto"/>
          <w:sz w:val="24"/>
          <w:szCs w:val="24"/>
        </w:rPr>
        <w:t>mismas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funciones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jurídicas</w:t>
      </w:r>
      <w:proofErr w:type="spellEnd"/>
      <w:r w:rsidRPr="006A5AA2">
        <w:rPr>
          <w:rFonts w:ascii="Times New Roman" w:hAnsi="Times New Roman" w:cs="Times New Roman"/>
          <w:b w:val="0"/>
          <w:bCs w:val="0"/>
          <w:color w:val="auto"/>
          <w:sz w:val="24"/>
          <w:szCs w:val="24"/>
        </w:rPr>
        <w:t xml:space="preserve"> bajo </w:t>
      </w:r>
      <w:proofErr w:type="spellStart"/>
      <w:r w:rsidRPr="006A5AA2">
        <w:rPr>
          <w:rFonts w:ascii="Times New Roman" w:hAnsi="Times New Roman" w:cs="Times New Roman"/>
          <w:b w:val="0"/>
          <w:bCs w:val="0"/>
          <w:color w:val="auto"/>
          <w:sz w:val="24"/>
          <w:szCs w:val="24"/>
        </w:rPr>
        <w:t>parámetros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tecnológicos</w:t>
      </w:r>
      <w:proofErr w:type="spellEnd"/>
      <w:r w:rsidRPr="006A5AA2">
        <w:rPr>
          <w:rFonts w:ascii="Times New Roman" w:hAnsi="Times New Roman" w:cs="Times New Roman"/>
          <w:b w:val="0"/>
          <w:bCs w:val="0"/>
          <w:color w:val="auto"/>
          <w:sz w:val="24"/>
          <w:szCs w:val="24"/>
        </w:rPr>
        <w:t>.</w:t>
      </w:r>
      <w:r w:rsidRPr="006A5AA2">
        <w:rPr>
          <w:rFonts w:ascii="Times New Roman" w:hAnsi="Times New Roman" w:cs="Times New Roman"/>
          <w:b w:val="0"/>
          <w:bCs w:val="0"/>
          <w:color w:val="auto"/>
          <w:sz w:val="24"/>
          <w:szCs w:val="24"/>
        </w:rPr>
        <w:br/>
      </w:r>
      <w:proofErr w:type="spellStart"/>
      <w:r w:rsidRPr="006A5AA2">
        <w:rPr>
          <w:rFonts w:ascii="Times New Roman" w:hAnsi="Times New Roman" w:cs="Times New Roman"/>
          <w:color w:val="auto"/>
          <w:sz w:val="24"/>
          <w:szCs w:val="24"/>
        </w:rPr>
        <w:t>Firma</w:t>
      </w:r>
      <w:proofErr w:type="spellEnd"/>
      <w:r w:rsidRPr="006A5AA2">
        <w:rPr>
          <w:rFonts w:ascii="Times New Roman" w:hAnsi="Times New Roman" w:cs="Times New Roman"/>
          <w:color w:val="auto"/>
          <w:sz w:val="24"/>
          <w:szCs w:val="24"/>
        </w:rPr>
        <w:t xml:space="preserve"> </w:t>
      </w:r>
      <w:proofErr w:type="spellStart"/>
      <w:r w:rsidRPr="006A5AA2">
        <w:rPr>
          <w:rFonts w:ascii="Times New Roman" w:hAnsi="Times New Roman" w:cs="Times New Roman"/>
          <w:color w:val="auto"/>
          <w:sz w:val="24"/>
          <w:szCs w:val="24"/>
        </w:rPr>
        <w:t>electrónica</w:t>
      </w:r>
      <w:proofErr w:type="spellEnd"/>
      <w:r w:rsidRPr="006A5AA2">
        <w:rPr>
          <w:rFonts w:ascii="Times New Roman" w:hAnsi="Times New Roman" w:cs="Times New Roman"/>
          <w:color w:val="auto"/>
          <w:sz w:val="24"/>
          <w:szCs w:val="24"/>
        </w:rPr>
        <w:t xml:space="preserve"> y </w:t>
      </w:r>
      <w:proofErr w:type="spellStart"/>
      <w:r w:rsidRPr="006A5AA2">
        <w:rPr>
          <w:rFonts w:ascii="Times New Roman" w:hAnsi="Times New Roman" w:cs="Times New Roman"/>
          <w:color w:val="auto"/>
          <w:sz w:val="24"/>
          <w:szCs w:val="24"/>
        </w:rPr>
        <w:t>firma</w:t>
      </w:r>
      <w:proofErr w:type="spellEnd"/>
      <w:r w:rsidRPr="006A5AA2">
        <w:rPr>
          <w:rFonts w:ascii="Times New Roman" w:hAnsi="Times New Roman" w:cs="Times New Roman"/>
          <w:color w:val="auto"/>
          <w:sz w:val="24"/>
          <w:szCs w:val="24"/>
        </w:rPr>
        <w:t xml:space="preserve"> digital: </w:t>
      </w:r>
      <w:proofErr w:type="spellStart"/>
      <w:r w:rsidRPr="006A5AA2">
        <w:rPr>
          <w:rFonts w:ascii="Times New Roman" w:hAnsi="Times New Roman" w:cs="Times New Roman"/>
          <w:color w:val="auto"/>
          <w:sz w:val="24"/>
          <w:szCs w:val="24"/>
        </w:rPr>
        <w:t>distinción</w:t>
      </w:r>
      <w:proofErr w:type="spellEnd"/>
      <w:r w:rsidRPr="006A5AA2">
        <w:rPr>
          <w:rFonts w:ascii="Times New Roman" w:hAnsi="Times New Roman" w:cs="Times New Roman"/>
          <w:color w:val="auto"/>
          <w:sz w:val="24"/>
          <w:szCs w:val="24"/>
        </w:rPr>
        <w:t xml:space="preserve"> conceptual</w:t>
      </w:r>
    </w:p>
    <w:p w14:paraId="265C37CE" w14:textId="1ADE7B3E" w:rsidR="00FC7255" w:rsidRPr="006A5AA2" w:rsidRDefault="00FC7255" w:rsidP="00FC7255">
      <w:pPr>
        <w:pStyle w:val="Ttulo2"/>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Desde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punto de vista doctrinal y </w:t>
      </w:r>
      <w:proofErr w:type="spellStart"/>
      <w:r w:rsidRPr="006A5AA2">
        <w:rPr>
          <w:rFonts w:ascii="Times New Roman" w:hAnsi="Times New Roman" w:cs="Times New Roman"/>
          <w:b w:val="0"/>
          <w:bCs w:val="0"/>
          <w:color w:val="auto"/>
          <w:sz w:val="24"/>
          <w:szCs w:val="24"/>
        </w:rPr>
        <w:t>normativo</w:t>
      </w:r>
      <w:proofErr w:type="spellEnd"/>
      <w:r w:rsidRPr="006A5AA2">
        <w:rPr>
          <w:rFonts w:ascii="Times New Roman" w:hAnsi="Times New Roman" w:cs="Times New Roman"/>
          <w:b w:val="0"/>
          <w:bCs w:val="0"/>
          <w:color w:val="auto"/>
          <w:sz w:val="24"/>
          <w:szCs w:val="24"/>
        </w:rPr>
        <w:t xml:space="preserve">, es fundamental </w:t>
      </w:r>
      <w:proofErr w:type="spellStart"/>
      <w:r w:rsidRPr="006A5AA2">
        <w:rPr>
          <w:rFonts w:ascii="Times New Roman" w:hAnsi="Times New Roman" w:cs="Times New Roman"/>
          <w:b w:val="0"/>
          <w:bCs w:val="0"/>
          <w:color w:val="auto"/>
          <w:sz w:val="24"/>
          <w:szCs w:val="24"/>
        </w:rPr>
        <w:t>diferenciar</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electrónica</w:t>
      </w:r>
      <w:proofErr w:type="spellEnd"/>
      <w:r w:rsidRPr="006A5AA2">
        <w:rPr>
          <w:rFonts w:ascii="Times New Roman" w:hAnsi="Times New Roman" w:cs="Times New Roman"/>
          <w:b w:val="0"/>
          <w:bCs w:val="0"/>
          <w:color w:val="auto"/>
          <w:sz w:val="24"/>
          <w:szCs w:val="24"/>
        </w:rPr>
        <w:t xml:space="preserve"> de 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digital, </w:t>
      </w:r>
      <w:proofErr w:type="spellStart"/>
      <w:r w:rsidRPr="006A5AA2">
        <w:rPr>
          <w:rFonts w:ascii="Times New Roman" w:hAnsi="Times New Roman" w:cs="Times New Roman"/>
          <w:b w:val="0"/>
          <w:bCs w:val="0"/>
          <w:color w:val="auto"/>
          <w:sz w:val="24"/>
          <w:szCs w:val="24"/>
        </w:rPr>
        <w:t>distinción</w:t>
      </w:r>
      <w:proofErr w:type="spellEnd"/>
      <w:r w:rsidRPr="006A5AA2">
        <w:rPr>
          <w:rFonts w:ascii="Times New Roman" w:hAnsi="Times New Roman" w:cs="Times New Roman"/>
          <w:b w:val="0"/>
          <w:bCs w:val="0"/>
          <w:color w:val="auto"/>
          <w:sz w:val="24"/>
          <w:szCs w:val="24"/>
        </w:rPr>
        <w:t xml:space="preserve"> que cobra especial </w:t>
      </w:r>
      <w:proofErr w:type="spellStart"/>
      <w:r w:rsidRPr="006A5AA2">
        <w:rPr>
          <w:rFonts w:ascii="Times New Roman" w:hAnsi="Times New Roman" w:cs="Times New Roman"/>
          <w:b w:val="0"/>
          <w:bCs w:val="0"/>
          <w:color w:val="auto"/>
          <w:sz w:val="24"/>
          <w:szCs w:val="24"/>
        </w:rPr>
        <w:t>relevancia</w:t>
      </w:r>
      <w:proofErr w:type="spellEnd"/>
      <w:r w:rsidRPr="006A5AA2">
        <w:rPr>
          <w:rFonts w:ascii="Times New Roman" w:hAnsi="Times New Roman" w:cs="Times New Roman"/>
          <w:b w:val="0"/>
          <w:bCs w:val="0"/>
          <w:color w:val="auto"/>
          <w:sz w:val="24"/>
          <w:szCs w:val="24"/>
        </w:rPr>
        <w:t xml:space="preserve"> en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análisis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comparado</w:t>
      </w:r>
      <w:proofErr w:type="spellEnd"/>
      <w:r w:rsidRPr="006A5AA2">
        <w:rPr>
          <w:rFonts w:ascii="Times New Roman" w:hAnsi="Times New Roman" w:cs="Times New Roman"/>
          <w:b w:val="0"/>
          <w:bCs w:val="0"/>
          <w:color w:val="auto"/>
          <w:sz w:val="24"/>
          <w:szCs w:val="24"/>
        </w:rPr>
        <w:t xml:space="preserve"> entre Colombia y Panamá.</w:t>
      </w:r>
    </w:p>
    <w:p w14:paraId="303BA979" w14:textId="71D08436" w:rsidR="00FC7255" w:rsidRPr="006A5AA2" w:rsidRDefault="00FC7255" w:rsidP="00FC7255">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lastRenderedPageBreak/>
        <w:t xml:space="preserve">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electrónica</w:t>
      </w:r>
      <w:proofErr w:type="spellEnd"/>
      <w:r w:rsidRPr="006A5AA2">
        <w:rPr>
          <w:rFonts w:ascii="Times New Roman" w:hAnsi="Times New Roman" w:cs="Times New Roman"/>
          <w:b w:val="0"/>
          <w:bCs w:val="0"/>
          <w:color w:val="auto"/>
          <w:sz w:val="24"/>
          <w:szCs w:val="24"/>
        </w:rPr>
        <w:t xml:space="preserve"> se define </w:t>
      </w:r>
      <w:proofErr w:type="spellStart"/>
      <w:r w:rsidRPr="006A5AA2">
        <w:rPr>
          <w:rFonts w:ascii="Times New Roman" w:hAnsi="Times New Roman" w:cs="Times New Roman"/>
          <w:b w:val="0"/>
          <w:bCs w:val="0"/>
          <w:color w:val="auto"/>
          <w:sz w:val="24"/>
          <w:szCs w:val="24"/>
        </w:rPr>
        <w:t>como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cualquier</w:t>
      </w:r>
      <w:proofErr w:type="spellEnd"/>
      <w:r w:rsidRPr="006A5AA2">
        <w:rPr>
          <w:rFonts w:ascii="Times New Roman" w:hAnsi="Times New Roman" w:cs="Times New Roman"/>
          <w:b w:val="0"/>
          <w:bCs w:val="0"/>
          <w:color w:val="auto"/>
          <w:sz w:val="24"/>
          <w:szCs w:val="24"/>
        </w:rPr>
        <w:t xml:space="preserve"> conjunto de </w:t>
      </w:r>
      <w:proofErr w:type="spellStart"/>
      <w:r w:rsidRPr="006A5AA2">
        <w:rPr>
          <w:rFonts w:ascii="Times New Roman" w:hAnsi="Times New Roman" w:cs="Times New Roman"/>
          <w:b w:val="0"/>
          <w:bCs w:val="0"/>
          <w:color w:val="auto"/>
          <w:sz w:val="24"/>
          <w:szCs w:val="24"/>
        </w:rPr>
        <w:t>datos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electrónicos</w:t>
      </w:r>
      <w:proofErr w:type="spellEnd"/>
      <w:r w:rsidRPr="006A5AA2">
        <w:rPr>
          <w:rFonts w:ascii="Times New Roman" w:hAnsi="Times New Roman" w:cs="Times New Roman"/>
          <w:b w:val="0"/>
          <w:bCs w:val="0"/>
          <w:color w:val="auto"/>
          <w:sz w:val="24"/>
          <w:szCs w:val="24"/>
        </w:rPr>
        <w:t xml:space="preserve"> que </w:t>
      </w:r>
      <w:proofErr w:type="spellStart"/>
      <w:r w:rsidRPr="006A5AA2">
        <w:rPr>
          <w:rFonts w:ascii="Times New Roman" w:hAnsi="Times New Roman" w:cs="Times New Roman"/>
          <w:b w:val="0"/>
          <w:bCs w:val="0"/>
          <w:color w:val="auto"/>
          <w:sz w:val="24"/>
          <w:szCs w:val="24"/>
        </w:rPr>
        <w:t>permite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identificar</w:t>
      </w:r>
      <w:proofErr w:type="spellEnd"/>
      <w:r w:rsidRPr="006A5AA2">
        <w:rPr>
          <w:rFonts w:ascii="Times New Roman" w:hAnsi="Times New Roman" w:cs="Times New Roman"/>
          <w:b w:val="0"/>
          <w:bCs w:val="0"/>
          <w:color w:val="auto"/>
          <w:sz w:val="24"/>
          <w:szCs w:val="24"/>
        </w:rPr>
        <w:t xml:space="preserve"> al </w:t>
      </w:r>
      <w:proofErr w:type="spellStart"/>
      <w:r w:rsidRPr="006A5AA2">
        <w:rPr>
          <w:rFonts w:ascii="Times New Roman" w:hAnsi="Times New Roman" w:cs="Times New Roman"/>
          <w:b w:val="0"/>
          <w:bCs w:val="0"/>
          <w:color w:val="auto"/>
          <w:sz w:val="24"/>
          <w:szCs w:val="24"/>
        </w:rPr>
        <w:t>firmante</w:t>
      </w:r>
      <w:proofErr w:type="spellEnd"/>
      <w:r w:rsidRPr="006A5AA2">
        <w:rPr>
          <w:rFonts w:ascii="Times New Roman" w:hAnsi="Times New Roman" w:cs="Times New Roman"/>
          <w:b w:val="0"/>
          <w:bCs w:val="0"/>
          <w:color w:val="auto"/>
          <w:sz w:val="24"/>
          <w:szCs w:val="24"/>
        </w:rPr>
        <w:t xml:space="preserve"> y </w:t>
      </w:r>
      <w:proofErr w:type="spellStart"/>
      <w:r w:rsidRPr="006A5AA2">
        <w:rPr>
          <w:rFonts w:ascii="Times New Roman" w:hAnsi="Times New Roman" w:cs="Times New Roman"/>
          <w:b w:val="0"/>
          <w:bCs w:val="0"/>
          <w:color w:val="auto"/>
          <w:sz w:val="24"/>
          <w:szCs w:val="24"/>
        </w:rPr>
        <w:t>asociarlo</w:t>
      </w:r>
      <w:proofErr w:type="spellEnd"/>
      <w:r w:rsidRPr="006A5AA2">
        <w:rPr>
          <w:rFonts w:ascii="Times New Roman" w:hAnsi="Times New Roman" w:cs="Times New Roman"/>
          <w:b w:val="0"/>
          <w:bCs w:val="0"/>
          <w:color w:val="auto"/>
          <w:sz w:val="24"/>
          <w:szCs w:val="24"/>
        </w:rPr>
        <w:t xml:space="preserve"> a un </w:t>
      </w:r>
      <w:proofErr w:type="spellStart"/>
      <w:r w:rsidRPr="006A5AA2">
        <w:rPr>
          <w:rFonts w:ascii="Times New Roman" w:hAnsi="Times New Roman" w:cs="Times New Roman"/>
          <w:b w:val="0"/>
          <w:bCs w:val="0"/>
          <w:color w:val="auto"/>
          <w:sz w:val="24"/>
          <w:szCs w:val="24"/>
        </w:rPr>
        <w:t>documento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electrónico</w:t>
      </w:r>
      <w:proofErr w:type="spellEnd"/>
      <w:r w:rsidRPr="006A5AA2">
        <w:rPr>
          <w:rFonts w:ascii="Times New Roman" w:hAnsi="Times New Roman" w:cs="Times New Roman"/>
          <w:b w:val="0"/>
          <w:bCs w:val="0"/>
          <w:color w:val="auto"/>
          <w:sz w:val="24"/>
          <w:szCs w:val="24"/>
        </w:rPr>
        <w:t xml:space="preserve">, sin </w:t>
      </w:r>
      <w:proofErr w:type="spellStart"/>
      <w:r w:rsidRPr="006A5AA2">
        <w:rPr>
          <w:rFonts w:ascii="Times New Roman" w:hAnsi="Times New Roman" w:cs="Times New Roman"/>
          <w:b w:val="0"/>
          <w:bCs w:val="0"/>
          <w:color w:val="auto"/>
          <w:sz w:val="24"/>
          <w:szCs w:val="24"/>
        </w:rPr>
        <w:t>requerir</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necesariamente</w:t>
      </w:r>
      <w:proofErr w:type="spellEnd"/>
      <w:r w:rsidRPr="006A5AA2">
        <w:rPr>
          <w:rFonts w:ascii="Times New Roman" w:hAnsi="Times New Roman" w:cs="Times New Roman"/>
          <w:b w:val="0"/>
          <w:bCs w:val="0"/>
          <w:color w:val="auto"/>
          <w:sz w:val="24"/>
          <w:szCs w:val="24"/>
        </w:rPr>
        <w:t xml:space="preserve"> un </w:t>
      </w:r>
      <w:proofErr w:type="spellStart"/>
      <w:r w:rsidRPr="006A5AA2">
        <w:rPr>
          <w:rFonts w:ascii="Times New Roman" w:hAnsi="Times New Roman" w:cs="Times New Roman"/>
          <w:b w:val="0"/>
          <w:bCs w:val="0"/>
          <w:color w:val="auto"/>
          <w:sz w:val="24"/>
          <w:szCs w:val="24"/>
        </w:rPr>
        <w:t>sistema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criptográfico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especializado</w:t>
      </w:r>
      <w:proofErr w:type="spellEnd"/>
      <w:r w:rsidRPr="006A5AA2">
        <w:rPr>
          <w:rFonts w:ascii="Times New Roman" w:hAnsi="Times New Roman" w:cs="Times New Roman"/>
          <w:b w:val="0"/>
          <w:bCs w:val="0"/>
          <w:color w:val="auto"/>
          <w:sz w:val="24"/>
          <w:szCs w:val="24"/>
        </w:rPr>
        <w:t xml:space="preserve">. En </w:t>
      </w:r>
      <w:proofErr w:type="spellStart"/>
      <w:r w:rsidRPr="006A5AA2">
        <w:rPr>
          <w:rFonts w:ascii="Times New Roman" w:hAnsi="Times New Roman" w:cs="Times New Roman"/>
          <w:b w:val="0"/>
          <w:bCs w:val="0"/>
          <w:color w:val="auto"/>
          <w:sz w:val="24"/>
          <w:szCs w:val="24"/>
        </w:rPr>
        <w:t>cambio</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digital </w:t>
      </w:r>
      <w:proofErr w:type="spellStart"/>
      <w:r w:rsidRPr="006A5AA2">
        <w:rPr>
          <w:rFonts w:ascii="Times New Roman" w:hAnsi="Times New Roman" w:cs="Times New Roman"/>
          <w:b w:val="0"/>
          <w:bCs w:val="0"/>
          <w:color w:val="auto"/>
          <w:sz w:val="24"/>
          <w:szCs w:val="24"/>
        </w:rPr>
        <w:t>corresponde</w:t>
      </w:r>
      <w:proofErr w:type="spellEnd"/>
      <w:r w:rsidRPr="006A5AA2">
        <w:rPr>
          <w:rFonts w:ascii="Times New Roman" w:hAnsi="Times New Roman" w:cs="Times New Roman"/>
          <w:b w:val="0"/>
          <w:bCs w:val="0"/>
          <w:color w:val="auto"/>
          <w:sz w:val="24"/>
          <w:szCs w:val="24"/>
        </w:rPr>
        <w:t xml:space="preserve"> a </w:t>
      </w:r>
      <w:proofErr w:type="spellStart"/>
      <w:r w:rsidRPr="006A5AA2">
        <w:rPr>
          <w:rFonts w:ascii="Times New Roman" w:hAnsi="Times New Roman" w:cs="Times New Roman"/>
          <w:b w:val="0"/>
          <w:bCs w:val="0"/>
          <w:color w:val="auto"/>
          <w:sz w:val="24"/>
          <w:szCs w:val="24"/>
        </w:rPr>
        <w:t>una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especie</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electrónica</w:t>
      </w:r>
      <w:proofErr w:type="spellEnd"/>
      <w:r w:rsidRPr="006A5AA2">
        <w:rPr>
          <w:rFonts w:ascii="Times New Roman" w:hAnsi="Times New Roman" w:cs="Times New Roman"/>
          <w:b w:val="0"/>
          <w:bCs w:val="0"/>
          <w:color w:val="auto"/>
          <w:sz w:val="24"/>
          <w:szCs w:val="24"/>
        </w:rPr>
        <w:t xml:space="preserve"> que </w:t>
      </w:r>
      <w:proofErr w:type="spellStart"/>
      <w:r w:rsidRPr="006A5AA2">
        <w:rPr>
          <w:rFonts w:ascii="Times New Roman" w:hAnsi="Times New Roman" w:cs="Times New Roman"/>
          <w:b w:val="0"/>
          <w:bCs w:val="0"/>
          <w:color w:val="auto"/>
          <w:sz w:val="24"/>
          <w:szCs w:val="24"/>
        </w:rPr>
        <w:t>utiliza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métodos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criptográficos</w:t>
      </w:r>
      <w:proofErr w:type="spellEnd"/>
      <w:r w:rsidRPr="006A5AA2">
        <w:rPr>
          <w:rFonts w:ascii="Times New Roman" w:hAnsi="Times New Roman" w:cs="Times New Roman"/>
          <w:b w:val="0"/>
          <w:bCs w:val="0"/>
          <w:color w:val="auto"/>
          <w:sz w:val="24"/>
          <w:szCs w:val="24"/>
        </w:rPr>
        <w:t xml:space="preserve"> de clave </w:t>
      </w:r>
      <w:proofErr w:type="spellStart"/>
      <w:r w:rsidRPr="006A5AA2">
        <w:rPr>
          <w:rFonts w:ascii="Times New Roman" w:hAnsi="Times New Roman" w:cs="Times New Roman"/>
          <w:b w:val="0"/>
          <w:bCs w:val="0"/>
          <w:color w:val="auto"/>
          <w:sz w:val="24"/>
          <w:szCs w:val="24"/>
        </w:rPr>
        <w:t>pública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garantizando</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autenticidad</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integridad</w:t>
      </w:r>
      <w:proofErr w:type="spellEnd"/>
      <w:r w:rsidRPr="006A5AA2">
        <w:rPr>
          <w:rFonts w:ascii="Times New Roman" w:hAnsi="Times New Roman" w:cs="Times New Roman"/>
          <w:b w:val="0"/>
          <w:bCs w:val="0"/>
          <w:color w:val="auto"/>
          <w:sz w:val="24"/>
          <w:szCs w:val="24"/>
        </w:rPr>
        <w:t xml:space="preserve"> y no </w:t>
      </w:r>
      <w:proofErr w:type="spellStart"/>
      <w:r w:rsidRPr="006A5AA2">
        <w:rPr>
          <w:rFonts w:ascii="Times New Roman" w:hAnsi="Times New Roman" w:cs="Times New Roman"/>
          <w:b w:val="0"/>
          <w:bCs w:val="0"/>
          <w:color w:val="auto"/>
          <w:sz w:val="24"/>
          <w:szCs w:val="24"/>
        </w:rPr>
        <w:t>repudio</w:t>
      </w:r>
      <w:proofErr w:type="spellEnd"/>
      <w:r w:rsidRPr="006A5AA2">
        <w:rPr>
          <w:rFonts w:ascii="Times New Roman" w:hAnsi="Times New Roman" w:cs="Times New Roman"/>
          <w:b w:val="0"/>
          <w:bCs w:val="0"/>
          <w:color w:val="auto"/>
          <w:sz w:val="24"/>
          <w:szCs w:val="24"/>
        </w:rPr>
        <w:t xml:space="preserve"> del </w:t>
      </w:r>
      <w:proofErr w:type="spellStart"/>
      <w:r w:rsidRPr="006A5AA2">
        <w:rPr>
          <w:rFonts w:ascii="Times New Roman" w:hAnsi="Times New Roman" w:cs="Times New Roman"/>
          <w:b w:val="0"/>
          <w:bCs w:val="0"/>
          <w:color w:val="auto"/>
          <w:sz w:val="24"/>
          <w:szCs w:val="24"/>
        </w:rPr>
        <w:t>documento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firmado</w:t>
      </w:r>
      <w:proofErr w:type="spellEnd"/>
      <w:r w:rsidRPr="006A5AA2">
        <w:rPr>
          <w:rFonts w:ascii="Times New Roman" w:hAnsi="Times New Roman" w:cs="Times New Roman"/>
          <w:b w:val="0"/>
          <w:bCs w:val="0"/>
          <w:color w:val="auto"/>
          <w:sz w:val="24"/>
          <w:szCs w:val="24"/>
        </w:rPr>
        <w:t>.</w:t>
      </w:r>
    </w:p>
    <w:p w14:paraId="0F70CD9D" w14:textId="676CFAA9" w:rsidR="00FC7255" w:rsidRPr="006A5AA2" w:rsidRDefault="00FC7255" w:rsidP="00FC7255">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En Colombia, la Ley 527 de 1999 </w:t>
      </w:r>
      <w:proofErr w:type="spellStart"/>
      <w:r w:rsidRPr="006A5AA2">
        <w:rPr>
          <w:rFonts w:ascii="Times New Roman" w:hAnsi="Times New Roman" w:cs="Times New Roman"/>
          <w:b w:val="0"/>
          <w:bCs w:val="0"/>
          <w:color w:val="auto"/>
          <w:sz w:val="24"/>
          <w:szCs w:val="24"/>
        </w:rPr>
        <w:t>establece</w:t>
      </w:r>
      <w:proofErr w:type="spellEnd"/>
      <w:r w:rsidRPr="006A5AA2">
        <w:rPr>
          <w:rFonts w:ascii="Times New Roman" w:hAnsi="Times New Roman" w:cs="Times New Roman"/>
          <w:b w:val="0"/>
          <w:bCs w:val="0"/>
          <w:color w:val="auto"/>
          <w:sz w:val="24"/>
          <w:szCs w:val="24"/>
        </w:rPr>
        <w:t xml:space="preserve"> que 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digital </w:t>
      </w:r>
      <w:proofErr w:type="spellStart"/>
      <w:r w:rsidRPr="006A5AA2">
        <w:rPr>
          <w:rFonts w:ascii="Times New Roman" w:hAnsi="Times New Roman" w:cs="Times New Roman"/>
          <w:b w:val="0"/>
          <w:bCs w:val="0"/>
          <w:color w:val="auto"/>
          <w:sz w:val="24"/>
          <w:szCs w:val="24"/>
        </w:rPr>
        <w:t>debe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cumplir</w:t>
      </w:r>
      <w:proofErr w:type="spellEnd"/>
      <w:r w:rsidRPr="006A5AA2">
        <w:rPr>
          <w:rFonts w:ascii="Times New Roman" w:hAnsi="Times New Roman" w:cs="Times New Roman"/>
          <w:b w:val="0"/>
          <w:bCs w:val="0"/>
          <w:color w:val="auto"/>
          <w:sz w:val="24"/>
          <w:szCs w:val="24"/>
        </w:rPr>
        <w:t xml:space="preserve"> con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siguientes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atributos</w:t>
      </w:r>
      <w:proofErr w:type="spellEnd"/>
      <w:r w:rsidRPr="006A5AA2">
        <w:rPr>
          <w:rFonts w:ascii="Times New Roman" w:hAnsi="Times New Roman" w:cs="Times New Roman"/>
          <w:b w:val="0"/>
          <w:bCs w:val="0"/>
          <w:color w:val="auto"/>
          <w:sz w:val="24"/>
          <w:szCs w:val="24"/>
        </w:rPr>
        <w:t>:</w:t>
      </w:r>
    </w:p>
    <w:p w14:paraId="5E33E473" w14:textId="77777777" w:rsidR="00D96C18" w:rsidRPr="006A5AA2" w:rsidRDefault="00FC7255" w:rsidP="00D96C18">
      <w:pPr>
        <w:pStyle w:val="Ttulo2"/>
        <w:numPr>
          <w:ilvl w:val="0"/>
          <w:numId w:val="12"/>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Autenticidad</w:t>
      </w:r>
      <w:proofErr w:type="spellEnd"/>
    </w:p>
    <w:p w14:paraId="4B4C696F" w14:textId="77777777" w:rsidR="00D96C18" w:rsidRPr="006A5AA2" w:rsidRDefault="00FC7255" w:rsidP="00FC7255">
      <w:pPr>
        <w:pStyle w:val="Ttulo2"/>
        <w:numPr>
          <w:ilvl w:val="0"/>
          <w:numId w:val="12"/>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Integridad</w:t>
      </w:r>
      <w:proofErr w:type="spellEnd"/>
    </w:p>
    <w:p w14:paraId="7FD56509" w14:textId="77777777" w:rsidR="00D96C18" w:rsidRPr="006A5AA2" w:rsidRDefault="00FC7255" w:rsidP="00FC7255">
      <w:pPr>
        <w:pStyle w:val="Ttulo2"/>
        <w:numPr>
          <w:ilvl w:val="0"/>
          <w:numId w:val="12"/>
        </w:numPr>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No </w:t>
      </w:r>
      <w:proofErr w:type="spellStart"/>
      <w:r w:rsidRPr="006A5AA2">
        <w:rPr>
          <w:rFonts w:ascii="Times New Roman" w:hAnsi="Times New Roman" w:cs="Times New Roman"/>
          <w:b w:val="0"/>
          <w:bCs w:val="0"/>
          <w:color w:val="auto"/>
          <w:sz w:val="24"/>
          <w:szCs w:val="24"/>
        </w:rPr>
        <w:t>repudio</w:t>
      </w:r>
      <w:proofErr w:type="spellEnd"/>
    </w:p>
    <w:p w14:paraId="32AB844B" w14:textId="5D0E1200" w:rsidR="00FC7255" w:rsidRPr="006A5AA2" w:rsidRDefault="00FC7255" w:rsidP="00FC7255">
      <w:pPr>
        <w:pStyle w:val="Ttulo2"/>
        <w:numPr>
          <w:ilvl w:val="0"/>
          <w:numId w:val="12"/>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Confidencialidad</w:t>
      </w:r>
      <w:proofErr w:type="spellEnd"/>
    </w:p>
    <w:p w14:paraId="06408AEA" w14:textId="0CBB21F6" w:rsidR="00FC7255" w:rsidRPr="006A5AA2" w:rsidRDefault="00FC7255" w:rsidP="00FC7255">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Esta </w:t>
      </w:r>
      <w:proofErr w:type="spellStart"/>
      <w:r w:rsidRPr="006A5AA2">
        <w:rPr>
          <w:rFonts w:ascii="Times New Roman" w:hAnsi="Times New Roman" w:cs="Times New Roman"/>
          <w:b w:val="0"/>
          <w:bCs w:val="0"/>
          <w:color w:val="auto"/>
          <w:sz w:val="24"/>
          <w:szCs w:val="24"/>
        </w:rPr>
        <w:t>distinción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también</w:t>
      </w:r>
      <w:proofErr w:type="spellEnd"/>
      <w:r w:rsidRPr="006A5AA2">
        <w:rPr>
          <w:rFonts w:ascii="Times New Roman" w:hAnsi="Times New Roman" w:cs="Times New Roman"/>
          <w:b w:val="0"/>
          <w:bCs w:val="0"/>
          <w:color w:val="auto"/>
          <w:sz w:val="24"/>
          <w:szCs w:val="24"/>
        </w:rPr>
        <w:t xml:space="preserve"> es </w:t>
      </w:r>
      <w:proofErr w:type="spellStart"/>
      <w:r w:rsidRPr="006A5AA2">
        <w:rPr>
          <w:rFonts w:ascii="Times New Roman" w:hAnsi="Times New Roman" w:cs="Times New Roman"/>
          <w:b w:val="0"/>
          <w:bCs w:val="0"/>
          <w:color w:val="auto"/>
          <w:sz w:val="24"/>
          <w:szCs w:val="24"/>
        </w:rPr>
        <w:t>reconocida</w:t>
      </w:r>
      <w:proofErr w:type="spellEnd"/>
      <w:r w:rsidRPr="006A5AA2">
        <w:rPr>
          <w:rFonts w:ascii="Times New Roman" w:hAnsi="Times New Roman" w:cs="Times New Roman"/>
          <w:b w:val="0"/>
          <w:bCs w:val="0"/>
          <w:color w:val="auto"/>
          <w:sz w:val="24"/>
          <w:szCs w:val="24"/>
        </w:rPr>
        <w:t xml:space="preserve"> en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ámbito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internacional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por</w:t>
      </w:r>
      <w:proofErr w:type="spellEnd"/>
      <w:r w:rsidRPr="006A5AA2">
        <w:rPr>
          <w:rFonts w:ascii="Times New Roman" w:hAnsi="Times New Roman" w:cs="Times New Roman"/>
          <w:b w:val="0"/>
          <w:bCs w:val="0"/>
          <w:color w:val="auto"/>
          <w:sz w:val="24"/>
          <w:szCs w:val="24"/>
        </w:rPr>
        <w:t xml:space="preserve"> la Ley </w:t>
      </w:r>
      <w:proofErr w:type="spellStart"/>
      <w:r w:rsidRPr="006A5AA2">
        <w:rPr>
          <w:rFonts w:ascii="Times New Roman" w:hAnsi="Times New Roman" w:cs="Times New Roman"/>
          <w:b w:val="0"/>
          <w:bCs w:val="0"/>
          <w:color w:val="auto"/>
          <w:sz w:val="24"/>
          <w:szCs w:val="24"/>
        </w:rPr>
        <w:t>Modelo</w:t>
      </w:r>
      <w:proofErr w:type="spellEnd"/>
      <w:r w:rsidRPr="006A5AA2">
        <w:rPr>
          <w:rFonts w:ascii="Times New Roman" w:hAnsi="Times New Roman" w:cs="Times New Roman"/>
          <w:b w:val="0"/>
          <w:bCs w:val="0"/>
          <w:color w:val="auto"/>
          <w:sz w:val="24"/>
          <w:szCs w:val="24"/>
        </w:rPr>
        <w:t xml:space="preserve"> de la CNUDMI </w:t>
      </w:r>
      <w:proofErr w:type="spellStart"/>
      <w:r w:rsidRPr="006A5AA2">
        <w:rPr>
          <w:rFonts w:ascii="Times New Roman" w:hAnsi="Times New Roman" w:cs="Times New Roman"/>
          <w:b w:val="0"/>
          <w:bCs w:val="0"/>
          <w:color w:val="auto"/>
          <w:sz w:val="24"/>
          <w:szCs w:val="24"/>
        </w:rPr>
        <w:t>sobre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Firmas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Electrónicas</w:t>
      </w:r>
      <w:proofErr w:type="spellEnd"/>
      <w:r w:rsidRPr="006A5AA2">
        <w:rPr>
          <w:rFonts w:ascii="Times New Roman" w:hAnsi="Times New Roman" w:cs="Times New Roman"/>
          <w:b w:val="0"/>
          <w:bCs w:val="0"/>
          <w:color w:val="auto"/>
          <w:sz w:val="24"/>
          <w:szCs w:val="24"/>
        </w:rPr>
        <w:t xml:space="preserve"> (2001), la </w:t>
      </w:r>
      <w:proofErr w:type="spellStart"/>
      <w:r w:rsidRPr="006A5AA2">
        <w:rPr>
          <w:rFonts w:ascii="Times New Roman" w:hAnsi="Times New Roman" w:cs="Times New Roman"/>
          <w:b w:val="0"/>
          <w:bCs w:val="0"/>
          <w:color w:val="auto"/>
          <w:sz w:val="24"/>
          <w:szCs w:val="24"/>
        </w:rPr>
        <w:t>cual</w:t>
      </w:r>
      <w:proofErr w:type="spellEnd"/>
      <w:r w:rsidRPr="006A5AA2">
        <w:rPr>
          <w:rFonts w:ascii="Times New Roman" w:hAnsi="Times New Roman" w:cs="Times New Roman"/>
          <w:b w:val="0"/>
          <w:bCs w:val="0"/>
          <w:color w:val="auto"/>
          <w:sz w:val="24"/>
          <w:szCs w:val="24"/>
        </w:rPr>
        <w:t xml:space="preserve"> introduce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principio de </w:t>
      </w:r>
      <w:proofErr w:type="spellStart"/>
      <w:r w:rsidRPr="006A5AA2">
        <w:rPr>
          <w:rFonts w:ascii="Times New Roman" w:hAnsi="Times New Roman" w:cs="Times New Roman"/>
          <w:b w:val="0"/>
          <w:bCs w:val="0"/>
          <w:color w:val="auto"/>
          <w:sz w:val="24"/>
          <w:szCs w:val="24"/>
        </w:rPr>
        <w:t>equivalencia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funcional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según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cual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documentos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electrónicos</w:t>
      </w:r>
      <w:proofErr w:type="spellEnd"/>
      <w:r w:rsidRPr="006A5AA2">
        <w:rPr>
          <w:rFonts w:ascii="Times New Roman" w:hAnsi="Times New Roman" w:cs="Times New Roman"/>
          <w:b w:val="0"/>
          <w:bCs w:val="0"/>
          <w:color w:val="auto"/>
          <w:sz w:val="24"/>
          <w:szCs w:val="24"/>
        </w:rPr>
        <w:t xml:space="preserve"> y sus </w:t>
      </w:r>
      <w:proofErr w:type="spellStart"/>
      <w:r w:rsidRPr="006A5AA2">
        <w:rPr>
          <w:rFonts w:ascii="Times New Roman" w:hAnsi="Times New Roman" w:cs="Times New Roman"/>
          <w:b w:val="0"/>
          <w:bCs w:val="0"/>
          <w:color w:val="auto"/>
          <w:sz w:val="24"/>
          <w:szCs w:val="24"/>
        </w:rPr>
        <w:t>firmas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pueden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producir</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mismos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efectos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jurídicos</w:t>
      </w:r>
      <w:proofErr w:type="spellEnd"/>
      <w:r w:rsidRPr="006A5AA2">
        <w:rPr>
          <w:rFonts w:ascii="Times New Roman" w:hAnsi="Times New Roman" w:cs="Times New Roman"/>
          <w:b w:val="0"/>
          <w:bCs w:val="0"/>
          <w:color w:val="auto"/>
          <w:sz w:val="24"/>
          <w:szCs w:val="24"/>
        </w:rPr>
        <w:t xml:space="preserve"> que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documentos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físicos</w:t>
      </w:r>
      <w:proofErr w:type="spellEnd"/>
      <w:r w:rsidR="006A5AA2">
        <w:rPr>
          <w:rFonts w:ascii="Times New Roman" w:hAnsi="Times New Roman" w:cs="Times New Roman"/>
          <w:b w:val="0"/>
          <w:bCs w:val="0"/>
          <w:color w:val="auto"/>
          <w:sz w:val="24"/>
          <w:szCs w:val="24"/>
        </w:rPr>
        <w:t>.</w:t>
      </w:r>
      <w:r w:rsidR="006A5AA2">
        <w:rPr>
          <w:rFonts w:ascii="Times New Roman" w:hAnsi="Times New Roman" w:cs="Times New Roman"/>
          <w:b w:val="0"/>
          <w:bCs w:val="0"/>
          <w:color w:val="auto"/>
          <w:sz w:val="24"/>
          <w:szCs w:val="24"/>
        </w:rPr>
        <w:br/>
      </w:r>
      <w:r w:rsidRPr="006A5AA2">
        <w:rPr>
          <w:rFonts w:ascii="Times New Roman" w:hAnsi="Times New Roman" w:cs="Times New Roman"/>
          <w:b w:val="0"/>
          <w:bCs w:val="0"/>
          <w:color w:val="auto"/>
          <w:sz w:val="24"/>
          <w:szCs w:val="24"/>
        </w:rPr>
        <w:br/>
      </w:r>
      <w:r w:rsidRPr="006A5AA2">
        <w:rPr>
          <w:rFonts w:ascii="Times New Roman" w:hAnsi="Times New Roman" w:cs="Times New Roman"/>
          <w:color w:val="auto"/>
          <w:sz w:val="24"/>
          <w:szCs w:val="24"/>
        </w:rPr>
        <w:t xml:space="preserve">Principio de </w:t>
      </w:r>
      <w:proofErr w:type="spellStart"/>
      <w:r w:rsidRPr="006A5AA2">
        <w:rPr>
          <w:rFonts w:ascii="Times New Roman" w:hAnsi="Times New Roman" w:cs="Times New Roman"/>
          <w:color w:val="auto"/>
          <w:sz w:val="24"/>
          <w:szCs w:val="24"/>
        </w:rPr>
        <w:t>equivalencia</w:t>
      </w:r>
      <w:proofErr w:type="spellEnd"/>
      <w:r w:rsidRPr="006A5AA2">
        <w:rPr>
          <w:rFonts w:ascii="Times New Roman" w:hAnsi="Times New Roman" w:cs="Times New Roman"/>
          <w:color w:val="auto"/>
          <w:sz w:val="24"/>
          <w:szCs w:val="24"/>
        </w:rPr>
        <w:t xml:space="preserve"> </w:t>
      </w:r>
      <w:proofErr w:type="spellStart"/>
      <w:r w:rsidRPr="006A5AA2">
        <w:rPr>
          <w:rFonts w:ascii="Times New Roman" w:hAnsi="Times New Roman" w:cs="Times New Roman"/>
          <w:color w:val="auto"/>
          <w:sz w:val="24"/>
          <w:szCs w:val="24"/>
        </w:rPr>
        <w:t>funcional</w:t>
      </w:r>
      <w:proofErr w:type="spellEnd"/>
    </w:p>
    <w:p w14:paraId="1514CC42" w14:textId="6AE1D4E7" w:rsidR="00FC7255" w:rsidRPr="006A5AA2" w:rsidRDefault="00FC7255" w:rsidP="00FC7255">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El principio de </w:t>
      </w:r>
      <w:proofErr w:type="spellStart"/>
      <w:r w:rsidRPr="006A5AA2">
        <w:rPr>
          <w:rFonts w:ascii="Times New Roman" w:hAnsi="Times New Roman" w:cs="Times New Roman"/>
          <w:b w:val="0"/>
          <w:bCs w:val="0"/>
          <w:color w:val="auto"/>
          <w:sz w:val="24"/>
          <w:szCs w:val="24"/>
        </w:rPr>
        <w:t>equivalencia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funcional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constituye</w:t>
      </w:r>
      <w:proofErr w:type="spellEnd"/>
      <w:r w:rsidRPr="006A5AA2">
        <w:rPr>
          <w:rFonts w:ascii="Times New Roman" w:hAnsi="Times New Roman" w:cs="Times New Roman"/>
          <w:b w:val="0"/>
          <w:bCs w:val="0"/>
          <w:color w:val="auto"/>
          <w:sz w:val="24"/>
          <w:szCs w:val="24"/>
        </w:rPr>
        <w:t xml:space="preserve"> uno de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pilares</w:t>
      </w:r>
      <w:proofErr w:type="spellEnd"/>
      <w:r w:rsidRPr="006A5AA2">
        <w:rPr>
          <w:rFonts w:ascii="Times New Roman" w:hAnsi="Times New Roman" w:cs="Times New Roman"/>
          <w:b w:val="0"/>
          <w:bCs w:val="0"/>
          <w:color w:val="auto"/>
          <w:sz w:val="24"/>
          <w:szCs w:val="24"/>
        </w:rPr>
        <w:t xml:space="preserve"> del derecho </w:t>
      </w:r>
      <w:proofErr w:type="spellStart"/>
      <w:r w:rsidRPr="006A5AA2">
        <w:rPr>
          <w:rFonts w:ascii="Times New Roman" w:hAnsi="Times New Roman" w:cs="Times New Roman"/>
          <w:b w:val="0"/>
          <w:bCs w:val="0"/>
          <w:color w:val="auto"/>
          <w:sz w:val="24"/>
          <w:szCs w:val="24"/>
        </w:rPr>
        <w:t>informático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moderno</w:t>
      </w:r>
      <w:proofErr w:type="spellEnd"/>
      <w:r w:rsidRPr="006A5AA2">
        <w:rPr>
          <w:rFonts w:ascii="Times New Roman" w:hAnsi="Times New Roman" w:cs="Times New Roman"/>
          <w:b w:val="0"/>
          <w:bCs w:val="0"/>
          <w:color w:val="auto"/>
          <w:sz w:val="24"/>
          <w:szCs w:val="24"/>
        </w:rPr>
        <w:t xml:space="preserve">. Este principio </w:t>
      </w:r>
      <w:proofErr w:type="spellStart"/>
      <w:r w:rsidRPr="006A5AA2">
        <w:rPr>
          <w:rFonts w:ascii="Times New Roman" w:hAnsi="Times New Roman" w:cs="Times New Roman"/>
          <w:b w:val="0"/>
          <w:bCs w:val="0"/>
          <w:color w:val="auto"/>
          <w:sz w:val="24"/>
          <w:szCs w:val="24"/>
        </w:rPr>
        <w:t>establece</w:t>
      </w:r>
      <w:proofErr w:type="spellEnd"/>
      <w:r w:rsidRPr="006A5AA2">
        <w:rPr>
          <w:rFonts w:ascii="Times New Roman" w:hAnsi="Times New Roman" w:cs="Times New Roman"/>
          <w:b w:val="0"/>
          <w:bCs w:val="0"/>
          <w:color w:val="auto"/>
          <w:sz w:val="24"/>
          <w:szCs w:val="24"/>
        </w:rPr>
        <w:t xml:space="preserve"> que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actos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jurídicos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realizados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por</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medios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electrónicos</w:t>
      </w:r>
      <w:proofErr w:type="spellEnd"/>
      <w:r w:rsidRPr="006A5AA2">
        <w:rPr>
          <w:rFonts w:ascii="Times New Roman" w:hAnsi="Times New Roman" w:cs="Times New Roman"/>
          <w:b w:val="0"/>
          <w:bCs w:val="0"/>
          <w:color w:val="auto"/>
          <w:sz w:val="24"/>
          <w:szCs w:val="24"/>
        </w:rPr>
        <w:t xml:space="preserve"> no </w:t>
      </w:r>
      <w:proofErr w:type="spellStart"/>
      <w:r w:rsidRPr="006A5AA2">
        <w:rPr>
          <w:rFonts w:ascii="Times New Roman" w:hAnsi="Times New Roman" w:cs="Times New Roman"/>
          <w:b w:val="0"/>
          <w:bCs w:val="0"/>
          <w:color w:val="auto"/>
          <w:sz w:val="24"/>
          <w:szCs w:val="24"/>
        </w:rPr>
        <w:t>pueden</w:t>
      </w:r>
      <w:proofErr w:type="spellEnd"/>
      <w:r w:rsidRPr="006A5AA2">
        <w:rPr>
          <w:rFonts w:ascii="Times New Roman" w:hAnsi="Times New Roman" w:cs="Times New Roman"/>
          <w:b w:val="0"/>
          <w:bCs w:val="0"/>
          <w:color w:val="auto"/>
          <w:sz w:val="24"/>
          <w:szCs w:val="24"/>
        </w:rPr>
        <w:t xml:space="preserve"> ser </w:t>
      </w:r>
      <w:proofErr w:type="spellStart"/>
      <w:r w:rsidRPr="006A5AA2">
        <w:rPr>
          <w:rFonts w:ascii="Times New Roman" w:hAnsi="Times New Roman" w:cs="Times New Roman"/>
          <w:b w:val="0"/>
          <w:bCs w:val="0"/>
          <w:color w:val="auto"/>
          <w:sz w:val="24"/>
          <w:szCs w:val="24"/>
        </w:rPr>
        <w:t>discriminados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por</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su</w:t>
      </w:r>
      <w:proofErr w:type="spellEnd"/>
      <w:r w:rsidRPr="006A5AA2">
        <w:rPr>
          <w:rFonts w:ascii="Times New Roman" w:hAnsi="Times New Roman" w:cs="Times New Roman"/>
          <w:b w:val="0"/>
          <w:bCs w:val="0"/>
          <w:color w:val="auto"/>
          <w:sz w:val="24"/>
          <w:szCs w:val="24"/>
        </w:rPr>
        <w:t xml:space="preserve"> forma digital, </w:t>
      </w:r>
      <w:proofErr w:type="spellStart"/>
      <w:r w:rsidRPr="006A5AA2">
        <w:rPr>
          <w:rFonts w:ascii="Times New Roman" w:hAnsi="Times New Roman" w:cs="Times New Roman"/>
          <w:b w:val="0"/>
          <w:bCs w:val="0"/>
          <w:color w:val="auto"/>
          <w:sz w:val="24"/>
          <w:szCs w:val="24"/>
        </w:rPr>
        <w:t>siempre</w:t>
      </w:r>
      <w:proofErr w:type="spellEnd"/>
      <w:r w:rsidRPr="006A5AA2">
        <w:rPr>
          <w:rFonts w:ascii="Times New Roman" w:hAnsi="Times New Roman" w:cs="Times New Roman"/>
          <w:b w:val="0"/>
          <w:bCs w:val="0"/>
          <w:color w:val="auto"/>
          <w:sz w:val="24"/>
          <w:szCs w:val="24"/>
        </w:rPr>
        <w:t xml:space="preserve"> que </w:t>
      </w:r>
      <w:proofErr w:type="spellStart"/>
      <w:r w:rsidRPr="006A5AA2">
        <w:rPr>
          <w:rFonts w:ascii="Times New Roman" w:hAnsi="Times New Roman" w:cs="Times New Roman"/>
          <w:b w:val="0"/>
          <w:bCs w:val="0"/>
          <w:color w:val="auto"/>
          <w:sz w:val="24"/>
          <w:szCs w:val="24"/>
        </w:rPr>
        <w:t>garanticen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mismos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niveles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validez</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autenticidad</w:t>
      </w:r>
      <w:proofErr w:type="spellEnd"/>
      <w:r w:rsidRPr="006A5AA2">
        <w:rPr>
          <w:rFonts w:ascii="Times New Roman" w:hAnsi="Times New Roman" w:cs="Times New Roman"/>
          <w:b w:val="0"/>
          <w:bCs w:val="0"/>
          <w:color w:val="auto"/>
          <w:sz w:val="24"/>
          <w:szCs w:val="24"/>
        </w:rPr>
        <w:t xml:space="preserve"> e </w:t>
      </w:r>
      <w:proofErr w:type="spellStart"/>
      <w:r w:rsidRPr="006A5AA2">
        <w:rPr>
          <w:rFonts w:ascii="Times New Roman" w:hAnsi="Times New Roman" w:cs="Times New Roman"/>
          <w:b w:val="0"/>
          <w:bCs w:val="0"/>
          <w:color w:val="auto"/>
          <w:sz w:val="24"/>
          <w:szCs w:val="24"/>
        </w:rPr>
        <w:t>integridad</w:t>
      </w:r>
      <w:proofErr w:type="spellEnd"/>
      <w:r w:rsidRPr="006A5AA2">
        <w:rPr>
          <w:rFonts w:ascii="Times New Roman" w:hAnsi="Times New Roman" w:cs="Times New Roman"/>
          <w:b w:val="0"/>
          <w:bCs w:val="0"/>
          <w:color w:val="auto"/>
          <w:sz w:val="24"/>
          <w:szCs w:val="24"/>
        </w:rPr>
        <w:t xml:space="preserve"> que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actos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tradicionales</w:t>
      </w:r>
      <w:proofErr w:type="spellEnd"/>
      <w:r w:rsidRPr="006A5AA2">
        <w:rPr>
          <w:rFonts w:ascii="Times New Roman" w:hAnsi="Times New Roman" w:cs="Times New Roman"/>
          <w:b w:val="0"/>
          <w:bCs w:val="0"/>
          <w:color w:val="auto"/>
          <w:sz w:val="24"/>
          <w:szCs w:val="24"/>
        </w:rPr>
        <w:t>.</w:t>
      </w:r>
    </w:p>
    <w:p w14:paraId="6BC6971E" w14:textId="74B18E1D" w:rsidR="00FC7255" w:rsidRPr="006A5AA2" w:rsidRDefault="00FC7255" w:rsidP="00FC7255">
      <w:pPr>
        <w:pStyle w:val="Ttulo2"/>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lastRenderedPageBreak/>
        <w:t>Según</w:t>
      </w:r>
      <w:proofErr w:type="spellEnd"/>
      <w:r w:rsidRPr="006A5AA2">
        <w:rPr>
          <w:rFonts w:ascii="Times New Roman" w:hAnsi="Times New Roman" w:cs="Times New Roman"/>
          <w:b w:val="0"/>
          <w:bCs w:val="0"/>
          <w:color w:val="auto"/>
          <w:sz w:val="24"/>
          <w:szCs w:val="24"/>
        </w:rPr>
        <w:t xml:space="preserve"> la CNUDMI, </w:t>
      </w:r>
      <w:proofErr w:type="spellStart"/>
      <w:r w:rsidRPr="006A5AA2">
        <w:rPr>
          <w:rFonts w:ascii="Times New Roman" w:hAnsi="Times New Roman" w:cs="Times New Roman"/>
          <w:b w:val="0"/>
          <w:bCs w:val="0"/>
          <w:color w:val="auto"/>
          <w:sz w:val="24"/>
          <w:szCs w:val="24"/>
        </w:rPr>
        <w:t>este</w:t>
      </w:r>
      <w:proofErr w:type="spellEnd"/>
      <w:r w:rsidRPr="006A5AA2">
        <w:rPr>
          <w:rFonts w:ascii="Times New Roman" w:hAnsi="Times New Roman" w:cs="Times New Roman"/>
          <w:b w:val="0"/>
          <w:bCs w:val="0"/>
          <w:color w:val="auto"/>
          <w:sz w:val="24"/>
          <w:szCs w:val="24"/>
        </w:rPr>
        <w:t xml:space="preserve"> principio </w:t>
      </w:r>
      <w:proofErr w:type="spellStart"/>
      <w:r w:rsidRPr="006A5AA2">
        <w:rPr>
          <w:rFonts w:ascii="Times New Roman" w:hAnsi="Times New Roman" w:cs="Times New Roman"/>
          <w:b w:val="0"/>
          <w:bCs w:val="0"/>
          <w:color w:val="auto"/>
          <w:sz w:val="24"/>
          <w:szCs w:val="24"/>
        </w:rPr>
        <w:t>permite</w:t>
      </w:r>
      <w:proofErr w:type="spellEnd"/>
      <w:r w:rsidRPr="006A5AA2">
        <w:rPr>
          <w:rFonts w:ascii="Times New Roman" w:hAnsi="Times New Roman" w:cs="Times New Roman"/>
          <w:b w:val="0"/>
          <w:bCs w:val="0"/>
          <w:color w:val="auto"/>
          <w:sz w:val="24"/>
          <w:szCs w:val="24"/>
        </w:rPr>
        <w:t xml:space="preserve"> que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requisitos</w:t>
      </w:r>
      <w:proofErr w:type="spellEnd"/>
      <w:r w:rsidRPr="006A5AA2">
        <w:rPr>
          <w:rFonts w:ascii="Times New Roman" w:hAnsi="Times New Roman" w:cs="Times New Roman"/>
          <w:b w:val="0"/>
          <w:bCs w:val="0"/>
          <w:color w:val="auto"/>
          <w:sz w:val="24"/>
          <w:szCs w:val="24"/>
        </w:rPr>
        <w:t xml:space="preserve"> de forma </w:t>
      </w:r>
      <w:proofErr w:type="spellStart"/>
      <w:r w:rsidRPr="006A5AA2">
        <w:rPr>
          <w:rFonts w:ascii="Times New Roman" w:hAnsi="Times New Roman" w:cs="Times New Roman"/>
          <w:b w:val="0"/>
          <w:bCs w:val="0"/>
          <w:color w:val="auto"/>
          <w:sz w:val="24"/>
          <w:szCs w:val="24"/>
        </w:rPr>
        <w:t>exigidos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por</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derecho </w:t>
      </w:r>
      <w:proofErr w:type="spellStart"/>
      <w:r w:rsidRPr="006A5AA2">
        <w:rPr>
          <w:rFonts w:ascii="Times New Roman" w:hAnsi="Times New Roman" w:cs="Times New Roman"/>
          <w:b w:val="0"/>
          <w:bCs w:val="0"/>
          <w:color w:val="auto"/>
          <w:sz w:val="24"/>
          <w:szCs w:val="24"/>
        </w:rPr>
        <w:t>tradicional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escritura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conservación</w:t>
      </w:r>
      <w:proofErr w:type="spellEnd"/>
      <w:r w:rsidRPr="006A5AA2">
        <w:rPr>
          <w:rFonts w:ascii="Times New Roman" w:hAnsi="Times New Roman" w:cs="Times New Roman"/>
          <w:b w:val="0"/>
          <w:bCs w:val="0"/>
          <w:color w:val="auto"/>
          <w:sz w:val="24"/>
          <w:szCs w:val="24"/>
        </w:rPr>
        <w:t xml:space="preserve"> del </w:t>
      </w:r>
      <w:proofErr w:type="spellStart"/>
      <w:r w:rsidRPr="006A5AA2">
        <w:rPr>
          <w:rFonts w:ascii="Times New Roman" w:hAnsi="Times New Roman" w:cs="Times New Roman"/>
          <w:b w:val="0"/>
          <w:bCs w:val="0"/>
          <w:color w:val="auto"/>
          <w:sz w:val="24"/>
          <w:szCs w:val="24"/>
        </w:rPr>
        <w:t>documento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sean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cumplidos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mediante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medios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funcionalmente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equivalentes</w:t>
      </w:r>
      <w:proofErr w:type="spellEnd"/>
      <w:r w:rsidRPr="006A5AA2">
        <w:rPr>
          <w:rFonts w:ascii="Times New Roman" w:hAnsi="Times New Roman" w:cs="Times New Roman"/>
          <w:b w:val="0"/>
          <w:bCs w:val="0"/>
          <w:color w:val="auto"/>
          <w:sz w:val="24"/>
          <w:szCs w:val="24"/>
        </w:rPr>
        <w:t>.</w:t>
      </w:r>
    </w:p>
    <w:p w14:paraId="3B65164A" w14:textId="718F8158" w:rsidR="00FC7255" w:rsidRPr="006A5AA2" w:rsidRDefault="00FC7255" w:rsidP="00FC7255">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En Colombia, </w:t>
      </w:r>
      <w:proofErr w:type="spellStart"/>
      <w:r w:rsidRPr="006A5AA2">
        <w:rPr>
          <w:rFonts w:ascii="Times New Roman" w:hAnsi="Times New Roman" w:cs="Times New Roman"/>
          <w:b w:val="0"/>
          <w:bCs w:val="0"/>
          <w:color w:val="auto"/>
          <w:sz w:val="24"/>
          <w:szCs w:val="24"/>
        </w:rPr>
        <w:t>este</w:t>
      </w:r>
      <w:proofErr w:type="spellEnd"/>
      <w:r w:rsidRPr="006A5AA2">
        <w:rPr>
          <w:rFonts w:ascii="Times New Roman" w:hAnsi="Times New Roman" w:cs="Times New Roman"/>
          <w:b w:val="0"/>
          <w:bCs w:val="0"/>
          <w:color w:val="auto"/>
          <w:sz w:val="24"/>
          <w:szCs w:val="24"/>
        </w:rPr>
        <w:t xml:space="preserve"> principio </w:t>
      </w:r>
      <w:proofErr w:type="spellStart"/>
      <w:r w:rsidRPr="006A5AA2">
        <w:rPr>
          <w:rFonts w:ascii="Times New Roman" w:hAnsi="Times New Roman" w:cs="Times New Roman"/>
          <w:b w:val="0"/>
          <w:bCs w:val="0"/>
          <w:color w:val="auto"/>
          <w:sz w:val="24"/>
          <w:szCs w:val="24"/>
        </w:rPr>
        <w:t>fue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incorporado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expresamente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por</w:t>
      </w:r>
      <w:proofErr w:type="spellEnd"/>
      <w:r w:rsidRPr="006A5AA2">
        <w:rPr>
          <w:rFonts w:ascii="Times New Roman" w:hAnsi="Times New Roman" w:cs="Times New Roman"/>
          <w:b w:val="0"/>
          <w:bCs w:val="0"/>
          <w:color w:val="auto"/>
          <w:sz w:val="24"/>
          <w:szCs w:val="24"/>
        </w:rPr>
        <w:t xml:space="preserve"> la Ley 527 de 1999. En Panamá, </w:t>
      </w:r>
      <w:proofErr w:type="spellStart"/>
      <w:r w:rsidRPr="006A5AA2">
        <w:rPr>
          <w:rFonts w:ascii="Times New Roman" w:hAnsi="Times New Roman" w:cs="Times New Roman"/>
          <w:b w:val="0"/>
          <w:bCs w:val="0"/>
          <w:color w:val="auto"/>
          <w:sz w:val="24"/>
          <w:szCs w:val="24"/>
        </w:rPr>
        <w:t>aunque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también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fue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adoptado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normativamente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mediante</w:t>
      </w:r>
      <w:proofErr w:type="spellEnd"/>
      <w:r w:rsidRPr="006A5AA2">
        <w:rPr>
          <w:rFonts w:ascii="Times New Roman" w:hAnsi="Times New Roman" w:cs="Times New Roman"/>
          <w:b w:val="0"/>
          <w:bCs w:val="0"/>
          <w:color w:val="auto"/>
          <w:sz w:val="24"/>
          <w:szCs w:val="24"/>
        </w:rPr>
        <w:t xml:space="preserve"> la Ley 82 de 2012, </w:t>
      </w:r>
      <w:proofErr w:type="spellStart"/>
      <w:r w:rsidRPr="006A5AA2">
        <w:rPr>
          <w:rFonts w:ascii="Times New Roman" w:hAnsi="Times New Roman" w:cs="Times New Roman"/>
          <w:b w:val="0"/>
          <w:bCs w:val="0"/>
          <w:color w:val="auto"/>
          <w:sz w:val="24"/>
          <w:szCs w:val="24"/>
        </w:rPr>
        <w:t>su</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aplicación</w:t>
      </w:r>
      <w:proofErr w:type="spellEnd"/>
      <w:r w:rsidRPr="006A5AA2">
        <w:rPr>
          <w:rFonts w:ascii="Times New Roman" w:hAnsi="Times New Roman" w:cs="Times New Roman"/>
          <w:b w:val="0"/>
          <w:bCs w:val="0"/>
          <w:color w:val="auto"/>
          <w:sz w:val="24"/>
          <w:szCs w:val="24"/>
        </w:rPr>
        <w:t xml:space="preserve"> en la </w:t>
      </w:r>
      <w:proofErr w:type="spellStart"/>
      <w:r w:rsidRPr="006A5AA2">
        <w:rPr>
          <w:rFonts w:ascii="Times New Roman" w:hAnsi="Times New Roman" w:cs="Times New Roman"/>
          <w:b w:val="0"/>
          <w:bCs w:val="0"/>
          <w:color w:val="auto"/>
          <w:sz w:val="24"/>
          <w:szCs w:val="24"/>
        </w:rPr>
        <w:t>práctica</w:t>
      </w:r>
      <w:proofErr w:type="spellEnd"/>
      <w:r w:rsidRPr="006A5AA2">
        <w:rPr>
          <w:rFonts w:ascii="Times New Roman" w:hAnsi="Times New Roman" w:cs="Times New Roman"/>
          <w:b w:val="0"/>
          <w:bCs w:val="0"/>
          <w:color w:val="auto"/>
          <w:sz w:val="24"/>
          <w:szCs w:val="24"/>
        </w:rPr>
        <w:t xml:space="preserve"> se </w:t>
      </w:r>
      <w:proofErr w:type="spellStart"/>
      <w:r w:rsidRPr="006A5AA2">
        <w:rPr>
          <w:rFonts w:ascii="Times New Roman" w:hAnsi="Times New Roman" w:cs="Times New Roman"/>
          <w:b w:val="0"/>
          <w:bCs w:val="0"/>
          <w:color w:val="auto"/>
          <w:sz w:val="24"/>
          <w:szCs w:val="24"/>
        </w:rPr>
        <w:t>encuentra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limitada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por</w:t>
      </w:r>
      <w:proofErr w:type="spellEnd"/>
      <w:r w:rsidRPr="006A5AA2">
        <w:rPr>
          <w:rFonts w:ascii="Times New Roman" w:hAnsi="Times New Roman" w:cs="Times New Roman"/>
          <w:b w:val="0"/>
          <w:bCs w:val="0"/>
          <w:color w:val="auto"/>
          <w:sz w:val="24"/>
          <w:szCs w:val="24"/>
        </w:rPr>
        <w:t xml:space="preserve"> barreras </w:t>
      </w:r>
      <w:proofErr w:type="spellStart"/>
      <w:r w:rsidRPr="006A5AA2">
        <w:rPr>
          <w:rFonts w:ascii="Times New Roman" w:hAnsi="Times New Roman" w:cs="Times New Roman"/>
          <w:b w:val="0"/>
          <w:bCs w:val="0"/>
          <w:color w:val="auto"/>
          <w:sz w:val="24"/>
          <w:szCs w:val="24"/>
        </w:rPr>
        <w:t>administrativas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culturales</w:t>
      </w:r>
      <w:proofErr w:type="spellEnd"/>
      <w:r w:rsidRPr="006A5AA2">
        <w:rPr>
          <w:rFonts w:ascii="Times New Roman" w:hAnsi="Times New Roman" w:cs="Times New Roman"/>
          <w:b w:val="0"/>
          <w:bCs w:val="0"/>
          <w:color w:val="auto"/>
          <w:sz w:val="24"/>
          <w:szCs w:val="24"/>
        </w:rPr>
        <w:t xml:space="preserve"> y </w:t>
      </w:r>
      <w:proofErr w:type="spellStart"/>
      <w:r w:rsidRPr="006A5AA2">
        <w:rPr>
          <w:rFonts w:ascii="Times New Roman" w:hAnsi="Times New Roman" w:cs="Times New Roman"/>
          <w:b w:val="0"/>
          <w:bCs w:val="0"/>
          <w:color w:val="auto"/>
          <w:sz w:val="24"/>
          <w:szCs w:val="24"/>
        </w:rPr>
        <w:t>tecnológicas</w:t>
      </w:r>
      <w:proofErr w:type="spellEnd"/>
      <w:r w:rsidRPr="006A5AA2">
        <w:rPr>
          <w:rFonts w:ascii="Times New Roman" w:hAnsi="Times New Roman" w:cs="Times New Roman"/>
          <w:b w:val="0"/>
          <w:bCs w:val="0"/>
          <w:color w:val="auto"/>
          <w:sz w:val="24"/>
          <w:szCs w:val="24"/>
        </w:rPr>
        <w:t xml:space="preserve">, lo que genera </w:t>
      </w:r>
      <w:proofErr w:type="spellStart"/>
      <w:r w:rsidRPr="006A5AA2">
        <w:rPr>
          <w:rFonts w:ascii="Times New Roman" w:hAnsi="Times New Roman" w:cs="Times New Roman"/>
          <w:b w:val="0"/>
          <w:bCs w:val="0"/>
          <w:color w:val="auto"/>
          <w:sz w:val="24"/>
          <w:szCs w:val="24"/>
        </w:rPr>
        <w:t>una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ruptura</w:t>
      </w:r>
      <w:proofErr w:type="spellEnd"/>
      <w:r w:rsidRPr="006A5AA2">
        <w:rPr>
          <w:rFonts w:ascii="Times New Roman" w:hAnsi="Times New Roman" w:cs="Times New Roman"/>
          <w:b w:val="0"/>
          <w:bCs w:val="0"/>
          <w:color w:val="auto"/>
          <w:sz w:val="24"/>
          <w:szCs w:val="24"/>
        </w:rPr>
        <w:t xml:space="preserve"> entre la norma y </w:t>
      </w:r>
      <w:proofErr w:type="spellStart"/>
      <w:r w:rsidRPr="006A5AA2">
        <w:rPr>
          <w:rFonts w:ascii="Times New Roman" w:hAnsi="Times New Roman" w:cs="Times New Roman"/>
          <w:b w:val="0"/>
          <w:bCs w:val="0"/>
          <w:color w:val="auto"/>
          <w:sz w:val="24"/>
          <w:szCs w:val="24"/>
        </w:rPr>
        <w:t>su</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ejecución</w:t>
      </w:r>
      <w:proofErr w:type="spellEnd"/>
      <w:r w:rsidRPr="006A5AA2">
        <w:rPr>
          <w:rFonts w:ascii="Times New Roman" w:hAnsi="Times New Roman" w:cs="Times New Roman"/>
          <w:b w:val="0"/>
          <w:bCs w:val="0"/>
          <w:color w:val="auto"/>
          <w:sz w:val="24"/>
          <w:szCs w:val="24"/>
        </w:rPr>
        <w:t xml:space="preserve"> real.</w:t>
      </w:r>
      <w:r w:rsidR="00FA2E4D">
        <w:rPr>
          <w:rFonts w:ascii="Times New Roman" w:hAnsi="Times New Roman" w:cs="Times New Roman"/>
          <w:b w:val="0"/>
          <w:bCs w:val="0"/>
          <w:color w:val="auto"/>
          <w:sz w:val="24"/>
          <w:szCs w:val="24"/>
        </w:rPr>
        <w:br/>
      </w:r>
      <w:r w:rsidRPr="006A5AA2">
        <w:rPr>
          <w:rFonts w:ascii="Times New Roman" w:hAnsi="Times New Roman" w:cs="Times New Roman"/>
          <w:b w:val="0"/>
          <w:bCs w:val="0"/>
          <w:color w:val="auto"/>
          <w:sz w:val="24"/>
          <w:szCs w:val="24"/>
        </w:rPr>
        <w:br/>
      </w:r>
      <w:proofErr w:type="spellStart"/>
      <w:r w:rsidRPr="006A5AA2">
        <w:rPr>
          <w:rFonts w:ascii="Times New Roman" w:hAnsi="Times New Roman" w:cs="Times New Roman"/>
          <w:color w:val="auto"/>
          <w:sz w:val="24"/>
          <w:szCs w:val="24"/>
        </w:rPr>
        <w:t>Seguridad</w:t>
      </w:r>
      <w:proofErr w:type="spellEnd"/>
      <w:r w:rsidRPr="006A5AA2">
        <w:rPr>
          <w:rFonts w:ascii="Times New Roman" w:hAnsi="Times New Roman" w:cs="Times New Roman"/>
          <w:color w:val="auto"/>
          <w:sz w:val="24"/>
          <w:szCs w:val="24"/>
        </w:rPr>
        <w:t xml:space="preserve"> </w:t>
      </w:r>
      <w:proofErr w:type="spellStart"/>
      <w:r w:rsidRPr="006A5AA2">
        <w:rPr>
          <w:rFonts w:ascii="Times New Roman" w:hAnsi="Times New Roman" w:cs="Times New Roman"/>
          <w:color w:val="auto"/>
          <w:sz w:val="24"/>
          <w:szCs w:val="24"/>
        </w:rPr>
        <w:t>jurídica</w:t>
      </w:r>
      <w:proofErr w:type="spellEnd"/>
      <w:r w:rsidRPr="006A5AA2">
        <w:rPr>
          <w:rFonts w:ascii="Times New Roman" w:hAnsi="Times New Roman" w:cs="Times New Roman"/>
          <w:color w:val="auto"/>
          <w:sz w:val="24"/>
          <w:szCs w:val="24"/>
        </w:rPr>
        <w:t xml:space="preserve"> en </w:t>
      </w:r>
      <w:proofErr w:type="spellStart"/>
      <w:r w:rsidRPr="006A5AA2">
        <w:rPr>
          <w:rFonts w:ascii="Times New Roman" w:hAnsi="Times New Roman" w:cs="Times New Roman"/>
          <w:color w:val="auto"/>
          <w:sz w:val="24"/>
          <w:szCs w:val="24"/>
        </w:rPr>
        <w:t>entornos</w:t>
      </w:r>
      <w:proofErr w:type="spellEnd"/>
      <w:r w:rsidRPr="006A5AA2">
        <w:rPr>
          <w:rFonts w:ascii="Times New Roman" w:hAnsi="Times New Roman" w:cs="Times New Roman"/>
          <w:color w:val="auto"/>
          <w:sz w:val="24"/>
          <w:szCs w:val="24"/>
        </w:rPr>
        <w:t xml:space="preserve"> </w:t>
      </w:r>
      <w:proofErr w:type="spellStart"/>
      <w:r w:rsidRPr="006A5AA2">
        <w:rPr>
          <w:rFonts w:ascii="Times New Roman" w:hAnsi="Times New Roman" w:cs="Times New Roman"/>
          <w:color w:val="auto"/>
          <w:sz w:val="24"/>
          <w:szCs w:val="24"/>
        </w:rPr>
        <w:t>digitales</w:t>
      </w:r>
      <w:proofErr w:type="spellEnd"/>
    </w:p>
    <w:p w14:paraId="66DDA03D" w14:textId="55CF02EE" w:rsidR="00FC7255" w:rsidRPr="006A5AA2" w:rsidRDefault="00FC7255" w:rsidP="00FC7255">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La s</w:t>
      </w:r>
      <w:proofErr w:type="spellStart"/>
      <w:r w:rsidRPr="006A5AA2">
        <w:rPr>
          <w:rFonts w:ascii="Times New Roman" w:hAnsi="Times New Roman" w:cs="Times New Roman"/>
          <w:b w:val="0"/>
          <w:bCs w:val="0"/>
          <w:color w:val="auto"/>
          <w:sz w:val="24"/>
          <w:szCs w:val="24"/>
        </w:rPr>
        <w:t>eguridad</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jurídica</w:t>
      </w:r>
      <w:proofErr w:type="spellEnd"/>
      <w:r w:rsidRPr="006A5AA2">
        <w:rPr>
          <w:rFonts w:ascii="Times New Roman" w:hAnsi="Times New Roman" w:cs="Times New Roman"/>
          <w:b w:val="0"/>
          <w:bCs w:val="0"/>
          <w:color w:val="auto"/>
          <w:sz w:val="24"/>
          <w:szCs w:val="24"/>
        </w:rPr>
        <w:t xml:space="preserve"> es un principio </w:t>
      </w:r>
      <w:proofErr w:type="spellStart"/>
      <w:r w:rsidRPr="006A5AA2">
        <w:rPr>
          <w:rFonts w:ascii="Times New Roman" w:hAnsi="Times New Roman" w:cs="Times New Roman"/>
          <w:b w:val="0"/>
          <w:bCs w:val="0"/>
          <w:color w:val="auto"/>
          <w:sz w:val="24"/>
          <w:szCs w:val="24"/>
        </w:rPr>
        <w:t>esencial</w:t>
      </w:r>
      <w:proofErr w:type="spellEnd"/>
      <w:r w:rsidRPr="006A5AA2">
        <w:rPr>
          <w:rFonts w:ascii="Times New Roman" w:hAnsi="Times New Roman" w:cs="Times New Roman"/>
          <w:b w:val="0"/>
          <w:bCs w:val="0"/>
          <w:color w:val="auto"/>
          <w:sz w:val="24"/>
          <w:szCs w:val="24"/>
        </w:rPr>
        <w:t xml:space="preserve"> del Estado de derecho que </w:t>
      </w:r>
      <w:proofErr w:type="spellStart"/>
      <w:r w:rsidRPr="006A5AA2">
        <w:rPr>
          <w:rFonts w:ascii="Times New Roman" w:hAnsi="Times New Roman" w:cs="Times New Roman"/>
          <w:b w:val="0"/>
          <w:bCs w:val="0"/>
          <w:color w:val="auto"/>
          <w:sz w:val="24"/>
          <w:szCs w:val="24"/>
        </w:rPr>
        <w:t>exige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certeza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previsibilidad</w:t>
      </w:r>
      <w:proofErr w:type="spellEnd"/>
      <w:r w:rsidRPr="006A5AA2">
        <w:rPr>
          <w:rFonts w:ascii="Times New Roman" w:hAnsi="Times New Roman" w:cs="Times New Roman"/>
          <w:b w:val="0"/>
          <w:bCs w:val="0"/>
          <w:color w:val="auto"/>
          <w:sz w:val="24"/>
          <w:szCs w:val="24"/>
        </w:rPr>
        <w:t xml:space="preserve"> y </w:t>
      </w:r>
      <w:proofErr w:type="spellStart"/>
      <w:r w:rsidRPr="006A5AA2">
        <w:rPr>
          <w:rFonts w:ascii="Times New Roman" w:hAnsi="Times New Roman" w:cs="Times New Roman"/>
          <w:b w:val="0"/>
          <w:bCs w:val="0"/>
          <w:color w:val="auto"/>
          <w:sz w:val="24"/>
          <w:szCs w:val="24"/>
        </w:rPr>
        <w:t>estabilidad</w:t>
      </w:r>
      <w:proofErr w:type="spellEnd"/>
      <w:r w:rsidRPr="006A5AA2">
        <w:rPr>
          <w:rFonts w:ascii="Times New Roman" w:hAnsi="Times New Roman" w:cs="Times New Roman"/>
          <w:b w:val="0"/>
          <w:bCs w:val="0"/>
          <w:color w:val="auto"/>
          <w:sz w:val="24"/>
          <w:szCs w:val="24"/>
        </w:rPr>
        <w:t xml:space="preserve"> en las </w:t>
      </w:r>
      <w:proofErr w:type="spellStart"/>
      <w:r w:rsidRPr="006A5AA2">
        <w:rPr>
          <w:rFonts w:ascii="Times New Roman" w:hAnsi="Times New Roman" w:cs="Times New Roman"/>
          <w:b w:val="0"/>
          <w:bCs w:val="0"/>
          <w:color w:val="auto"/>
          <w:sz w:val="24"/>
          <w:szCs w:val="24"/>
        </w:rPr>
        <w:t>relaciones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jurídicas</w:t>
      </w:r>
      <w:proofErr w:type="spellEnd"/>
      <w:r w:rsidRPr="006A5AA2">
        <w:rPr>
          <w:rFonts w:ascii="Times New Roman" w:hAnsi="Times New Roman" w:cs="Times New Roman"/>
          <w:b w:val="0"/>
          <w:bCs w:val="0"/>
          <w:color w:val="auto"/>
          <w:sz w:val="24"/>
          <w:szCs w:val="24"/>
        </w:rPr>
        <w:t xml:space="preserve">. En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contexto</w:t>
      </w:r>
      <w:proofErr w:type="spellEnd"/>
      <w:r w:rsidRPr="006A5AA2">
        <w:rPr>
          <w:rFonts w:ascii="Times New Roman" w:hAnsi="Times New Roman" w:cs="Times New Roman"/>
          <w:b w:val="0"/>
          <w:bCs w:val="0"/>
          <w:color w:val="auto"/>
          <w:sz w:val="24"/>
          <w:szCs w:val="24"/>
        </w:rPr>
        <w:t xml:space="preserve"> digital, </w:t>
      </w:r>
      <w:proofErr w:type="spellStart"/>
      <w:r w:rsidRPr="006A5AA2">
        <w:rPr>
          <w:rFonts w:ascii="Times New Roman" w:hAnsi="Times New Roman" w:cs="Times New Roman"/>
          <w:b w:val="0"/>
          <w:bCs w:val="0"/>
          <w:color w:val="auto"/>
          <w:sz w:val="24"/>
          <w:szCs w:val="24"/>
        </w:rPr>
        <w:t>este</w:t>
      </w:r>
      <w:proofErr w:type="spellEnd"/>
      <w:r w:rsidRPr="006A5AA2">
        <w:rPr>
          <w:rFonts w:ascii="Times New Roman" w:hAnsi="Times New Roman" w:cs="Times New Roman"/>
          <w:b w:val="0"/>
          <w:bCs w:val="0"/>
          <w:color w:val="auto"/>
          <w:sz w:val="24"/>
          <w:szCs w:val="24"/>
        </w:rPr>
        <w:t xml:space="preserve"> principio se </w:t>
      </w:r>
      <w:proofErr w:type="spellStart"/>
      <w:r w:rsidRPr="006A5AA2">
        <w:rPr>
          <w:rFonts w:ascii="Times New Roman" w:hAnsi="Times New Roman" w:cs="Times New Roman"/>
          <w:b w:val="0"/>
          <w:bCs w:val="0"/>
          <w:color w:val="auto"/>
          <w:sz w:val="24"/>
          <w:szCs w:val="24"/>
        </w:rPr>
        <w:t>proyecta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sobre</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confianza</w:t>
      </w:r>
      <w:proofErr w:type="spellEnd"/>
      <w:r w:rsidRPr="006A5AA2">
        <w:rPr>
          <w:rFonts w:ascii="Times New Roman" w:hAnsi="Times New Roman" w:cs="Times New Roman"/>
          <w:b w:val="0"/>
          <w:bCs w:val="0"/>
          <w:color w:val="auto"/>
          <w:sz w:val="24"/>
          <w:szCs w:val="24"/>
        </w:rPr>
        <w:t xml:space="preserve"> en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mecanismos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electrónicos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autenticación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conservación</w:t>
      </w:r>
      <w:proofErr w:type="spellEnd"/>
      <w:r w:rsidRPr="006A5AA2">
        <w:rPr>
          <w:rFonts w:ascii="Times New Roman" w:hAnsi="Times New Roman" w:cs="Times New Roman"/>
          <w:b w:val="0"/>
          <w:bCs w:val="0"/>
          <w:color w:val="auto"/>
          <w:sz w:val="24"/>
          <w:szCs w:val="24"/>
        </w:rPr>
        <w:t xml:space="preserve"> y </w:t>
      </w:r>
      <w:proofErr w:type="spellStart"/>
      <w:r w:rsidRPr="006A5AA2">
        <w:rPr>
          <w:rFonts w:ascii="Times New Roman" w:hAnsi="Times New Roman" w:cs="Times New Roman"/>
          <w:b w:val="0"/>
          <w:bCs w:val="0"/>
          <w:color w:val="auto"/>
          <w:sz w:val="24"/>
          <w:szCs w:val="24"/>
        </w:rPr>
        <w:t>prueba</w:t>
      </w:r>
      <w:proofErr w:type="spellEnd"/>
      <w:r w:rsidRPr="006A5AA2">
        <w:rPr>
          <w:rFonts w:ascii="Times New Roman" w:hAnsi="Times New Roman" w:cs="Times New Roman"/>
          <w:b w:val="0"/>
          <w:bCs w:val="0"/>
          <w:color w:val="auto"/>
          <w:sz w:val="24"/>
          <w:szCs w:val="24"/>
        </w:rPr>
        <w:t>.</w:t>
      </w:r>
    </w:p>
    <w:p w14:paraId="7AACA2FA" w14:textId="01B049C5" w:rsidR="00FC7255" w:rsidRPr="006A5AA2" w:rsidRDefault="00FC7255" w:rsidP="00FC7255">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De </w:t>
      </w:r>
      <w:proofErr w:type="spellStart"/>
      <w:r w:rsidRPr="006A5AA2">
        <w:rPr>
          <w:rFonts w:ascii="Times New Roman" w:hAnsi="Times New Roman" w:cs="Times New Roman"/>
          <w:b w:val="0"/>
          <w:bCs w:val="0"/>
          <w:color w:val="auto"/>
          <w:sz w:val="24"/>
          <w:szCs w:val="24"/>
        </w:rPr>
        <w:t>acuerdo</w:t>
      </w:r>
      <w:proofErr w:type="spellEnd"/>
      <w:r w:rsidRPr="006A5AA2">
        <w:rPr>
          <w:rFonts w:ascii="Times New Roman" w:hAnsi="Times New Roman" w:cs="Times New Roman"/>
          <w:b w:val="0"/>
          <w:bCs w:val="0"/>
          <w:color w:val="auto"/>
          <w:sz w:val="24"/>
          <w:szCs w:val="24"/>
        </w:rPr>
        <w:t xml:space="preserve"> con </w:t>
      </w:r>
      <w:proofErr w:type="spellStart"/>
      <w:r w:rsidRPr="006A5AA2">
        <w:rPr>
          <w:rFonts w:ascii="Times New Roman" w:hAnsi="Times New Roman" w:cs="Times New Roman"/>
          <w:b w:val="0"/>
          <w:bCs w:val="0"/>
          <w:color w:val="auto"/>
          <w:sz w:val="24"/>
          <w:szCs w:val="24"/>
        </w:rPr>
        <w:t>Alexy</w:t>
      </w:r>
      <w:proofErr w:type="spellEnd"/>
      <w:r w:rsidRPr="006A5AA2">
        <w:rPr>
          <w:rFonts w:ascii="Times New Roman" w:hAnsi="Times New Roman" w:cs="Times New Roman"/>
          <w:b w:val="0"/>
          <w:bCs w:val="0"/>
          <w:color w:val="auto"/>
          <w:sz w:val="24"/>
          <w:szCs w:val="24"/>
        </w:rPr>
        <w:t xml:space="preserve"> (2014), la </w:t>
      </w:r>
      <w:proofErr w:type="spellStart"/>
      <w:r w:rsidRPr="006A5AA2">
        <w:rPr>
          <w:rFonts w:ascii="Times New Roman" w:hAnsi="Times New Roman" w:cs="Times New Roman"/>
          <w:b w:val="0"/>
          <w:bCs w:val="0"/>
          <w:color w:val="auto"/>
          <w:sz w:val="24"/>
          <w:szCs w:val="24"/>
        </w:rPr>
        <w:t>seguridad</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jurídica</w:t>
      </w:r>
      <w:proofErr w:type="spellEnd"/>
      <w:r w:rsidRPr="006A5AA2">
        <w:rPr>
          <w:rFonts w:ascii="Times New Roman" w:hAnsi="Times New Roman" w:cs="Times New Roman"/>
          <w:b w:val="0"/>
          <w:bCs w:val="0"/>
          <w:color w:val="auto"/>
          <w:sz w:val="24"/>
          <w:szCs w:val="24"/>
        </w:rPr>
        <w:t xml:space="preserve"> se </w:t>
      </w:r>
      <w:proofErr w:type="spellStart"/>
      <w:r w:rsidRPr="006A5AA2">
        <w:rPr>
          <w:rFonts w:ascii="Times New Roman" w:hAnsi="Times New Roman" w:cs="Times New Roman"/>
          <w:b w:val="0"/>
          <w:bCs w:val="0"/>
          <w:color w:val="auto"/>
          <w:sz w:val="24"/>
          <w:szCs w:val="24"/>
        </w:rPr>
        <w:t>materializa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cuando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ciudadanos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pueden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prever</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razonablemente</w:t>
      </w:r>
      <w:proofErr w:type="spellEnd"/>
      <w:r w:rsidRPr="006A5AA2">
        <w:rPr>
          <w:rFonts w:ascii="Times New Roman" w:hAnsi="Times New Roman" w:cs="Times New Roman"/>
          <w:b w:val="0"/>
          <w:bCs w:val="0"/>
          <w:color w:val="auto"/>
          <w:sz w:val="24"/>
          <w:szCs w:val="24"/>
        </w:rPr>
        <w:t xml:space="preserve"> las </w:t>
      </w:r>
      <w:proofErr w:type="spellStart"/>
      <w:r w:rsidRPr="006A5AA2">
        <w:rPr>
          <w:rFonts w:ascii="Times New Roman" w:hAnsi="Times New Roman" w:cs="Times New Roman"/>
          <w:b w:val="0"/>
          <w:bCs w:val="0"/>
          <w:color w:val="auto"/>
          <w:sz w:val="24"/>
          <w:szCs w:val="24"/>
        </w:rPr>
        <w:t>consecuencias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jurídicas</w:t>
      </w:r>
      <w:proofErr w:type="spellEnd"/>
      <w:r w:rsidRPr="006A5AA2">
        <w:rPr>
          <w:rFonts w:ascii="Times New Roman" w:hAnsi="Times New Roman" w:cs="Times New Roman"/>
          <w:b w:val="0"/>
          <w:bCs w:val="0"/>
          <w:color w:val="auto"/>
          <w:sz w:val="24"/>
          <w:szCs w:val="24"/>
        </w:rPr>
        <w:t xml:space="preserve"> de sus </w:t>
      </w:r>
      <w:proofErr w:type="spellStart"/>
      <w:r w:rsidRPr="006A5AA2">
        <w:rPr>
          <w:rFonts w:ascii="Times New Roman" w:hAnsi="Times New Roman" w:cs="Times New Roman"/>
          <w:b w:val="0"/>
          <w:bCs w:val="0"/>
          <w:color w:val="auto"/>
          <w:sz w:val="24"/>
          <w:szCs w:val="24"/>
        </w:rPr>
        <w:t>actos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Cuando</w:t>
      </w:r>
      <w:proofErr w:type="spellEnd"/>
      <w:r w:rsidRPr="006A5AA2">
        <w:rPr>
          <w:rFonts w:ascii="Times New Roman" w:hAnsi="Times New Roman" w:cs="Times New Roman"/>
          <w:b w:val="0"/>
          <w:bCs w:val="0"/>
          <w:color w:val="auto"/>
          <w:sz w:val="24"/>
          <w:szCs w:val="24"/>
        </w:rPr>
        <w:t xml:space="preserve"> las </w:t>
      </w:r>
      <w:proofErr w:type="spellStart"/>
      <w:r w:rsidRPr="006A5AA2">
        <w:rPr>
          <w:rFonts w:ascii="Times New Roman" w:hAnsi="Times New Roman" w:cs="Times New Roman"/>
          <w:b w:val="0"/>
          <w:bCs w:val="0"/>
          <w:color w:val="auto"/>
          <w:sz w:val="24"/>
          <w:szCs w:val="24"/>
        </w:rPr>
        <w:t>firmas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digitales</w:t>
      </w:r>
      <w:proofErr w:type="spellEnd"/>
      <w:r w:rsidRPr="006A5AA2">
        <w:rPr>
          <w:rFonts w:ascii="Times New Roman" w:hAnsi="Times New Roman" w:cs="Times New Roman"/>
          <w:b w:val="0"/>
          <w:bCs w:val="0"/>
          <w:color w:val="auto"/>
          <w:sz w:val="24"/>
          <w:szCs w:val="24"/>
        </w:rPr>
        <w:t xml:space="preserve"> son </w:t>
      </w:r>
      <w:proofErr w:type="spellStart"/>
      <w:r w:rsidRPr="006A5AA2">
        <w:rPr>
          <w:rFonts w:ascii="Times New Roman" w:hAnsi="Times New Roman" w:cs="Times New Roman"/>
          <w:b w:val="0"/>
          <w:bCs w:val="0"/>
          <w:color w:val="auto"/>
          <w:sz w:val="24"/>
          <w:szCs w:val="24"/>
        </w:rPr>
        <w:t>rechazadas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manera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arbitraria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por</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autoridades</w:t>
      </w:r>
      <w:proofErr w:type="spellEnd"/>
      <w:r w:rsidRPr="006A5AA2">
        <w:rPr>
          <w:rFonts w:ascii="Times New Roman" w:hAnsi="Times New Roman" w:cs="Times New Roman"/>
          <w:b w:val="0"/>
          <w:bCs w:val="0"/>
          <w:color w:val="auto"/>
          <w:sz w:val="24"/>
          <w:szCs w:val="24"/>
        </w:rPr>
        <w:t xml:space="preserve"> o </w:t>
      </w:r>
      <w:proofErr w:type="spellStart"/>
      <w:r w:rsidRPr="006A5AA2">
        <w:rPr>
          <w:rFonts w:ascii="Times New Roman" w:hAnsi="Times New Roman" w:cs="Times New Roman"/>
          <w:b w:val="0"/>
          <w:bCs w:val="0"/>
          <w:color w:val="auto"/>
          <w:sz w:val="24"/>
          <w:szCs w:val="24"/>
        </w:rPr>
        <w:t>entidades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privadas</w:t>
      </w:r>
      <w:proofErr w:type="spellEnd"/>
      <w:r w:rsidRPr="006A5AA2">
        <w:rPr>
          <w:rFonts w:ascii="Times New Roman" w:hAnsi="Times New Roman" w:cs="Times New Roman"/>
          <w:b w:val="0"/>
          <w:bCs w:val="0"/>
          <w:color w:val="auto"/>
          <w:sz w:val="24"/>
          <w:szCs w:val="24"/>
        </w:rPr>
        <w:t xml:space="preserve">, se produce un </w:t>
      </w:r>
      <w:proofErr w:type="spellStart"/>
      <w:r w:rsidRPr="006A5AA2">
        <w:rPr>
          <w:rFonts w:ascii="Times New Roman" w:hAnsi="Times New Roman" w:cs="Times New Roman"/>
          <w:b w:val="0"/>
          <w:bCs w:val="0"/>
          <w:color w:val="auto"/>
          <w:sz w:val="24"/>
          <w:szCs w:val="24"/>
        </w:rPr>
        <w:t>escenario</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inseguridad</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jurídica</w:t>
      </w:r>
      <w:proofErr w:type="spellEnd"/>
      <w:r w:rsidRPr="006A5AA2">
        <w:rPr>
          <w:rFonts w:ascii="Times New Roman" w:hAnsi="Times New Roman" w:cs="Times New Roman"/>
          <w:b w:val="0"/>
          <w:bCs w:val="0"/>
          <w:color w:val="auto"/>
          <w:sz w:val="24"/>
          <w:szCs w:val="24"/>
        </w:rPr>
        <w:t xml:space="preserve"> que </w:t>
      </w:r>
      <w:proofErr w:type="spellStart"/>
      <w:r w:rsidRPr="006A5AA2">
        <w:rPr>
          <w:rFonts w:ascii="Times New Roman" w:hAnsi="Times New Roman" w:cs="Times New Roman"/>
          <w:b w:val="0"/>
          <w:bCs w:val="0"/>
          <w:color w:val="auto"/>
          <w:sz w:val="24"/>
          <w:szCs w:val="24"/>
        </w:rPr>
        <w:t>afecta</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confianza</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actores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económicos</w:t>
      </w:r>
      <w:proofErr w:type="spellEnd"/>
      <w:r w:rsidRPr="006A5AA2">
        <w:rPr>
          <w:rFonts w:ascii="Times New Roman" w:hAnsi="Times New Roman" w:cs="Times New Roman"/>
          <w:b w:val="0"/>
          <w:bCs w:val="0"/>
          <w:color w:val="auto"/>
          <w:sz w:val="24"/>
          <w:szCs w:val="24"/>
        </w:rPr>
        <w:t>.</w:t>
      </w:r>
    </w:p>
    <w:p w14:paraId="66E6D623" w14:textId="7A092973" w:rsidR="00FC7255" w:rsidRPr="006A5AA2" w:rsidRDefault="00FC7255" w:rsidP="00FC7255">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En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caso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objeto</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esta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investigación</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exigencia</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manuscrita</w:t>
      </w:r>
      <w:proofErr w:type="spellEnd"/>
      <w:r w:rsidRPr="006A5AA2">
        <w:rPr>
          <w:rFonts w:ascii="Times New Roman" w:hAnsi="Times New Roman" w:cs="Times New Roman"/>
          <w:b w:val="0"/>
          <w:bCs w:val="0"/>
          <w:color w:val="auto"/>
          <w:sz w:val="24"/>
          <w:szCs w:val="24"/>
        </w:rPr>
        <w:t xml:space="preserve"> en Panamá, </w:t>
      </w:r>
      <w:proofErr w:type="spellStart"/>
      <w:r w:rsidRPr="006A5AA2">
        <w:rPr>
          <w:rFonts w:ascii="Times New Roman" w:hAnsi="Times New Roman" w:cs="Times New Roman"/>
          <w:b w:val="0"/>
          <w:bCs w:val="0"/>
          <w:color w:val="auto"/>
          <w:sz w:val="24"/>
          <w:szCs w:val="24"/>
        </w:rPr>
        <w:t>pese</w:t>
      </w:r>
      <w:proofErr w:type="spellEnd"/>
      <w:r w:rsidRPr="006A5AA2">
        <w:rPr>
          <w:rFonts w:ascii="Times New Roman" w:hAnsi="Times New Roman" w:cs="Times New Roman"/>
          <w:b w:val="0"/>
          <w:bCs w:val="0"/>
          <w:color w:val="auto"/>
          <w:sz w:val="24"/>
          <w:szCs w:val="24"/>
        </w:rPr>
        <w:t xml:space="preserve"> a la </w:t>
      </w:r>
      <w:proofErr w:type="spellStart"/>
      <w:r w:rsidRPr="006A5AA2">
        <w:rPr>
          <w:rFonts w:ascii="Times New Roman" w:hAnsi="Times New Roman" w:cs="Times New Roman"/>
          <w:b w:val="0"/>
          <w:bCs w:val="0"/>
          <w:color w:val="auto"/>
          <w:sz w:val="24"/>
          <w:szCs w:val="24"/>
        </w:rPr>
        <w:t>existencia</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regulación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sobre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digital, </w:t>
      </w:r>
      <w:proofErr w:type="spellStart"/>
      <w:r w:rsidRPr="006A5AA2">
        <w:rPr>
          <w:rFonts w:ascii="Times New Roman" w:hAnsi="Times New Roman" w:cs="Times New Roman"/>
          <w:b w:val="0"/>
          <w:bCs w:val="0"/>
          <w:color w:val="auto"/>
          <w:sz w:val="24"/>
          <w:szCs w:val="24"/>
        </w:rPr>
        <w:t>vulnera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este</w:t>
      </w:r>
      <w:proofErr w:type="spellEnd"/>
      <w:r w:rsidRPr="006A5AA2">
        <w:rPr>
          <w:rFonts w:ascii="Times New Roman" w:hAnsi="Times New Roman" w:cs="Times New Roman"/>
          <w:b w:val="0"/>
          <w:bCs w:val="0"/>
          <w:color w:val="auto"/>
          <w:sz w:val="24"/>
          <w:szCs w:val="24"/>
        </w:rPr>
        <w:t xml:space="preserve"> principio al </w:t>
      </w:r>
      <w:proofErr w:type="spellStart"/>
      <w:r w:rsidRPr="006A5AA2">
        <w:rPr>
          <w:rFonts w:ascii="Times New Roman" w:hAnsi="Times New Roman" w:cs="Times New Roman"/>
          <w:b w:val="0"/>
          <w:bCs w:val="0"/>
          <w:color w:val="auto"/>
          <w:sz w:val="24"/>
          <w:szCs w:val="24"/>
        </w:rPr>
        <w:t>generar</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incertidumbre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sobre</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validez</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documentos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transnacionales</w:t>
      </w:r>
      <w:proofErr w:type="spellEnd"/>
      <w:r w:rsidRPr="006A5AA2">
        <w:rPr>
          <w:rFonts w:ascii="Times New Roman" w:hAnsi="Times New Roman" w:cs="Times New Roman"/>
          <w:b w:val="0"/>
          <w:bCs w:val="0"/>
          <w:color w:val="auto"/>
          <w:sz w:val="24"/>
          <w:szCs w:val="24"/>
        </w:rPr>
        <w:t>.</w:t>
      </w:r>
      <w:r w:rsidRPr="006A5AA2">
        <w:rPr>
          <w:rFonts w:ascii="Times New Roman" w:hAnsi="Times New Roman" w:cs="Times New Roman"/>
          <w:b w:val="0"/>
          <w:bCs w:val="0"/>
          <w:color w:val="auto"/>
          <w:sz w:val="24"/>
          <w:szCs w:val="24"/>
        </w:rPr>
        <w:br/>
      </w:r>
      <w:r w:rsidR="00D96C18" w:rsidRPr="006A5AA2">
        <w:rPr>
          <w:rFonts w:ascii="Times New Roman" w:hAnsi="Times New Roman" w:cs="Times New Roman"/>
          <w:b w:val="0"/>
          <w:bCs w:val="0"/>
          <w:color w:val="auto"/>
          <w:sz w:val="24"/>
          <w:szCs w:val="24"/>
        </w:rPr>
        <w:br/>
      </w:r>
      <w:proofErr w:type="spellStart"/>
      <w:r w:rsidRPr="006A5AA2">
        <w:rPr>
          <w:rFonts w:ascii="Times New Roman" w:hAnsi="Times New Roman" w:cs="Times New Roman"/>
          <w:color w:val="auto"/>
          <w:sz w:val="24"/>
          <w:szCs w:val="24"/>
        </w:rPr>
        <w:t>Plataformas</w:t>
      </w:r>
      <w:proofErr w:type="spellEnd"/>
      <w:r w:rsidRPr="006A5AA2">
        <w:rPr>
          <w:rFonts w:ascii="Times New Roman" w:hAnsi="Times New Roman" w:cs="Times New Roman"/>
          <w:color w:val="auto"/>
          <w:sz w:val="24"/>
          <w:szCs w:val="24"/>
        </w:rPr>
        <w:t xml:space="preserve"> </w:t>
      </w:r>
      <w:proofErr w:type="spellStart"/>
      <w:r w:rsidRPr="006A5AA2">
        <w:rPr>
          <w:rFonts w:ascii="Times New Roman" w:hAnsi="Times New Roman" w:cs="Times New Roman"/>
          <w:color w:val="auto"/>
          <w:sz w:val="24"/>
          <w:szCs w:val="24"/>
        </w:rPr>
        <w:t>digitales</w:t>
      </w:r>
      <w:proofErr w:type="spellEnd"/>
      <w:r w:rsidRPr="006A5AA2">
        <w:rPr>
          <w:rFonts w:ascii="Times New Roman" w:hAnsi="Times New Roman" w:cs="Times New Roman"/>
          <w:color w:val="auto"/>
          <w:sz w:val="24"/>
          <w:szCs w:val="24"/>
        </w:rPr>
        <w:t xml:space="preserve"> y </w:t>
      </w:r>
      <w:proofErr w:type="spellStart"/>
      <w:r w:rsidRPr="006A5AA2">
        <w:rPr>
          <w:rFonts w:ascii="Times New Roman" w:hAnsi="Times New Roman" w:cs="Times New Roman"/>
          <w:color w:val="auto"/>
          <w:sz w:val="24"/>
          <w:szCs w:val="24"/>
        </w:rPr>
        <w:t>contratación</w:t>
      </w:r>
      <w:proofErr w:type="spellEnd"/>
      <w:r w:rsidRPr="006A5AA2">
        <w:rPr>
          <w:rFonts w:ascii="Times New Roman" w:hAnsi="Times New Roman" w:cs="Times New Roman"/>
          <w:color w:val="auto"/>
          <w:sz w:val="24"/>
          <w:szCs w:val="24"/>
        </w:rPr>
        <w:t xml:space="preserve"> </w:t>
      </w:r>
      <w:proofErr w:type="spellStart"/>
      <w:r w:rsidRPr="006A5AA2">
        <w:rPr>
          <w:rFonts w:ascii="Times New Roman" w:hAnsi="Times New Roman" w:cs="Times New Roman"/>
          <w:color w:val="auto"/>
          <w:sz w:val="24"/>
          <w:szCs w:val="24"/>
        </w:rPr>
        <w:t>electrónica</w:t>
      </w:r>
      <w:proofErr w:type="spellEnd"/>
    </w:p>
    <w:p w14:paraId="01DFB2FF" w14:textId="2BBC999B" w:rsidR="00FC7255" w:rsidRPr="006A5AA2" w:rsidRDefault="00FC7255" w:rsidP="00FC7255">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lastRenderedPageBreak/>
        <w:t xml:space="preserve">Las </w:t>
      </w:r>
      <w:proofErr w:type="spellStart"/>
      <w:r w:rsidRPr="006A5AA2">
        <w:rPr>
          <w:rFonts w:ascii="Times New Roman" w:hAnsi="Times New Roman" w:cs="Times New Roman"/>
          <w:b w:val="0"/>
          <w:bCs w:val="0"/>
          <w:color w:val="auto"/>
          <w:sz w:val="24"/>
          <w:szCs w:val="24"/>
        </w:rPr>
        <w:t>plataformas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digitales</w:t>
      </w:r>
      <w:proofErr w:type="spellEnd"/>
      <w:r w:rsidRPr="006A5AA2">
        <w:rPr>
          <w:rFonts w:ascii="Times New Roman" w:hAnsi="Times New Roman" w:cs="Times New Roman"/>
          <w:b w:val="0"/>
          <w:bCs w:val="0"/>
          <w:color w:val="auto"/>
          <w:sz w:val="24"/>
          <w:szCs w:val="24"/>
        </w:rPr>
        <w:t xml:space="preserve"> se </w:t>
      </w:r>
      <w:proofErr w:type="spellStart"/>
      <w:r w:rsidRPr="006A5AA2">
        <w:rPr>
          <w:rFonts w:ascii="Times New Roman" w:hAnsi="Times New Roman" w:cs="Times New Roman"/>
          <w:b w:val="0"/>
          <w:bCs w:val="0"/>
          <w:color w:val="auto"/>
          <w:sz w:val="24"/>
          <w:szCs w:val="24"/>
        </w:rPr>
        <w:t>han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convertido</w:t>
      </w:r>
      <w:proofErr w:type="spellEnd"/>
      <w:r w:rsidRPr="006A5AA2">
        <w:rPr>
          <w:rFonts w:ascii="Times New Roman" w:hAnsi="Times New Roman" w:cs="Times New Roman"/>
          <w:b w:val="0"/>
          <w:bCs w:val="0"/>
          <w:color w:val="auto"/>
          <w:sz w:val="24"/>
          <w:szCs w:val="24"/>
        </w:rPr>
        <w:t xml:space="preserve"> en </w:t>
      </w:r>
      <w:proofErr w:type="spellStart"/>
      <w:r w:rsidRPr="006A5AA2">
        <w:rPr>
          <w:rFonts w:ascii="Times New Roman" w:hAnsi="Times New Roman" w:cs="Times New Roman"/>
          <w:b w:val="0"/>
          <w:bCs w:val="0"/>
          <w:color w:val="auto"/>
          <w:sz w:val="24"/>
          <w:szCs w:val="24"/>
        </w:rPr>
        <w:t>infraestructuras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esenciales</w:t>
      </w:r>
      <w:proofErr w:type="spellEnd"/>
      <w:r w:rsidRPr="006A5AA2">
        <w:rPr>
          <w:rFonts w:ascii="Times New Roman" w:hAnsi="Times New Roman" w:cs="Times New Roman"/>
          <w:b w:val="0"/>
          <w:bCs w:val="0"/>
          <w:color w:val="auto"/>
          <w:sz w:val="24"/>
          <w:szCs w:val="24"/>
        </w:rPr>
        <w:t xml:space="preserve"> para la </w:t>
      </w:r>
      <w:proofErr w:type="spellStart"/>
      <w:r w:rsidRPr="006A5AA2">
        <w:rPr>
          <w:rFonts w:ascii="Times New Roman" w:hAnsi="Times New Roman" w:cs="Times New Roman"/>
          <w:b w:val="0"/>
          <w:bCs w:val="0"/>
          <w:color w:val="auto"/>
          <w:sz w:val="24"/>
          <w:szCs w:val="24"/>
        </w:rPr>
        <w:t>economía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contemporánea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Estas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permiten</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intermediación</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bienes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servicios</w:t>
      </w:r>
      <w:proofErr w:type="spellEnd"/>
      <w:r w:rsidRPr="006A5AA2">
        <w:rPr>
          <w:rFonts w:ascii="Times New Roman" w:hAnsi="Times New Roman" w:cs="Times New Roman"/>
          <w:b w:val="0"/>
          <w:bCs w:val="0"/>
          <w:color w:val="auto"/>
          <w:sz w:val="24"/>
          <w:szCs w:val="24"/>
        </w:rPr>
        <w:t xml:space="preserve"> y </w:t>
      </w:r>
      <w:proofErr w:type="spellStart"/>
      <w:r w:rsidRPr="006A5AA2">
        <w:rPr>
          <w:rFonts w:ascii="Times New Roman" w:hAnsi="Times New Roman" w:cs="Times New Roman"/>
          <w:b w:val="0"/>
          <w:bCs w:val="0"/>
          <w:color w:val="auto"/>
          <w:sz w:val="24"/>
          <w:szCs w:val="24"/>
        </w:rPr>
        <w:t>contratos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mediante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sistemas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automatizados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algoritmos</w:t>
      </w:r>
      <w:proofErr w:type="spellEnd"/>
      <w:r w:rsidRPr="006A5AA2">
        <w:rPr>
          <w:rFonts w:ascii="Times New Roman" w:hAnsi="Times New Roman" w:cs="Times New Roman"/>
          <w:b w:val="0"/>
          <w:bCs w:val="0"/>
          <w:color w:val="auto"/>
          <w:sz w:val="24"/>
          <w:szCs w:val="24"/>
        </w:rPr>
        <w:t xml:space="preserve"> y bases de </w:t>
      </w:r>
      <w:proofErr w:type="spellStart"/>
      <w:r w:rsidRPr="006A5AA2">
        <w:rPr>
          <w:rFonts w:ascii="Times New Roman" w:hAnsi="Times New Roman" w:cs="Times New Roman"/>
          <w:b w:val="0"/>
          <w:bCs w:val="0"/>
          <w:color w:val="auto"/>
          <w:sz w:val="24"/>
          <w:szCs w:val="24"/>
        </w:rPr>
        <w:t>datos</w:t>
      </w:r>
      <w:proofErr w:type="spellEnd"/>
      <w:r w:rsidRPr="006A5AA2">
        <w:rPr>
          <w:rFonts w:ascii="Times New Roman" w:hAnsi="Times New Roman" w:cs="Times New Roman"/>
          <w:b w:val="0"/>
          <w:bCs w:val="0"/>
          <w:color w:val="auto"/>
          <w:sz w:val="24"/>
          <w:szCs w:val="24"/>
        </w:rPr>
        <w:t>.</w:t>
      </w:r>
    </w:p>
    <w:p w14:paraId="7525B310" w14:textId="0BFB5651" w:rsidR="00FC7255" w:rsidRPr="006A5AA2" w:rsidRDefault="00FC7255" w:rsidP="00FC7255">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La </w:t>
      </w:r>
      <w:proofErr w:type="spellStart"/>
      <w:r w:rsidRPr="006A5AA2">
        <w:rPr>
          <w:rFonts w:ascii="Times New Roman" w:hAnsi="Times New Roman" w:cs="Times New Roman"/>
          <w:b w:val="0"/>
          <w:bCs w:val="0"/>
          <w:color w:val="auto"/>
          <w:sz w:val="24"/>
          <w:szCs w:val="24"/>
        </w:rPr>
        <w:t>contratación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electrónica</w:t>
      </w:r>
      <w:proofErr w:type="spellEnd"/>
      <w:r w:rsidRPr="006A5AA2">
        <w:rPr>
          <w:rFonts w:ascii="Times New Roman" w:hAnsi="Times New Roman" w:cs="Times New Roman"/>
          <w:b w:val="0"/>
          <w:bCs w:val="0"/>
          <w:color w:val="auto"/>
          <w:sz w:val="24"/>
          <w:szCs w:val="24"/>
        </w:rPr>
        <w:t xml:space="preserve"> se </w:t>
      </w:r>
      <w:proofErr w:type="spellStart"/>
      <w:r w:rsidRPr="006A5AA2">
        <w:rPr>
          <w:rFonts w:ascii="Times New Roman" w:hAnsi="Times New Roman" w:cs="Times New Roman"/>
          <w:b w:val="0"/>
          <w:bCs w:val="0"/>
          <w:color w:val="auto"/>
          <w:sz w:val="24"/>
          <w:szCs w:val="24"/>
        </w:rPr>
        <w:t>caracteriza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por</w:t>
      </w:r>
      <w:proofErr w:type="spellEnd"/>
      <w:r w:rsidRPr="006A5AA2">
        <w:rPr>
          <w:rFonts w:ascii="Times New Roman" w:hAnsi="Times New Roman" w:cs="Times New Roman"/>
          <w:b w:val="0"/>
          <w:bCs w:val="0"/>
          <w:color w:val="auto"/>
          <w:sz w:val="24"/>
          <w:szCs w:val="24"/>
        </w:rPr>
        <w:t>:</w:t>
      </w:r>
    </w:p>
    <w:p w14:paraId="4788D21C" w14:textId="77777777" w:rsidR="00D96C18" w:rsidRPr="006A5AA2" w:rsidRDefault="00FC7255" w:rsidP="00FC7255">
      <w:pPr>
        <w:pStyle w:val="Ttulo2"/>
        <w:numPr>
          <w:ilvl w:val="0"/>
          <w:numId w:val="13"/>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Desmaterialización</w:t>
      </w:r>
      <w:proofErr w:type="spellEnd"/>
      <w:r w:rsidRPr="006A5AA2">
        <w:rPr>
          <w:rFonts w:ascii="Times New Roman" w:hAnsi="Times New Roman" w:cs="Times New Roman"/>
          <w:b w:val="0"/>
          <w:bCs w:val="0"/>
          <w:color w:val="auto"/>
          <w:sz w:val="24"/>
          <w:szCs w:val="24"/>
        </w:rPr>
        <w:t xml:space="preserve"> del </w:t>
      </w:r>
      <w:proofErr w:type="spellStart"/>
      <w:r w:rsidRPr="006A5AA2">
        <w:rPr>
          <w:rFonts w:ascii="Times New Roman" w:hAnsi="Times New Roman" w:cs="Times New Roman"/>
          <w:b w:val="0"/>
          <w:bCs w:val="0"/>
          <w:color w:val="auto"/>
          <w:sz w:val="24"/>
          <w:szCs w:val="24"/>
        </w:rPr>
        <w:t>soporte</w:t>
      </w:r>
      <w:proofErr w:type="spellEnd"/>
      <w:r w:rsidRPr="006A5AA2">
        <w:rPr>
          <w:rFonts w:ascii="Times New Roman" w:hAnsi="Times New Roman" w:cs="Times New Roman"/>
          <w:b w:val="0"/>
          <w:bCs w:val="0"/>
          <w:color w:val="auto"/>
          <w:sz w:val="24"/>
          <w:szCs w:val="24"/>
        </w:rPr>
        <w:t xml:space="preserve"> documental</w:t>
      </w:r>
    </w:p>
    <w:p w14:paraId="4E0F5B55" w14:textId="77777777" w:rsidR="00D96C18" w:rsidRPr="006A5AA2" w:rsidRDefault="00FC7255" w:rsidP="00FC7255">
      <w:pPr>
        <w:pStyle w:val="Ttulo2"/>
        <w:numPr>
          <w:ilvl w:val="0"/>
          <w:numId w:val="13"/>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Ausencia</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contacto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físico</w:t>
      </w:r>
      <w:proofErr w:type="spellEnd"/>
      <w:r w:rsidRPr="006A5AA2">
        <w:rPr>
          <w:rFonts w:ascii="Times New Roman" w:hAnsi="Times New Roman" w:cs="Times New Roman"/>
          <w:b w:val="0"/>
          <w:bCs w:val="0"/>
          <w:color w:val="auto"/>
          <w:sz w:val="24"/>
          <w:szCs w:val="24"/>
        </w:rPr>
        <w:t xml:space="preserve"> entre las partes</w:t>
      </w:r>
    </w:p>
    <w:p w14:paraId="017BA98A" w14:textId="77777777" w:rsidR="00D96C18" w:rsidRPr="006A5AA2" w:rsidRDefault="00FC7255" w:rsidP="00FC7255">
      <w:pPr>
        <w:pStyle w:val="Ttulo2"/>
        <w:numPr>
          <w:ilvl w:val="0"/>
          <w:numId w:val="13"/>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Automatización</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procesos</w:t>
      </w:r>
      <w:proofErr w:type="spellEnd"/>
    </w:p>
    <w:p w14:paraId="28DF5AE5" w14:textId="34F6F758" w:rsidR="00FC7255" w:rsidRPr="006A5AA2" w:rsidRDefault="00FC7255" w:rsidP="00FC7255">
      <w:pPr>
        <w:pStyle w:val="Ttulo2"/>
        <w:numPr>
          <w:ilvl w:val="0"/>
          <w:numId w:val="13"/>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Uso</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mecanismos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autenticación</w:t>
      </w:r>
      <w:proofErr w:type="spellEnd"/>
      <w:r w:rsidRPr="006A5AA2">
        <w:rPr>
          <w:rFonts w:ascii="Times New Roman" w:hAnsi="Times New Roman" w:cs="Times New Roman"/>
          <w:b w:val="0"/>
          <w:bCs w:val="0"/>
          <w:color w:val="auto"/>
          <w:sz w:val="24"/>
          <w:szCs w:val="24"/>
        </w:rPr>
        <w:t xml:space="preserve"> digital</w:t>
      </w:r>
    </w:p>
    <w:p w14:paraId="1968E6DF" w14:textId="4119F3CD" w:rsidR="00FC7255" w:rsidRPr="006A5AA2" w:rsidRDefault="00FC7255" w:rsidP="00FC7255">
      <w:pPr>
        <w:pStyle w:val="Ttulo2"/>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Según</w:t>
      </w:r>
      <w:proofErr w:type="spellEnd"/>
      <w:r w:rsidRPr="006A5AA2">
        <w:rPr>
          <w:rFonts w:ascii="Times New Roman" w:hAnsi="Times New Roman" w:cs="Times New Roman"/>
          <w:b w:val="0"/>
          <w:bCs w:val="0"/>
          <w:color w:val="auto"/>
          <w:sz w:val="24"/>
          <w:szCs w:val="24"/>
        </w:rPr>
        <w:t xml:space="preserve"> Hernández </w:t>
      </w:r>
      <w:proofErr w:type="spellStart"/>
      <w:r w:rsidRPr="006A5AA2">
        <w:rPr>
          <w:rFonts w:ascii="Times New Roman" w:hAnsi="Times New Roman" w:cs="Times New Roman"/>
          <w:b w:val="0"/>
          <w:bCs w:val="0"/>
          <w:color w:val="auto"/>
          <w:sz w:val="24"/>
          <w:szCs w:val="24"/>
        </w:rPr>
        <w:t>Sampieri</w:t>
      </w:r>
      <w:proofErr w:type="spellEnd"/>
      <w:r w:rsidRPr="006A5AA2">
        <w:rPr>
          <w:rFonts w:ascii="Times New Roman" w:hAnsi="Times New Roman" w:cs="Times New Roman"/>
          <w:b w:val="0"/>
          <w:bCs w:val="0"/>
          <w:color w:val="auto"/>
          <w:sz w:val="24"/>
          <w:szCs w:val="24"/>
        </w:rPr>
        <w:t xml:space="preserve"> (2014), la </w:t>
      </w:r>
      <w:proofErr w:type="spellStart"/>
      <w:r w:rsidRPr="006A5AA2">
        <w:rPr>
          <w:rFonts w:ascii="Times New Roman" w:hAnsi="Times New Roman" w:cs="Times New Roman"/>
          <w:b w:val="0"/>
          <w:bCs w:val="0"/>
          <w:color w:val="auto"/>
          <w:sz w:val="24"/>
          <w:szCs w:val="24"/>
        </w:rPr>
        <w:t>contratación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exige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sistemas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fiables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identificación</w:t>
      </w:r>
      <w:proofErr w:type="spellEnd"/>
      <w:r w:rsidRPr="006A5AA2">
        <w:rPr>
          <w:rFonts w:ascii="Times New Roman" w:hAnsi="Times New Roman" w:cs="Times New Roman"/>
          <w:b w:val="0"/>
          <w:bCs w:val="0"/>
          <w:color w:val="auto"/>
          <w:sz w:val="24"/>
          <w:szCs w:val="24"/>
        </w:rPr>
        <w:t xml:space="preserve"> y </w:t>
      </w:r>
      <w:proofErr w:type="spellStart"/>
      <w:r w:rsidRPr="006A5AA2">
        <w:rPr>
          <w:rFonts w:ascii="Times New Roman" w:hAnsi="Times New Roman" w:cs="Times New Roman"/>
          <w:b w:val="0"/>
          <w:bCs w:val="0"/>
          <w:color w:val="auto"/>
          <w:sz w:val="24"/>
          <w:szCs w:val="24"/>
        </w:rPr>
        <w:t>prueba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siendo</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digital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mecanismo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más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robusto</w:t>
      </w:r>
      <w:proofErr w:type="spellEnd"/>
      <w:r w:rsidRPr="006A5AA2">
        <w:rPr>
          <w:rFonts w:ascii="Times New Roman" w:hAnsi="Times New Roman" w:cs="Times New Roman"/>
          <w:b w:val="0"/>
          <w:bCs w:val="0"/>
          <w:color w:val="auto"/>
          <w:sz w:val="24"/>
          <w:szCs w:val="24"/>
        </w:rPr>
        <w:t xml:space="preserve"> para </w:t>
      </w:r>
      <w:proofErr w:type="spellStart"/>
      <w:r w:rsidRPr="006A5AA2">
        <w:rPr>
          <w:rFonts w:ascii="Times New Roman" w:hAnsi="Times New Roman" w:cs="Times New Roman"/>
          <w:b w:val="0"/>
          <w:bCs w:val="0"/>
          <w:color w:val="auto"/>
          <w:sz w:val="24"/>
          <w:szCs w:val="24"/>
        </w:rPr>
        <w:t>garantizar</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seguridad</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jurídica</w:t>
      </w:r>
      <w:proofErr w:type="spellEnd"/>
      <w:r w:rsidRPr="006A5AA2">
        <w:rPr>
          <w:rFonts w:ascii="Times New Roman" w:hAnsi="Times New Roman" w:cs="Times New Roman"/>
          <w:b w:val="0"/>
          <w:bCs w:val="0"/>
          <w:color w:val="auto"/>
          <w:sz w:val="24"/>
          <w:szCs w:val="24"/>
        </w:rPr>
        <w:t xml:space="preserve"> en </w:t>
      </w:r>
      <w:proofErr w:type="spellStart"/>
      <w:r w:rsidRPr="006A5AA2">
        <w:rPr>
          <w:rFonts w:ascii="Times New Roman" w:hAnsi="Times New Roman" w:cs="Times New Roman"/>
          <w:b w:val="0"/>
          <w:bCs w:val="0"/>
          <w:color w:val="auto"/>
          <w:sz w:val="24"/>
          <w:szCs w:val="24"/>
        </w:rPr>
        <w:t>estos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entornos</w:t>
      </w:r>
      <w:proofErr w:type="spellEnd"/>
      <w:r w:rsidRPr="006A5AA2">
        <w:rPr>
          <w:rFonts w:ascii="Times New Roman" w:hAnsi="Times New Roman" w:cs="Times New Roman"/>
          <w:b w:val="0"/>
          <w:bCs w:val="0"/>
          <w:color w:val="auto"/>
          <w:sz w:val="24"/>
          <w:szCs w:val="24"/>
        </w:rPr>
        <w:t>.</w:t>
      </w:r>
    </w:p>
    <w:p w14:paraId="5660EF25" w14:textId="20F6327D" w:rsidR="009855D2" w:rsidRPr="006A5AA2" w:rsidRDefault="00FC7255" w:rsidP="00FC7255">
      <w:pPr>
        <w:pStyle w:val="Ttulo2"/>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Cuando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una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jurisdicción</w:t>
      </w:r>
      <w:proofErr w:type="spellEnd"/>
      <w:r w:rsidRPr="006A5AA2">
        <w:rPr>
          <w:rFonts w:ascii="Times New Roman" w:hAnsi="Times New Roman" w:cs="Times New Roman"/>
          <w:b w:val="0"/>
          <w:bCs w:val="0"/>
          <w:color w:val="auto"/>
          <w:sz w:val="24"/>
          <w:szCs w:val="24"/>
        </w:rPr>
        <w:t xml:space="preserve"> no </w:t>
      </w:r>
      <w:proofErr w:type="spellStart"/>
      <w:r w:rsidRPr="006A5AA2">
        <w:rPr>
          <w:rFonts w:ascii="Times New Roman" w:hAnsi="Times New Roman" w:cs="Times New Roman"/>
          <w:b w:val="0"/>
          <w:bCs w:val="0"/>
          <w:color w:val="auto"/>
          <w:sz w:val="24"/>
          <w:szCs w:val="24"/>
        </w:rPr>
        <w:t>reconoce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adecuadamente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estos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mecanismos</w:t>
      </w:r>
      <w:proofErr w:type="spellEnd"/>
      <w:r w:rsidRPr="006A5AA2">
        <w:rPr>
          <w:rFonts w:ascii="Times New Roman" w:hAnsi="Times New Roman" w:cs="Times New Roman"/>
          <w:b w:val="0"/>
          <w:bCs w:val="0"/>
          <w:color w:val="auto"/>
          <w:sz w:val="24"/>
          <w:szCs w:val="24"/>
        </w:rPr>
        <w:t xml:space="preserve">, se produce </w:t>
      </w:r>
      <w:proofErr w:type="spellStart"/>
      <w:r w:rsidRPr="006A5AA2">
        <w:rPr>
          <w:rFonts w:ascii="Times New Roman" w:hAnsi="Times New Roman" w:cs="Times New Roman"/>
          <w:b w:val="0"/>
          <w:bCs w:val="0"/>
          <w:color w:val="auto"/>
          <w:sz w:val="24"/>
          <w:szCs w:val="24"/>
        </w:rPr>
        <w:t>una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fricción</w:t>
      </w:r>
      <w:proofErr w:type="spellEnd"/>
      <w:r w:rsidRPr="006A5AA2">
        <w:rPr>
          <w:rFonts w:ascii="Times New Roman" w:hAnsi="Times New Roman" w:cs="Times New Roman"/>
          <w:b w:val="0"/>
          <w:bCs w:val="0"/>
          <w:color w:val="auto"/>
          <w:sz w:val="24"/>
          <w:szCs w:val="24"/>
        </w:rPr>
        <w:t xml:space="preserve"> entre la </w:t>
      </w:r>
      <w:proofErr w:type="spellStart"/>
      <w:r w:rsidRPr="006A5AA2">
        <w:rPr>
          <w:rFonts w:ascii="Times New Roman" w:hAnsi="Times New Roman" w:cs="Times New Roman"/>
          <w:b w:val="0"/>
          <w:bCs w:val="0"/>
          <w:color w:val="auto"/>
          <w:sz w:val="24"/>
          <w:szCs w:val="24"/>
        </w:rPr>
        <w:t>tecnología</w:t>
      </w:r>
      <w:proofErr w:type="spellEnd"/>
      <w:r w:rsidRPr="006A5AA2">
        <w:rPr>
          <w:rFonts w:ascii="Times New Roman" w:hAnsi="Times New Roman" w:cs="Times New Roman"/>
          <w:b w:val="0"/>
          <w:bCs w:val="0"/>
          <w:color w:val="auto"/>
          <w:sz w:val="24"/>
          <w:szCs w:val="24"/>
        </w:rPr>
        <w:t xml:space="preserve"> y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derecho que </w:t>
      </w:r>
      <w:proofErr w:type="spellStart"/>
      <w:r w:rsidRPr="006A5AA2">
        <w:rPr>
          <w:rFonts w:ascii="Times New Roman" w:hAnsi="Times New Roman" w:cs="Times New Roman"/>
          <w:b w:val="0"/>
          <w:bCs w:val="0"/>
          <w:color w:val="auto"/>
          <w:sz w:val="24"/>
          <w:szCs w:val="24"/>
        </w:rPr>
        <w:t>impacta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negativamente</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inversión</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competitividad</w:t>
      </w:r>
      <w:proofErr w:type="spellEnd"/>
      <w:r w:rsidRPr="006A5AA2">
        <w:rPr>
          <w:rFonts w:ascii="Times New Roman" w:hAnsi="Times New Roman" w:cs="Times New Roman"/>
          <w:b w:val="0"/>
          <w:bCs w:val="0"/>
          <w:color w:val="auto"/>
          <w:sz w:val="24"/>
          <w:szCs w:val="24"/>
        </w:rPr>
        <w:t xml:space="preserve"> y la </w:t>
      </w:r>
      <w:proofErr w:type="spellStart"/>
      <w:r w:rsidRPr="006A5AA2">
        <w:rPr>
          <w:rFonts w:ascii="Times New Roman" w:hAnsi="Times New Roman" w:cs="Times New Roman"/>
          <w:b w:val="0"/>
          <w:bCs w:val="0"/>
          <w:color w:val="auto"/>
          <w:sz w:val="24"/>
          <w:szCs w:val="24"/>
        </w:rPr>
        <w:t>eficiencia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empresarial</w:t>
      </w:r>
      <w:proofErr w:type="spellEnd"/>
      <w:r w:rsidRPr="006A5AA2">
        <w:rPr>
          <w:rFonts w:ascii="Times New Roman" w:hAnsi="Times New Roman" w:cs="Times New Roman"/>
          <w:b w:val="0"/>
          <w:bCs w:val="0"/>
          <w:color w:val="auto"/>
          <w:sz w:val="24"/>
          <w:szCs w:val="24"/>
        </w:rPr>
        <w:t>.</w:t>
      </w:r>
      <w:r w:rsidR="00D96C18" w:rsidRPr="006A5AA2">
        <w:rPr>
          <w:rFonts w:ascii="Times New Roman" w:hAnsi="Times New Roman" w:cs="Times New Roman"/>
          <w:b w:val="0"/>
          <w:bCs w:val="0"/>
          <w:color w:val="auto"/>
          <w:sz w:val="24"/>
          <w:szCs w:val="24"/>
        </w:rPr>
        <w:br/>
      </w:r>
    </w:p>
    <w:p w14:paraId="2DC74F28" w14:textId="112F18F2" w:rsidR="00FC7255" w:rsidRPr="006A5AA2" w:rsidRDefault="00FC7255" w:rsidP="00FC7255">
      <w:pPr>
        <w:rPr>
          <w:b/>
          <w:bCs/>
        </w:rPr>
      </w:pPr>
      <w:proofErr w:type="spellStart"/>
      <w:r w:rsidRPr="006A5AA2">
        <w:rPr>
          <w:b/>
          <w:bCs/>
        </w:rPr>
        <w:t>Interoperabilidad</w:t>
      </w:r>
      <w:proofErr w:type="spellEnd"/>
      <w:r w:rsidRPr="006A5AA2">
        <w:rPr>
          <w:b/>
          <w:bCs/>
        </w:rPr>
        <w:t xml:space="preserve"> </w:t>
      </w:r>
      <w:proofErr w:type="spellStart"/>
      <w:r w:rsidRPr="006A5AA2">
        <w:rPr>
          <w:b/>
          <w:bCs/>
        </w:rPr>
        <w:t>jurídica</w:t>
      </w:r>
      <w:proofErr w:type="spellEnd"/>
      <w:r w:rsidRPr="006A5AA2">
        <w:rPr>
          <w:b/>
          <w:bCs/>
        </w:rPr>
        <w:t xml:space="preserve"> y </w:t>
      </w:r>
      <w:proofErr w:type="spellStart"/>
      <w:r w:rsidRPr="006A5AA2">
        <w:rPr>
          <w:b/>
          <w:bCs/>
        </w:rPr>
        <w:t>reconocimiento</w:t>
      </w:r>
      <w:proofErr w:type="spellEnd"/>
      <w:r w:rsidRPr="006A5AA2">
        <w:rPr>
          <w:b/>
          <w:bCs/>
        </w:rPr>
        <w:t xml:space="preserve"> </w:t>
      </w:r>
      <w:proofErr w:type="spellStart"/>
      <w:r w:rsidRPr="006A5AA2">
        <w:rPr>
          <w:b/>
          <w:bCs/>
        </w:rPr>
        <w:t>transnacional</w:t>
      </w:r>
      <w:proofErr w:type="spellEnd"/>
    </w:p>
    <w:p w14:paraId="523482AE" w14:textId="77777777" w:rsidR="00FC7255" w:rsidRPr="006A5AA2" w:rsidRDefault="00FC7255" w:rsidP="00FC7255">
      <w:r w:rsidRPr="006A5AA2">
        <w:t xml:space="preserve">La </w:t>
      </w:r>
      <w:proofErr w:type="spellStart"/>
      <w:r w:rsidRPr="006A5AA2">
        <w:t>interoperabilidad</w:t>
      </w:r>
      <w:proofErr w:type="spellEnd"/>
      <w:r w:rsidRPr="006A5AA2">
        <w:t xml:space="preserve"> </w:t>
      </w:r>
      <w:proofErr w:type="spellStart"/>
      <w:r w:rsidRPr="006A5AA2">
        <w:t>jurídica</w:t>
      </w:r>
      <w:proofErr w:type="spellEnd"/>
      <w:r w:rsidRPr="006A5AA2">
        <w:t xml:space="preserve"> se </w:t>
      </w:r>
      <w:proofErr w:type="spellStart"/>
      <w:r w:rsidRPr="006A5AA2">
        <w:t>refiere</w:t>
      </w:r>
      <w:proofErr w:type="spellEnd"/>
      <w:r w:rsidRPr="006A5AA2">
        <w:t xml:space="preserve"> a la </w:t>
      </w:r>
      <w:proofErr w:type="spellStart"/>
      <w:r w:rsidRPr="006A5AA2">
        <w:t>capacidad</w:t>
      </w:r>
      <w:proofErr w:type="spellEnd"/>
      <w:r w:rsidRPr="006A5AA2">
        <w:t xml:space="preserve"> de </w:t>
      </w:r>
      <w:proofErr w:type="spellStart"/>
      <w:r w:rsidRPr="006A5AA2">
        <w:t>los</w:t>
      </w:r>
      <w:proofErr w:type="spellEnd"/>
      <w:r w:rsidRPr="006A5AA2">
        <w:t xml:space="preserve"> </w:t>
      </w:r>
      <w:proofErr w:type="spellStart"/>
      <w:r w:rsidRPr="006A5AA2">
        <w:t>sistemas</w:t>
      </w:r>
      <w:proofErr w:type="spellEnd"/>
      <w:r w:rsidRPr="006A5AA2">
        <w:t xml:space="preserve"> </w:t>
      </w:r>
      <w:proofErr w:type="spellStart"/>
      <w:r w:rsidRPr="006A5AA2">
        <w:t>normativos</w:t>
      </w:r>
      <w:proofErr w:type="spellEnd"/>
      <w:r w:rsidRPr="006A5AA2">
        <w:t xml:space="preserve"> de </w:t>
      </w:r>
      <w:proofErr w:type="spellStart"/>
      <w:r w:rsidRPr="006A5AA2">
        <w:t>distintos</w:t>
      </w:r>
      <w:proofErr w:type="spellEnd"/>
      <w:r w:rsidRPr="006A5AA2">
        <w:t xml:space="preserve"> </w:t>
      </w:r>
      <w:proofErr w:type="spellStart"/>
      <w:r w:rsidRPr="006A5AA2">
        <w:t>países</w:t>
      </w:r>
      <w:proofErr w:type="spellEnd"/>
      <w:r w:rsidRPr="006A5AA2">
        <w:t xml:space="preserve"> para </w:t>
      </w:r>
      <w:proofErr w:type="spellStart"/>
      <w:r w:rsidRPr="006A5AA2">
        <w:t>reconocer</w:t>
      </w:r>
      <w:proofErr w:type="spellEnd"/>
      <w:r w:rsidRPr="006A5AA2">
        <w:t xml:space="preserve"> de </w:t>
      </w:r>
      <w:proofErr w:type="spellStart"/>
      <w:r w:rsidRPr="006A5AA2">
        <w:t>manera</w:t>
      </w:r>
      <w:proofErr w:type="spellEnd"/>
      <w:r w:rsidRPr="006A5AA2">
        <w:t xml:space="preserve"> </w:t>
      </w:r>
      <w:proofErr w:type="spellStart"/>
      <w:r w:rsidRPr="006A5AA2">
        <w:t>mutua</w:t>
      </w:r>
      <w:proofErr w:type="spellEnd"/>
      <w:r w:rsidRPr="006A5AA2">
        <w:t xml:space="preserve"> </w:t>
      </w:r>
      <w:proofErr w:type="spellStart"/>
      <w:r w:rsidRPr="006A5AA2">
        <w:t>los</w:t>
      </w:r>
      <w:proofErr w:type="spellEnd"/>
      <w:r w:rsidRPr="006A5AA2">
        <w:t xml:space="preserve"> </w:t>
      </w:r>
      <w:proofErr w:type="spellStart"/>
      <w:r w:rsidRPr="006A5AA2">
        <w:t>efectos</w:t>
      </w:r>
      <w:proofErr w:type="spellEnd"/>
      <w:r w:rsidRPr="006A5AA2">
        <w:t xml:space="preserve"> </w:t>
      </w:r>
      <w:proofErr w:type="spellStart"/>
      <w:r w:rsidRPr="006A5AA2">
        <w:t>jurídicos</w:t>
      </w:r>
      <w:proofErr w:type="spellEnd"/>
      <w:r w:rsidRPr="006A5AA2">
        <w:t xml:space="preserve"> de </w:t>
      </w:r>
      <w:proofErr w:type="spellStart"/>
      <w:r w:rsidRPr="006A5AA2">
        <w:t>los</w:t>
      </w:r>
      <w:proofErr w:type="spellEnd"/>
      <w:r w:rsidRPr="006A5AA2">
        <w:t xml:space="preserve"> </w:t>
      </w:r>
      <w:proofErr w:type="spellStart"/>
      <w:r w:rsidRPr="006A5AA2">
        <w:t>actos</w:t>
      </w:r>
      <w:proofErr w:type="spellEnd"/>
      <w:r w:rsidRPr="006A5AA2">
        <w:t xml:space="preserve"> </w:t>
      </w:r>
      <w:proofErr w:type="spellStart"/>
      <w:r w:rsidRPr="006A5AA2">
        <w:t>realizados</w:t>
      </w:r>
      <w:proofErr w:type="spellEnd"/>
      <w:r w:rsidRPr="006A5AA2">
        <w:t xml:space="preserve"> </w:t>
      </w:r>
      <w:proofErr w:type="spellStart"/>
      <w:r w:rsidRPr="006A5AA2">
        <w:t>electrónicamente</w:t>
      </w:r>
      <w:proofErr w:type="spellEnd"/>
      <w:r w:rsidRPr="006A5AA2">
        <w:t xml:space="preserve">. En </w:t>
      </w:r>
      <w:proofErr w:type="spellStart"/>
      <w:r w:rsidRPr="006A5AA2">
        <w:t>materia</w:t>
      </w:r>
      <w:proofErr w:type="spellEnd"/>
      <w:r w:rsidRPr="006A5AA2">
        <w:t xml:space="preserve"> de </w:t>
      </w:r>
      <w:proofErr w:type="spellStart"/>
      <w:r w:rsidRPr="006A5AA2">
        <w:t>firma</w:t>
      </w:r>
      <w:proofErr w:type="spellEnd"/>
      <w:r w:rsidRPr="006A5AA2">
        <w:t xml:space="preserve"> digital, </w:t>
      </w:r>
      <w:proofErr w:type="spellStart"/>
      <w:r w:rsidRPr="006A5AA2">
        <w:t>este</w:t>
      </w:r>
      <w:proofErr w:type="spellEnd"/>
      <w:r w:rsidRPr="006A5AA2">
        <w:t xml:space="preserve"> </w:t>
      </w:r>
      <w:proofErr w:type="spellStart"/>
      <w:r w:rsidRPr="006A5AA2">
        <w:t>concepto</w:t>
      </w:r>
      <w:proofErr w:type="spellEnd"/>
      <w:r w:rsidRPr="006A5AA2">
        <w:t xml:space="preserve"> </w:t>
      </w:r>
      <w:proofErr w:type="spellStart"/>
      <w:r w:rsidRPr="006A5AA2">
        <w:t>adquiere</w:t>
      </w:r>
      <w:proofErr w:type="spellEnd"/>
      <w:r w:rsidRPr="006A5AA2">
        <w:t xml:space="preserve"> </w:t>
      </w:r>
      <w:proofErr w:type="spellStart"/>
      <w:r w:rsidRPr="006A5AA2">
        <w:t>una</w:t>
      </w:r>
      <w:proofErr w:type="spellEnd"/>
      <w:r w:rsidRPr="006A5AA2">
        <w:t xml:space="preserve"> </w:t>
      </w:r>
      <w:proofErr w:type="spellStart"/>
      <w:r w:rsidRPr="006A5AA2">
        <w:t>trascendencia</w:t>
      </w:r>
      <w:proofErr w:type="spellEnd"/>
      <w:r w:rsidRPr="006A5AA2">
        <w:t xml:space="preserve"> especial, </w:t>
      </w:r>
      <w:proofErr w:type="spellStart"/>
      <w:r w:rsidRPr="006A5AA2">
        <w:t>pues</w:t>
      </w:r>
      <w:proofErr w:type="spellEnd"/>
      <w:r w:rsidRPr="006A5AA2">
        <w:t xml:space="preserve"> </w:t>
      </w:r>
      <w:proofErr w:type="spellStart"/>
      <w:r w:rsidRPr="006A5AA2">
        <w:t>su</w:t>
      </w:r>
      <w:proofErr w:type="spellEnd"/>
      <w:r w:rsidRPr="006A5AA2">
        <w:t xml:space="preserve"> </w:t>
      </w:r>
      <w:proofErr w:type="spellStart"/>
      <w:r w:rsidRPr="006A5AA2">
        <w:t>ausencia</w:t>
      </w:r>
      <w:proofErr w:type="spellEnd"/>
      <w:r w:rsidRPr="006A5AA2">
        <w:t xml:space="preserve"> </w:t>
      </w:r>
      <w:proofErr w:type="spellStart"/>
      <w:r w:rsidRPr="006A5AA2">
        <w:t>impide</w:t>
      </w:r>
      <w:proofErr w:type="spellEnd"/>
      <w:r w:rsidRPr="006A5AA2">
        <w:t xml:space="preserve"> </w:t>
      </w:r>
      <w:proofErr w:type="spellStart"/>
      <w:r w:rsidRPr="006A5AA2">
        <w:t>el</w:t>
      </w:r>
      <w:proofErr w:type="spellEnd"/>
      <w:r w:rsidRPr="006A5AA2">
        <w:t xml:space="preserve"> </w:t>
      </w:r>
      <w:proofErr w:type="spellStart"/>
      <w:r w:rsidRPr="006A5AA2">
        <w:t>desarrollo</w:t>
      </w:r>
      <w:proofErr w:type="spellEnd"/>
      <w:r w:rsidRPr="006A5AA2">
        <w:t xml:space="preserve"> </w:t>
      </w:r>
      <w:proofErr w:type="spellStart"/>
      <w:r w:rsidRPr="006A5AA2">
        <w:t>efectivo</w:t>
      </w:r>
      <w:proofErr w:type="spellEnd"/>
      <w:r w:rsidRPr="006A5AA2">
        <w:t xml:space="preserve"> del </w:t>
      </w:r>
      <w:proofErr w:type="spellStart"/>
      <w:r w:rsidRPr="006A5AA2">
        <w:t>comercio</w:t>
      </w:r>
      <w:proofErr w:type="spellEnd"/>
      <w:r w:rsidRPr="006A5AA2">
        <w:t xml:space="preserve"> </w:t>
      </w:r>
      <w:proofErr w:type="spellStart"/>
      <w:r w:rsidRPr="006A5AA2">
        <w:t>electrónico</w:t>
      </w:r>
      <w:proofErr w:type="spellEnd"/>
      <w:r w:rsidRPr="006A5AA2">
        <w:t xml:space="preserve"> </w:t>
      </w:r>
      <w:proofErr w:type="spellStart"/>
      <w:r w:rsidRPr="006A5AA2">
        <w:t>transfronterizo</w:t>
      </w:r>
      <w:proofErr w:type="spellEnd"/>
      <w:r w:rsidRPr="006A5AA2">
        <w:t>.</w:t>
      </w:r>
    </w:p>
    <w:p w14:paraId="43861C2F" w14:textId="77777777" w:rsidR="00FC7255" w:rsidRPr="006A5AA2" w:rsidRDefault="00FC7255" w:rsidP="00FC7255"/>
    <w:p w14:paraId="52CED4EF" w14:textId="56DCBBAE" w:rsidR="00FC7255" w:rsidRPr="006A5AA2" w:rsidRDefault="00FC7255" w:rsidP="00FC7255">
      <w:r w:rsidRPr="006A5AA2">
        <w:t xml:space="preserve">En Colombia, la </w:t>
      </w:r>
      <w:proofErr w:type="spellStart"/>
      <w:r w:rsidRPr="006A5AA2">
        <w:t>infraestructura</w:t>
      </w:r>
      <w:proofErr w:type="spellEnd"/>
      <w:r w:rsidRPr="006A5AA2">
        <w:t xml:space="preserve"> de clave </w:t>
      </w:r>
      <w:proofErr w:type="spellStart"/>
      <w:r w:rsidRPr="006A5AA2">
        <w:t>pública</w:t>
      </w:r>
      <w:proofErr w:type="spellEnd"/>
      <w:r w:rsidRPr="006A5AA2">
        <w:t xml:space="preserve"> (PKI) </w:t>
      </w:r>
      <w:proofErr w:type="spellStart"/>
      <w:r w:rsidRPr="006A5AA2">
        <w:t>está</w:t>
      </w:r>
      <w:proofErr w:type="spellEnd"/>
      <w:r w:rsidRPr="006A5AA2">
        <w:t xml:space="preserve"> </w:t>
      </w:r>
      <w:proofErr w:type="spellStart"/>
      <w:r w:rsidRPr="006A5AA2">
        <w:t>plenamente</w:t>
      </w:r>
      <w:proofErr w:type="spellEnd"/>
      <w:r w:rsidRPr="006A5AA2">
        <w:t xml:space="preserve"> </w:t>
      </w:r>
      <w:proofErr w:type="spellStart"/>
      <w:r w:rsidRPr="006A5AA2">
        <w:t>desarrollada</w:t>
      </w:r>
      <w:proofErr w:type="spellEnd"/>
      <w:r w:rsidRPr="006A5AA2">
        <w:t xml:space="preserve"> y </w:t>
      </w:r>
      <w:proofErr w:type="spellStart"/>
      <w:r w:rsidRPr="006A5AA2">
        <w:t>respaldada</w:t>
      </w:r>
      <w:proofErr w:type="spellEnd"/>
      <w:r w:rsidRPr="006A5AA2">
        <w:t xml:space="preserve"> </w:t>
      </w:r>
      <w:proofErr w:type="spellStart"/>
      <w:r w:rsidRPr="006A5AA2">
        <w:t>por</w:t>
      </w:r>
      <w:proofErr w:type="spellEnd"/>
      <w:r w:rsidRPr="006A5AA2">
        <w:t xml:space="preserve"> </w:t>
      </w:r>
      <w:proofErr w:type="spellStart"/>
      <w:r w:rsidRPr="006A5AA2">
        <w:t>entidades</w:t>
      </w:r>
      <w:proofErr w:type="spellEnd"/>
      <w:r w:rsidRPr="006A5AA2">
        <w:t xml:space="preserve"> de </w:t>
      </w:r>
      <w:proofErr w:type="spellStart"/>
      <w:r w:rsidRPr="006A5AA2">
        <w:t>certificación</w:t>
      </w:r>
      <w:proofErr w:type="spellEnd"/>
      <w:r w:rsidRPr="006A5AA2">
        <w:t xml:space="preserve"> digital </w:t>
      </w:r>
      <w:proofErr w:type="spellStart"/>
      <w:r w:rsidRPr="006A5AA2">
        <w:t>acreditadas</w:t>
      </w:r>
      <w:proofErr w:type="spellEnd"/>
      <w:r w:rsidRPr="006A5AA2">
        <w:t xml:space="preserve">. En Panamá, </w:t>
      </w:r>
      <w:proofErr w:type="spellStart"/>
      <w:r w:rsidRPr="006A5AA2">
        <w:t>aunque</w:t>
      </w:r>
      <w:proofErr w:type="spellEnd"/>
      <w:r w:rsidRPr="006A5AA2">
        <w:t xml:space="preserve"> </w:t>
      </w:r>
      <w:proofErr w:type="spellStart"/>
      <w:r w:rsidRPr="006A5AA2">
        <w:t>existe</w:t>
      </w:r>
      <w:proofErr w:type="spellEnd"/>
      <w:r w:rsidRPr="006A5AA2">
        <w:t xml:space="preserve"> </w:t>
      </w:r>
      <w:proofErr w:type="spellStart"/>
      <w:r w:rsidRPr="006A5AA2">
        <w:t>regulación</w:t>
      </w:r>
      <w:proofErr w:type="spellEnd"/>
      <w:r w:rsidRPr="006A5AA2">
        <w:t xml:space="preserve">, </w:t>
      </w:r>
      <w:proofErr w:type="spellStart"/>
      <w:r w:rsidRPr="006A5AA2">
        <w:t>el</w:t>
      </w:r>
      <w:proofErr w:type="spellEnd"/>
      <w:r w:rsidRPr="006A5AA2">
        <w:t xml:space="preserve"> </w:t>
      </w:r>
      <w:proofErr w:type="spellStart"/>
      <w:r w:rsidRPr="006A5AA2">
        <w:t>reconocimiento</w:t>
      </w:r>
      <w:proofErr w:type="spellEnd"/>
      <w:r w:rsidRPr="006A5AA2">
        <w:t xml:space="preserve"> </w:t>
      </w:r>
      <w:proofErr w:type="spellStart"/>
      <w:r w:rsidRPr="006A5AA2">
        <w:t>práctico</w:t>
      </w:r>
      <w:proofErr w:type="spellEnd"/>
      <w:r w:rsidRPr="006A5AA2">
        <w:t xml:space="preserve"> de </w:t>
      </w:r>
      <w:proofErr w:type="spellStart"/>
      <w:r w:rsidRPr="006A5AA2">
        <w:t>dichos</w:t>
      </w:r>
      <w:proofErr w:type="spellEnd"/>
      <w:r w:rsidRPr="006A5AA2">
        <w:t xml:space="preserve"> </w:t>
      </w:r>
      <w:proofErr w:type="spellStart"/>
      <w:r w:rsidRPr="006A5AA2">
        <w:t>certificados</w:t>
      </w:r>
      <w:proofErr w:type="spellEnd"/>
      <w:r w:rsidRPr="006A5AA2">
        <w:t xml:space="preserve"> </w:t>
      </w:r>
      <w:proofErr w:type="spellStart"/>
      <w:r w:rsidRPr="006A5AA2">
        <w:t>digitales</w:t>
      </w:r>
      <w:proofErr w:type="spellEnd"/>
      <w:r w:rsidRPr="006A5AA2">
        <w:t xml:space="preserve"> </w:t>
      </w:r>
      <w:proofErr w:type="spellStart"/>
      <w:r w:rsidRPr="006A5AA2">
        <w:t>extranjeros</w:t>
      </w:r>
      <w:proofErr w:type="spellEnd"/>
      <w:r w:rsidRPr="006A5AA2">
        <w:t xml:space="preserve"> es </w:t>
      </w:r>
      <w:proofErr w:type="spellStart"/>
      <w:r w:rsidRPr="006A5AA2">
        <w:t>limitado</w:t>
      </w:r>
      <w:proofErr w:type="spellEnd"/>
      <w:r w:rsidRPr="006A5AA2">
        <w:t xml:space="preserve">, lo que </w:t>
      </w:r>
      <w:proofErr w:type="spellStart"/>
      <w:r w:rsidRPr="006A5AA2">
        <w:t>impide</w:t>
      </w:r>
      <w:proofErr w:type="spellEnd"/>
      <w:r w:rsidRPr="006A5AA2">
        <w:t xml:space="preserve"> la </w:t>
      </w:r>
      <w:proofErr w:type="spellStart"/>
      <w:r w:rsidRPr="006A5AA2">
        <w:t>interoperabilidad</w:t>
      </w:r>
      <w:proofErr w:type="spellEnd"/>
      <w:r w:rsidRPr="006A5AA2">
        <w:t xml:space="preserve"> </w:t>
      </w:r>
      <w:proofErr w:type="spellStart"/>
      <w:r w:rsidRPr="006A5AA2">
        <w:t>efectiva</w:t>
      </w:r>
      <w:proofErr w:type="spellEnd"/>
      <w:r w:rsidRPr="006A5AA2">
        <w:t>.</w:t>
      </w:r>
    </w:p>
    <w:p w14:paraId="63CBB973" w14:textId="02128D3F" w:rsidR="00FC7255" w:rsidRPr="006A5AA2" w:rsidRDefault="00FC7255" w:rsidP="00FC7255">
      <w:r w:rsidRPr="006A5AA2">
        <w:t xml:space="preserve">Esta </w:t>
      </w:r>
      <w:proofErr w:type="spellStart"/>
      <w:r w:rsidRPr="006A5AA2">
        <w:t>falta</w:t>
      </w:r>
      <w:proofErr w:type="spellEnd"/>
      <w:r w:rsidRPr="006A5AA2">
        <w:t xml:space="preserve"> de </w:t>
      </w:r>
      <w:proofErr w:type="spellStart"/>
      <w:r w:rsidRPr="006A5AA2">
        <w:t>reconocimiento</w:t>
      </w:r>
      <w:proofErr w:type="spellEnd"/>
      <w:r w:rsidRPr="006A5AA2">
        <w:t xml:space="preserve"> </w:t>
      </w:r>
      <w:proofErr w:type="spellStart"/>
      <w:r w:rsidRPr="006A5AA2">
        <w:t>mutuo</w:t>
      </w:r>
      <w:proofErr w:type="spellEnd"/>
      <w:r w:rsidRPr="006A5AA2">
        <w:t xml:space="preserve"> </w:t>
      </w:r>
      <w:proofErr w:type="spellStart"/>
      <w:r w:rsidRPr="006A5AA2">
        <w:t>explica</w:t>
      </w:r>
      <w:proofErr w:type="spellEnd"/>
      <w:r w:rsidRPr="006A5AA2">
        <w:t xml:space="preserve"> en gran </w:t>
      </w:r>
      <w:proofErr w:type="spellStart"/>
      <w:r w:rsidRPr="006A5AA2">
        <w:t>medida</w:t>
      </w:r>
      <w:proofErr w:type="spellEnd"/>
      <w:r w:rsidRPr="006A5AA2">
        <w:t xml:space="preserve"> las barreras </w:t>
      </w:r>
      <w:proofErr w:type="spellStart"/>
      <w:r w:rsidRPr="006A5AA2">
        <w:t>enfrentadas</w:t>
      </w:r>
      <w:proofErr w:type="spellEnd"/>
      <w:r w:rsidRPr="006A5AA2">
        <w:t xml:space="preserve"> </w:t>
      </w:r>
      <w:proofErr w:type="spellStart"/>
      <w:r w:rsidRPr="006A5AA2">
        <w:t>por</w:t>
      </w:r>
      <w:proofErr w:type="spellEnd"/>
      <w:r w:rsidRPr="006A5AA2">
        <w:t xml:space="preserve"> las empresas </w:t>
      </w:r>
      <w:proofErr w:type="spellStart"/>
      <w:r w:rsidRPr="006A5AA2">
        <w:t>colombianas</w:t>
      </w:r>
      <w:proofErr w:type="spellEnd"/>
      <w:r w:rsidRPr="006A5AA2">
        <w:t xml:space="preserve"> al </w:t>
      </w:r>
      <w:proofErr w:type="spellStart"/>
      <w:r w:rsidRPr="006A5AA2">
        <w:t>operar</w:t>
      </w:r>
      <w:proofErr w:type="spellEnd"/>
      <w:r w:rsidRPr="006A5AA2">
        <w:t xml:space="preserve"> en Panamá </w:t>
      </w:r>
      <w:proofErr w:type="spellStart"/>
      <w:r w:rsidRPr="006A5AA2">
        <w:t>mediante</w:t>
      </w:r>
      <w:proofErr w:type="spellEnd"/>
      <w:r w:rsidRPr="006A5AA2">
        <w:t xml:space="preserve"> </w:t>
      </w:r>
      <w:proofErr w:type="spellStart"/>
      <w:r w:rsidRPr="006A5AA2">
        <w:t>plataformas</w:t>
      </w:r>
      <w:proofErr w:type="spellEnd"/>
      <w:r w:rsidRPr="006A5AA2">
        <w:t xml:space="preserve"> </w:t>
      </w:r>
      <w:proofErr w:type="spellStart"/>
      <w:r w:rsidRPr="006A5AA2">
        <w:t>digitales</w:t>
      </w:r>
      <w:proofErr w:type="spellEnd"/>
      <w:r w:rsidRPr="006A5AA2">
        <w:t>.</w:t>
      </w:r>
    </w:p>
    <w:p w14:paraId="3B25C29B" w14:textId="46D7C764" w:rsidR="00FC7255" w:rsidRPr="006A5AA2" w:rsidRDefault="00FC7255" w:rsidP="00FC7255">
      <w:pPr>
        <w:rPr>
          <w:b/>
          <w:bCs/>
        </w:rPr>
      </w:pPr>
      <w:proofErr w:type="spellStart"/>
      <w:r w:rsidRPr="006A5AA2">
        <w:rPr>
          <w:b/>
          <w:bCs/>
        </w:rPr>
        <w:t>Brecha</w:t>
      </w:r>
      <w:proofErr w:type="spellEnd"/>
      <w:r w:rsidRPr="006A5AA2">
        <w:rPr>
          <w:b/>
          <w:bCs/>
        </w:rPr>
        <w:t xml:space="preserve"> entre norma y </w:t>
      </w:r>
      <w:proofErr w:type="spellStart"/>
      <w:r w:rsidRPr="006A5AA2">
        <w:rPr>
          <w:b/>
          <w:bCs/>
        </w:rPr>
        <w:t>realidad</w:t>
      </w:r>
      <w:proofErr w:type="spellEnd"/>
      <w:r w:rsidRPr="006A5AA2">
        <w:rPr>
          <w:b/>
          <w:bCs/>
        </w:rPr>
        <w:t xml:space="preserve"> en la </w:t>
      </w:r>
      <w:proofErr w:type="spellStart"/>
      <w:r w:rsidRPr="006A5AA2">
        <w:rPr>
          <w:b/>
          <w:bCs/>
        </w:rPr>
        <w:t>adopción</w:t>
      </w:r>
      <w:proofErr w:type="spellEnd"/>
      <w:r w:rsidRPr="006A5AA2">
        <w:rPr>
          <w:b/>
          <w:bCs/>
        </w:rPr>
        <w:t xml:space="preserve"> de la </w:t>
      </w:r>
      <w:proofErr w:type="spellStart"/>
      <w:r w:rsidRPr="006A5AA2">
        <w:rPr>
          <w:b/>
          <w:bCs/>
        </w:rPr>
        <w:t>firma</w:t>
      </w:r>
      <w:proofErr w:type="spellEnd"/>
      <w:r w:rsidRPr="006A5AA2">
        <w:rPr>
          <w:b/>
          <w:bCs/>
        </w:rPr>
        <w:t xml:space="preserve"> digital</w:t>
      </w:r>
    </w:p>
    <w:p w14:paraId="704322EA" w14:textId="5F092882" w:rsidR="00FC7255" w:rsidRPr="006A5AA2" w:rsidRDefault="00FC7255" w:rsidP="00FC7255">
      <w:r w:rsidRPr="006A5AA2">
        <w:t xml:space="preserve">Uno de </w:t>
      </w:r>
      <w:proofErr w:type="spellStart"/>
      <w:r w:rsidRPr="006A5AA2">
        <w:t>los</w:t>
      </w:r>
      <w:proofErr w:type="spellEnd"/>
      <w:r w:rsidRPr="006A5AA2">
        <w:t xml:space="preserve"> </w:t>
      </w:r>
      <w:proofErr w:type="spellStart"/>
      <w:r w:rsidRPr="006A5AA2">
        <w:t>fenómenos</w:t>
      </w:r>
      <w:proofErr w:type="spellEnd"/>
      <w:r w:rsidRPr="006A5AA2">
        <w:t xml:space="preserve"> </w:t>
      </w:r>
      <w:proofErr w:type="spellStart"/>
      <w:r w:rsidRPr="006A5AA2">
        <w:t>jurídicos</w:t>
      </w:r>
      <w:proofErr w:type="spellEnd"/>
      <w:r w:rsidRPr="006A5AA2">
        <w:t xml:space="preserve"> </w:t>
      </w:r>
      <w:proofErr w:type="spellStart"/>
      <w:r w:rsidRPr="006A5AA2">
        <w:t>más</w:t>
      </w:r>
      <w:proofErr w:type="spellEnd"/>
      <w:r w:rsidRPr="006A5AA2">
        <w:t xml:space="preserve"> </w:t>
      </w:r>
      <w:proofErr w:type="spellStart"/>
      <w:r w:rsidRPr="006A5AA2">
        <w:t>relevantes</w:t>
      </w:r>
      <w:proofErr w:type="spellEnd"/>
      <w:r w:rsidRPr="006A5AA2">
        <w:t xml:space="preserve"> </w:t>
      </w:r>
      <w:proofErr w:type="spellStart"/>
      <w:r w:rsidRPr="006A5AA2">
        <w:t>abordados</w:t>
      </w:r>
      <w:proofErr w:type="spellEnd"/>
      <w:r w:rsidRPr="006A5AA2">
        <w:t xml:space="preserve"> </w:t>
      </w:r>
      <w:proofErr w:type="spellStart"/>
      <w:r w:rsidRPr="006A5AA2">
        <w:t>por</w:t>
      </w:r>
      <w:proofErr w:type="spellEnd"/>
      <w:r w:rsidRPr="006A5AA2">
        <w:t xml:space="preserve"> </w:t>
      </w:r>
      <w:proofErr w:type="spellStart"/>
      <w:r w:rsidRPr="006A5AA2">
        <w:t>esta</w:t>
      </w:r>
      <w:proofErr w:type="spellEnd"/>
      <w:r w:rsidRPr="006A5AA2">
        <w:t xml:space="preserve"> </w:t>
      </w:r>
      <w:proofErr w:type="spellStart"/>
      <w:r w:rsidRPr="006A5AA2">
        <w:t>investigación</w:t>
      </w:r>
      <w:proofErr w:type="spellEnd"/>
      <w:r w:rsidRPr="006A5AA2">
        <w:t xml:space="preserve"> es la </w:t>
      </w:r>
      <w:proofErr w:type="spellStart"/>
      <w:r w:rsidRPr="006A5AA2">
        <w:t>brecha</w:t>
      </w:r>
      <w:proofErr w:type="spellEnd"/>
      <w:r w:rsidRPr="006A5AA2">
        <w:t xml:space="preserve"> entre la </w:t>
      </w:r>
      <w:proofErr w:type="spellStart"/>
      <w:r w:rsidRPr="006A5AA2">
        <w:t>regulación</w:t>
      </w:r>
      <w:proofErr w:type="spellEnd"/>
      <w:r w:rsidRPr="006A5AA2">
        <w:t xml:space="preserve"> formal y </w:t>
      </w:r>
      <w:proofErr w:type="spellStart"/>
      <w:r w:rsidRPr="006A5AA2">
        <w:t>su</w:t>
      </w:r>
      <w:proofErr w:type="spellEnd"/>
      <w:r w:rsidRPr="006A5AA2">
        <w:t xml:space="preserve"> </w:t>
      </w:r>
      <w:proofErr w:type="spellStart"/>
      <w:r w:rsidRPr="006A5AA2">
        <w:t>aplicación</w:t>
      </w:r>
      <w:proofErr w:type="spellEnd"/>
      <w:r w:rsidRPr="006A5AA2">
        <w:t xml:space="preserve"> real. Si bien Panamá </w:t>
      </w:r>
      <w:proofErr w:type="spellStart"/>
      <w:r w:rsidRPr="006A5AA2">
        <w:t>cuenta</w:t>
      </w:r>
      <w:proofErr w:type="spellEnd"/>
      <w:r w:rsidRPr="006A5AA2">
        <w:t xml:space="preserve"> con </w:t>
      </w:r>
      <w:proofErr w:type="spellStart"/>
      <w:r w:rsidRPr="006A5AA2">
        <w:t>una</w:t>
      </w:r>
      <w:proofErr w:type="spellEnd"/>
      <w:r w:rsidRPr="006A5AA2">
        <w:t xml:space="preserve"> </w:t>
      </w:r>
      <w:proofErr w:type="spellStart"/>
      <w:r w:rsidRPr="006A5AA2">
        <w:t>legislación</w:t>
      </w:r>
      <w:proofErr w:type="spellEnd"/>
      <w:r w:rsidRPr="006A5AA2">
        <w:t xml:space="preserve"> </w:t>
      </w:r>
      <w:proofErr w:type="spellStart"/>
      <w:r w:rsidRPr="006A5AA2">
        <w:t>moderna</w:t>
      </w:r>
      <w:proofErr w:type="spellEnd"/>
      <w:r w:rsidRPr="006A5AA2">
        <w:t xml:space="preserve"> en </w:t>
      </w:r>
      <w:proofErr w:type="spellStart"/>
      <w:r w:rsidRPr="006A5AA2">
        <w:t>materia</w:t>
      </w:r>
      <w:proofErr w:type="spellEnd"/>
      <w:r w:rsidRPr="006A5AA2">
        <w:t xml:space="preserve"> de </w:t>
      </w:r>
      <w:proofErr w:type="spellStart"/>
      <w:r w:rsidRPr="006A5AA2">
        <w:t>firma</w:t>
      </w:r>
      <w:proofErr w:type="spellEnd"/>
      <w:r w:rsidRPr="006A5AA2">
        <w:t xml:space="preserve"> </w:t>
      </w:r>
      <w:proofErr w:type="spellStart"/>
      <w:r w:rsidRPr="006A5AA2">
        <w:t>electrónica</w:t>
      </w:r>
      <w:proofErr w:type="spellEnd"/>
      <w:r w:rsidRPr="006A5AA2">
        <w:t xml:space="preserve">, </w:t>
      </w:r>
      <w:proofErr w:type="spellStart"/>
      <w:r w:rsidRPr="006A5AA2">
        <w:t>esta</w:t>
      </w:r>
      <w:proofErr w:type="spellEnd"/>
      <w:r w:rsidRPr="006A5AA2">
        <w:t xml:space="preserve"> no se traduce en </w:t>
      </w:r>
      <w:proofErr w:type="spellStart"/>
      <w:r w:rsidRPr="006A5AA2">
        <w:t>una</w:t>
      </w:r>
      <w:proofErr w:type="spellEnd"/>
      <w:r w:rsidRPr="006A5AA2">
        <w:t xml:space="preserve"> </w:t>
      </w:r>
      <w:proofErr w:type="spellStart"/>
      <w:r w:rsidRPr="006A5AA2">
        <w:t>aceptación</w:t>
      </w:r>
      <w:proofErr w:type="spellEnd"/>
      <w:r w:rsidRPr="006A5AA2">
        <w:t xml:space="preserve"> plena </w:t>
      </w:r>
      <w:proofErr w:type="spellStart"/>
      <w:r w:rsidRPr="006A5AA2">
        <w:t>por</w:t>
      </w:r>
      <w:proofErr w:type="spellEnd"/>
      <w:r w:rsidRPr="006A5AA2">
        <w:t xml:space="preserve"> </w:t>
      </w:r>
      <w:proofErr w:type="spellStart"/>
      <w:r w:rsidRPr="006A5AA2">
        <w:t>parte</w:t>
      </w:r>
      <w:proofErr w:type="spellEnd"/>
      <w:r w:rsidRPr="006A5AA2">
        <w:t xml:space="preserve"> de </w:t>
      </w:r>
      <w:proofErr w:type="spellStart"/>
      <w:r w:rsidRPr="006A5AA2">
        <w:t>entidades</w:t>
      </w:r>
      <w:proofErr w:type="spellEnd"/>
      <w:r w:rsidRPr="006A5AA2">
        <w:t xml:space="preserve"> </w:t>
      </w:r>
      <w:proofErr w:type="spellStart"/>
      <w:r w:rsidRPr="006A5AA2">
        <w:t>públicas</w:t>
      </w:r>
      <w:proofErr w:type="spellEnd"/>
      <w:r w:rsidRPr="006A5AA2">
        <w:t xml:space="preserve"> y </w:t>
      </w:r>
      <w:proofErr w:type="spellStart"/>
      <w:r w:rsidRPr="006A5AA2">
        <w:t>privadas</w:t>
      </w:r>
      <w:proofErr w:type="spellEnd"/>
      <w:r w:rsidRPr="006A5AA2">
        <w:t>.</w:t>
      </w:r>
    </w:p>
    <w:p w14:paraId="2C5D3C5B" w14:textId="7D63F39E" w:rsidR="00FC7255" w:rsidRPr="006A5AA2" w:rsidRDefault="00FC7255" w:rsidP="00FC7255">
      <w:r w:rsidRPr="006A5AA2">
        <w:t xml:space="preserve">Esta </w:t>
      </w:r>
      <w:proofErr w:type="spellStart"/>
      <w:r w:rsidRPr="006A5AA2">
        <w:t>situación</w:t>
      </w:r>
      <w:proofErr w:type="spellEnd"/>
      <w:r w:rsidRPr="006A5AA2">
        <w:t xml:space="preserve"> </w:t>
      </w:r>
      <w:proofErr w:type="spellStart"/>
      <w:r w:rsidRPr="006A5AA2">
        <w:t>responde</w:t>
      </w:r>
      <w:proofErr w:type="spellEnd"/>
      <w:r w:rsidRPr="006A5AA2">
        <w:t xml:space="preserve"> a </w:t>
      </w:r>
      <w:proofErr w:type="spellStart"/>
      <w:r w:rsidRPr="006A5AA2">
        <w:t>múltiples</w:t>
      </w:r>
      <w:proofErr w:type="spellEnd"/>
      <w:r w:rsidRPr="006A5AA2">
        <w:t xml:space="preserve"> </w:t>
      </w:r>
      <w:proofErr w:type="spellStart"/>
      <w:r w:rsidRPr="006A5AA2">
        <w:t>factores</w:t>
      </w:r>
      <w:proofErr w:type="spellEnd"/>
      <w:r w:rsidRPr="006A5AA2">
        <w:t>:</w:t>
      </w:r>
    </w:p>
    <w:p w14:paraId="56CEAF76" w14:textId="77777777" w:rsidR="00D96C18" w:rsidRPr="006A5AA2" w:rsidRDefault="00FC7255" w:rsidP="00FC7255">
      <w:pPr>
        <w:pStyle w:val="Prrafodelista"/>
        <w:numPr>
          <w:ilvl w:val="0"/>
          <w:numId w:val="14"/>
        </w:numPr>
      </w:pPr>
      <w:r w:rsidRPr="006A5AA2">
        <w:t xml:space="preserve">Falta de </w:t>
      </w:r>
      <w:proofErr w:type="spellStart"/>
      <w:r w:rsidRPr="006A5AA2">
        <w:t>capacitación</w:t>
      </w:r>
      <w:proofErr w:type="spellEnd"/>
      <w:r w:rsidRPr="006A5AA2">
        <w:t xml:space="preserve"> </w:t>
      </w:r>
      <w:proofErr w:type="spellStart"/>
      <w:r w:rsidRPr="006A5AA2">
        <w:t>institucional</w:t>
      </w:r>
      <w:proofErr w:type="spellEnd"/>
    </w:p>
    <w:p w14:paraId="1EF78119" w14:textId="77777777" w:rsidR="00D96C18" w:rsidRPr="006A5AA2" w:rsidRDefault="00FC7255" w:rsidP="00FC7255">
      <w:pPr>
        <w:pStyle w:val="Prrafodelista"/>
        <w:numPr>
          <w:ilvl w:val="0"/>
          <w:numId w:val="14"/>
        </w:numPr>
      </w:pPr>
      <w:proofErr w:type="spellStart"/>
      <w:r w:rsidRPr="006A5AA2">
        <w:t>Desconfianza</w:t>
      </w:r>
      <w:proofErr w:type="spellEnd"/>
      <w:r w:rsidRPr="006A5AA2">
        <w:t xml:space="preserve"> </w:t>
      </w:r>
      <w:proofErr w:type="spellStart"/>
      <w:r w:rsidRPr="006A5AA2">
        <w:t>tecnológica</w:t>
      </w:r>
      <w:proofErr w:type="spellEnd"/>
    </w:p>
    <w:p w14:paraId="2D9C3EC7" w14:textId="77777777" w:rsidR="00D96C18" w:rsidRPr="006A5AA2" w:rsidRDefault="00FC7255" w:rsidP="00FC7255">
      <w:pPr>
        <w:pStyle w:val="Prrafodelista"/>
        <w:numPr>
          <w:ilvl w:val="0"/>
          <w:numId w:val="14"/>
        </w:numPr>
      </w:pPr>
      <w:proofErr w:type="spellStart"/>
      <w:r w:rsidRPr="006A5AA2">
        <w:t>Ausencia</w:t>
      </w:r>
      <w:proofErr w:type="spellEnd"/>
      <w:r w:rsidRPr="006A5AA2">
        <w:t xml:space="preserve"> de </w:t>
      </w:r>
      <w:proofErr w:type="spellStart"/>
      <w:r w:rsidRPr="006A5AA2">
        <w:t>interoperabilidad</w:t>
      </w:r>
      <w:proofErr w:type="spellEnd"/>
      <w:r w:rsidRPr="006A5AA2">
        <w:t xml:space="preserve"> </w:t>
      </w:r>
      <w:proofErr w:type="spellStart"/>
      <w:r w:rsidRPr="006A5AA2">
        <w:t>internacional</w:t>
      </w:r>
      <w:proofErr w:type="spellEnd"/>
    </w:p>
    <w:p w14:paraId="6BF1DCED" w14:textId="15926E40" w:rsidR="00FC7255" w:rsidRPr="006A5AA2" w:rsidRDefault="00FC7255" w:rsidP="00FC7255">
      <w:pPr>
        <w:pStyle w:val="Prrafodelista"/>
        <w:numPr>
          <w:ilvl w:val="0"/>
          <w:numId w:val="14"/>
        </w:numPr>
      </w:pPr>
      <w:proofErr w:type="spellStart"/>
      <w:r w:rsidRPr="006A5AA2">
        <w:t>Dependencia</w:t>
      </w:r>
      <w:proofErr w:type="spellEnd"/>
      <w:r w:rsidRPr="006A5AA2">
        <w:t xml:space="preserve"> de </w:t>
      </w:r>
      <w:proofErr w:type="spellStart"/>
      <w:r w:rsidRPr="006A5AA2">
        <w:t>modelos</w:t>
      </w:r>
      <w:proofErr w:type="spellEnd"/>
      <w:r w:rsidRPr="006A5AA2">
        <w:t xml:space="preserve"> </w:t>
      </w:r>
      <w:proofErr w:type="spellStart"/>
      <w:r w:rsidRPr="006A5AA2">
        <w:t>tradicionales</w:t>
      </w:r>
      <w:proofErr w:type="spellEnd"/>
      <w:r w:rsidRPr="006A5AA2">
        <w:t xml:space="preserve"> de </w:t>
      </w:r>
      <w:proofErr w:type="spellStart"/>
      <w:r w:rsidRPr="006A5AA2">
        <w:t>validación</w:t>
      </w:r>
      <w:proofErr w:type="spellEnd"/>
      <w:r w:rsidRPr="006A5AA2">
        <w:t xml:space="preserve"> documental</w:t>
      </w:r>
    </w:p>
    <w:p w14:paraId="38B5655C" w14:textId="5E21349A" w:rsidR="00FC7255" w:rsidRPr="006A5AA2" w:rsidRDefault="00FC7255" w:rsidP="00FC7255">
      <w:r w:rsidRPr="006A5AA2">
        <w:t xml:space="preserve">Como lo </w:t>
      </w:r>
      <w:proofErr w:type="spellStart"/>
      <w:r w:rsidRPr="006A5AA2">
        <w:t>señala</w:t>
      </w:r>
      <w:proofErr w:type="spellEnd"/>
      <w:r w:rsidRPr="006A5AA2">
        <w:t xml:space="preserve"> Sabino (2012), </w:t>
      </w:r>
      <w:proofErr w:type="spellStart"/>
      <w:r w:rsidRPr="006A5AA2">
        <w:t>una</w:t>
      </w:r>
      <w:proofErr w:type="spellEnd"/>
      <w:r w:rsidRPr="006A5AA2">
        <w:t xml:space="preserve"> norma </w:t>
      </w:r>
      <w:proofErr w:type="spellStart"/>
      <w:r w:rsidRPr="006A5AA2">
        <w:t>jurídica</w:t>
      </w:r>
      <w:proofErr w:type="spellEnd"/>
      <w:r w:rsidRPr="006A5AA2">
        <w:t xml:space="preserve"> solo </w:t>
      </w:r>
      <w:proofErr w:type="spellStart"/>
      <w:r w:rsidRPr="006A5AA2">
        <w:t>adquiere</w:t>
      </w:r>
      <w:proofErr w:type="spellEnd"/>
      <w:r w:rsidRPr="006A5AA2">
        <w:t xml:space="preserve"> </w:t>
      </w:r>
      <w:proofErr w:type="spellStart"/>
      <w:r w:rsidRPr="006A5AA2">
        <w:t>efectividad</w:t>
      </w:r>
      <w:proofErr w:type="spellEnd"/>
      <w:r w:rsidRPr="006A5AA2">
        <w:t xml:space="preserve"> real </w:t>
      </w:r>
      <w:proofErr w:type="spellStart"/>
      <w:r w:rsidRPr="006A5AA2">
        <w:t>cuando</w:t>
      </w:r>
      <w:proofErr w:type="spellEnd"/>
      <w:r w:rsidRPr="006A5AA2">
        <w:t xml:space="preserve"> es </w:t>
      </w:r>
      <w:proofErr w:type="spellStart"/>
      <w:r w:rsidRPr="006A5AA2">
        <w:t>aplicada</w:t>
      </w:r>
      <w:proofErr w:type="spellEnd"/>
      <w:r w:rsidRPr="006A5AA2">
        <w:t xml:space="preserve"> social e </w:t>
      </w:r>
      <w:proofErr w:type="spellStart"/>
      <w:r w:rsidRPr="006A5AA2">
        <w:t>institucionalmente</w:t>
      </w:r>
      <w:proofErr w:type="spellEnd"/>
      <w:r w:rsidRPr="006A5AA2">
        <w:t xml:space="preserve">. De lo </w:t>
      </w:r>
      <w:proofErr w:type="spellStart"/>
      <w:r w:rsidRPr="006A5AA2">
        <w:t>contrario</w:t>
      </w:r>
      <w:proofErr w:type="spellEnd"/>
      <w:r w:rsidRPr="006A5AA2">
        <w:t xml:space="preserve">, se </w:t>
      </w:r>
      <w:proofErr w:type="spellStart"/>
      <w:r w:rsidRPr="006A5AA2">
        <w:t>convierte</w:t>
      </w:r>
      <w:proofErr w:type="spellEnd"/>
      <w:r w:rsidRPr="006A5AA2">
        <w:t xml:space="preserve"> en </w:t>
      </w:r>
      <w:proofErr w:type="spellStart"/>
      <w:r w:rsidRPr="006A5AA2">
        <w:t>una</w:t>
      </w:r>
      <w:proofErr w:type="spellEnd"/>
      <w:r w:rsidRPr="006A5AA2">
        <w:t xml:space="preserve"> norma de </w:t>
      </w:r>
      <w:proofErr w:type="spellStart"/>
      <w:r w:rsidRPr="006A5AA2">
        <w:t>eficacia</w:t>
      </w:r>
      <w:proofErr w:type="spellEnd"/>
      <w:r w:rsidRPr="006A5AA2">
        <w:t xml:space="preserve"> </w:t>
      </w:r>
      <w:proofErr w:type="spellStart"/>
      <w:r w:rsidRPr="006A5AA2">
        <w:t>simbólica</w:t>
      </w:r>
      <w:proofErr w:type="spellEnd"/>
      <w:r w:rsidRPr="006A5AA2">
        <w:t>.</w:t>
      </w:r>
    </w:p>
    <w:p w14:paraId="69AC4163" w14:textId="77B563BC" w:rsidR="00FC7255" w:rsidRPr="006A5AA2" w:rsidRDefault="00FC7255" w:rsidP="00FC7255">
      <w:pPr>
        <w:rPr>
          <w:b/>
          <w:bCs/>
        </w:rPr>
      </w:pPr>
      <w:proofErr w:type="spellStart"/>
      <w:r w:rsidRPr="006A5AA2">
        <w:rPr>
          <w:b/>
          <w:bCs/>
        </w:rPr>
        <w:lastRenderedPageBreak/>
        <w:t>Impacto</w:t>
      </w:r>
      <w:proofErr w:type="spellEnd"/>
      <w:r w:rsidRPr="006A5AA2">
        <w:rPr>
          <w:b/>
          <w:bCs/>
        </w:rPr>
        <w:t xml:space="preserve"> </w:t>
      </w:r>
      <w:proofErr w:type="spellStart"/>
      <w:r w:rsidRPr="006A5AA2">
        <w:rPr>
          <w:b/>
          <w:bCs/>
        </w:rPr>
        <w:t>económico</w:t>
      </w:r>
      <w:proofErr w:type="spellEnd"/>
      <w:r w:rsidRPr="006A5AA2">
        <w:rPr>
          <w:b/>
          <w:bCs/>
        </w:rPr>
        <w:t xml:space="preserve"> y </w:t>
      </w:r>
      <w:proofErr w:type="spellStart"/>
      <w:r w:rsidRPr="006A5AA2">
        <w:rPr>
          <w:b/>
          <w:bCs/>
        </w:rPr>
        <w:t>empresarial</w:t>
      </w:r>
      <w:proofErr w:type="spellEnd"/>
      <w:r w:rsidRPr="006A5AA2">
        <w:rPr>
          <w:b/>
          <w:bCs/>
        </w:rPr>
        <w:t xml:space="preserve"> de las barreras </w:t>
      </w:r>
      <w:proofErr w:type="spellStart"/>
      <w:r w:rsidRPr="006A5AA2">
        <w:rPr>
          <w:b/>
          <w:bCs/>
        </w:rPr>
        <w:t>digitales</w:t>
      </w:r>
      <w:proofErr w:type="spellEnd"/>
    </w:p>
    <w:p w14:paraId="39722752" w14:textId="04C00D06" w:rsidR="00FC7255" w:rsidRPr="006A5AA2" w:rsidRDefault="00FC7255" w:rsidP="00FC7255">
      <w:r w:rsidRPr="006A5AA2">
        <w:t xml:space="preserve">Las barreras </w:t>
      </w:r>
      <w:proofErr w:type="spellStart"/>
      <w:r w:rsidRPr="006A5AA2">
        <w:t>jurídicas</w:t>
      </w:r>
      <w:proofErr w:type="spellEnd"/>
      <w:r w:rsidRPr="006A5AA2">
        <w:t xml:space="preserve"> al </w:t>
      </w:r>
      <w:proofErr w:type="spellStart"/>
      <w:r w:rsidRPr="006A5AA2">
        <w:t>uso</w:t>
      </w:r>
      <w:proofErr w:type="spellEnd"/>
      <w:r w:rsidRPr="006A5AA2">
        <w:t xml:space="preserve"> de la </w:t>
      </w:r>
      <w:proofErr w:type="spellStart"/>
      <w:r w:rsidRPr="006A5AA2">
        <w:t>firma</w:t>
      </w:r>
      <w:proofErr w:type="spellEnd"/>
      <w:r w:rsidRPr="006A5AA2">
        <w:t xml:space="preserve"> digital </w:t>
      </w:r>
      <w:proofErr w:type="spellStart"/>
      <w:r w:rsidRPr="006A5AA2">
        <w:t>generan</w:t>
      </w:r>
      <w:proofErr w:type="spellEnd"/>
      <w:r w:rsidRPr="006A5AA2">
        <w:t xml:space="preserve"> </w:t>
      </w:r>
      <w:proofErr w:type="spellStart"/>
      <w:r w:rsidRPr="006A5AA2">
        <w:t>impactos</w:t>
      </w:r>
      <w:proofErr w:type="spellEnd"/>
      <w:r w:rsidRPr="006A5AA2">
        <w:t xml:space="preserve"> </w:t>
      </w:r>
      <w:proofErr w:type="spellStart"/>
      <w:r w:rsidRPr="006A5AA2">
        <w:t>directos</w:t>
      </w:r>
      <w:proofErr w:type="spellEnd"/>
      <w:r w:rsidRPr="006A5AA2">
        <w:t xml:space="preserve"> en:</w:t>
      </w:r>
    </w:p>
    <w:p w14:paraId="0F859494" w14:textId="77777777" w:rsidR="00D96C18" w:rsidRPr="006A5AA2" w:rsidRDefault="00FC7255" w:rsidP="00FC7255">
      <w:pPr>
        <w:pStyle w:val="Prrafodelista"/>
        <w:numPr>
          <w:ilvl w:val="0"/>
          <w:numId w:val="15"/>
        </w:numPr>
      </w:pPr>
      <w:proofErr w:type="spellStart"/>
      <w:r w:rsidRPr="006A5AA2">
        <w:t>Aumento</w:t>
      </w:r>
      <w:proofErr w:type="spellEnd"/>
      <w:r w:rsidRPr="006A5AA2">
        <w:t xml:space="preserve"> de </w:t>
      </w:r>
      <w:proofErr w:type="spellStart"/>
      <w:r w:rsidRPr="006A5AA2">
        <w:t>costos</w:t>
      </w:r>
      <w:proofErr w:type="spellEnd"/>
      <w:r w:rsidRPr="006A5AA2">
        <w:t xml:space="preserve"> </w:t>
      </w:r>
      <w:proofErr w:type="spellStart"/>
      <w:r w:rsidRPr="006A5AA2">
        <w:t>operativos</w:t>
      </w:r>
      <w:proofErr w:type="spellEnd"/>
    </w:p>
    <w:p w14:paraId="6E6DF52A" w14:textId="77777777" w:rsidR="00D96C18" w:rsidRPr="006A5AA2" w:rsidRDefault="00FC7255" w:rsidP="00FC7255">
      <w:pPr>
        <w:pStyle w:val="Prrafodelista"/>
        <w:numPr>
          <w:ilvl w:val="0"/>
          <w:numId w:val="15"/>
        </w:numPr>
      </w:pPr>
      <w:proofErr w:type="spellStart"/>
      <w:r w:rsidRPr="006A5AA2">
        <w:t>Retrasos</w:t>
      </w:r>
      <w:proofErr w:type="spellEnd"/>
      <w:r w:rsidRPr="006A5AA2">
        <w:t xml:space="preserve"> en </w:t>
      </w:r>
      <w:proofErr w:type="spellStart"/>
      <w:r w:rsidRPr="006A5AA2">
        <w:t>procesos</w:t>
      </w:r>
      <w:proofErr w:type="spellEnd"/>
      <w:r w:rsidRPr="006A5AA2">
        <w:t xml:space="preserve"> </w:t>
      </w:r>
      <w:proofErr w:type="spellStart"/>
      <w:r w:rsidRPr="006A5AA2">
        <w:t>contractuales</w:t>
      </w:r>
      <w:proofErr w:type="spellEnd"/>
    </w:p>
    <w:p w14:paraId="0621890E" w14:textId="77777777" w:rsidR="00D96C18" w:rsidRPr="006A5AA2" w:rsidRDefault="00FC7255" w:rsidP="00FC7255">
      <w:pPr>
        <w:pStyle w:val="Prrafodelista"/>
        <w:numPr>
          <w:ilvl w:val="0"/>
          <w:numId w:val="15"/>
        </w:numPr>
      </w:pPr>
      <w:proofErr w:type="spellStart"/>
      <w:r w:rsidRPr="006A5AA2">
        <w:t>Dificultades</w:t>
      </w:r>
      <w:proofErr w:type="spellEnd"/>
      <w:r w:rsidRPr="006A5AA2">
        <w:t xml:space="preserve"> en la </w:t>
      </w:r>
      <w:proofErr w:type="spellStart"/>
      <w:r w:rsidRPr="006A5AA2">
        <w:t>bancarización</w:t>
      </w:r>
      <w:proofErr w:type="spellEnd"/>
    </w:p>
    <w:p w14:paraId="7E8A1228" w14:textId="77777777" w:rsidR="00D96C18" w:rsidRPr="006A5AA2" w:rsidRDefault="00FC7255" w:rsidP="00FC7255">
      <w:pPr>
        <w:pStyle w:val="Prrafodelista"/>
        <w:numPr>
          <w:ilvl w:val="0"/>
          <w:numId w:val="15"/>
        </w:numPr>
      </w:pPr>
      <w:proofErr w:type="spellStart"/>
      <w:r w:rsidRPr="006A5AA2">
        <w:t>Obstáculos</w:t>
      </w:r>
      <w:proofErr w:type="spellEnd"/>
      <w:r w:rsidRPr="006A5AA2">
        <w:t xml:space="preserve"> a la </w:t>
      </w:r>
      <w:proofErr w:type="spellStart"/>
      <w:r w:rsidRPr="006A5AA2">
        <w:t>inversión</w:t>
      </w:r>
      <w:proofErr w:type="spellEnd"/>
      <w:r w:rsidRPr="006A5AA2">
        <w:t xml:space="preserve"> </w:t>
      </w:r>
      <w:proofErr w:type="spellStart"/>
      <w:r w:rsidRPr="006A5AA2">
        <w:t>extranjera</w:t>
      </w:r>
      <w:proofErr w:type="spellEnd"/>
    </w:p>
    <w:p w14:paraId="4C7911F8" w14:textId="78B2CDB2" w:rsidR="00FC7255" w:rsidRPr="006A5AA2" w:rsidRDefault="00FC7255" w:rsidP="00FC7255">
      <w:pPr>
        <w:pStyle w:val="Prrafodelista"/>
        <w:numPr>
          <w:ilvl w:val="0"/>
          <w:numId w:val="15"/>
        </w:numPr>
      </w:pPr>
      <w:proofErr w:type="spellStart"/>
      <w:r w:rsidRPr="006A5AA2">
        <w:t>Pérdida</w:t>
      </w:r>
      <w:proofErr w:type="spellEnd"/>
      <w:r w:rsidRPr="006A5AA2">
        <w:t xml:space="preserve"> de </w:t>
      </w:r>
      <w:proofErr w:type="spellStart"/>
      <w:r w:rsidRPr="006A5AA2">
        <w:t>eficiencia</w:t>
      </w:r>
      <w:proofErr w:type="spellEnd"/>
      <w:r w:rsidRPr="006A5AA2">
        <w:t xml:space="preserve"> en </w:t>
      </w:r>
      <w:proofErr w:type="spellStart"/>
      <w:r w:rsidRPr="006A5AA2">
        <w:t>plataformas</w:t>
      </w:r>
      <w:proofErr w:type="spellEnd"/>
      <w:r w:rsidRPr="006A5AA2">
        <w:t xml:space="preserve"> </w:t>
      </w:r>
      <w:proofErr w:type="spellStart"/>
      <w:r w:rsidRPr="006A5AA2">
        <w:t>digitales</w:t>
      </w:r>
      <w:proofErr w:type="spellEnd"/>
    </w:p>
    <w:p w14:paraId="2707CE64" w14:textId="431A26D9" w:rsidR="00D96C18" w:rsidRPr="006A5AA2" w:rsidRDefault="00FC7255" w:rsidP="00D96C18">
      <w:pPr>
        <w:jc w:val="both"/>
      </w:pPr>
      <w:proofErr w:type="spellStart"/>
      <w:r w:rsidRPr="006A5AA2">
        <w:t>Desde</w:t>
      </w:r>
      <w:proofErr w:type="spellEnd"/>
      <w:r w:rsidRPr="006A5AA2">
        <w:t xml:space="preserve"> </w:t>
      </w:r>
      <w:proofErr w:type="spellStart"/>
      <w:r w:rsidRPr="006A5AA2">
        <w:t>el</w:t>
      </w:r>
      <w:proofErr w:type="spellEnd"/>
      <w:r w:rsidRPr="006A5AA2">
        <w:t xml:space="preserve"> </w:t>
      </w:r>
      <w:proofErr w:type="spellStart"/>
      <w:r w:rsidRPr="006A5AA2">
        <w:t>enfoque</w:t>
      </w:r>
      <w:proofErr w:type="spellEnd"/>
      <w:r w:rsidRPr="006A5AA2">
        <w:t xml:space="preserve"> del derecho </w:t>
      </w:r>
      <w:proofErr w:type="spellStart"/>
      <w:r w:rsidRPr="006A5AA2">
        <w:t>económico</w:t>
      </w:r>
      <w:proofErr w:type="spellEnd"/>
      <w:r w:rsidRPr="006A5AA2">
        <w:t xml:space="preserve"> digital, </w:t>
      </w:r>
      <w:proofErr w:type="spellStart"/>
      <w:r w:rsidRPr="006A5AA2">
        <w:t>estas</w:t>
      </w:r>
      <w:proofErr w:type="spellEnd"/>
      <w:r w:rsidRPr="006A5AA2">
        <w:t xml:space="preserve"> barreras </w:t>
      </w:r>
      <w:proofErr w:type="spellStart"/>
      <w:r w:rsidRPr="006A5AA2">
        <w:t>reducen</w:t>
      </w:r>
      <w:proofErr w:type="spellEnd"/>
      <w:r w:rsidRPr="006A5AA2">
        <w:t xml:space="preserve"> la </w:t>
      </w:r>
      <w:proofErr w:type="spellStart"/>
      <w:r w:rsidRPr="006A5AA2">
        <w:t>competitividad</w:t>
      </w:r>
      <w:proofErr w:type="spellEnd"/>
      <w:r w:rsidRPr="006A5AA2">
        <w:t xml:space="preserve"> del</w:t>
      </w:r>
      <w:r w:rsidR="00D96C18" w:rsidRPr="006A5AA2">
        <w:t xml:space="preserve"> </w:t>
      </w:r>
      <w:proofErr w:type="spellStart"/>
      <w:r w:rsidRPr="006A5AA2">
        <w:t>país</w:t>
      </w:r>
      <w:proofErr w:type="spellEnd"/>
      <w:r w:rsidRPr="006A5AA2">
        <w:t xml:space="preserve"> y </w:t>
      </w:r>
      <w:proofErr w:type="spellStart"/>
      <w:r w:rsidRPr="006A5AA2">
        <w:t>limitan</w:t>
      </w:r>
      <w:proofErr w:type="spellEnd"/>
      <w:r w:rsidRPr="006A5AA2">
        <w:t xml:space="preserve"> </w:t>
      </w:r>
      <w:proofErr w:type="spellStart"/>
      <w:r w:rsidRPr="006A5AA2">
        <w:t>su</w:t>
      </w:r>
      <w:proofErr w:type="spellEnd"/>
      <w:r w:rsidRPr="006A5AA2">
        <w:t xml:space="preserve"> </w:t>
      </w:r>
      <w:proofErr w:type="spellStart"/>
      <w:r w:rsidRPr="006A5AA2">
        <w:t>integración</w:t>
      </w:r>
      <w:proofErr w:type="spellEnd"/>
      <w:r w:rsidRPr="006A5AA2">
        <w:t xml:space="preserve"> en la </w:t>
      </w:r>
      <w:proofErr w:type="spellStart"/>
      <w:r w:rsidRPr="006A5AA2">
        <w:t>economía</w:t>
      </w:r>
      <w:proofErr w:type="spellEnd"/>
      <w:r w:rsidRPr="006A5AA2">
        <w:t xml:space="preserve"> digital regional.</w:t>
      </w:r>
    </w:p>
    <w:p w14:paraId="13A9F89B" w14:textId="77777777" w:rsidR="006A5AA2" w:rsidRDefault="00C030F1" w:rsidP="006A5AA2">
      <w:pPr>
        <w:jc w:val="center"/>
        <w:rPr>
          <w:b/>
          <w:bCs/>
        </w:rPr>
      </w:pPr>
      <w:r w:rsidRPr="006A5AA2">
        <w:br/>
      </w:r>
      <w:r w:rsidRPr="006A5AA2">
        <w:rPr>
          <w:b/>
          <w:bCs/>
        </w:rPr>
        <w:t>MARCO JURÍDICO COMPARADO SOBRE LA FIRMA DIGITAL EN COLOMBIA Y PANAMÁ</w:t>
      </w:r>
      <w:r w:rsidR="00D96C18" w:rsidRPr="006A5AA2">
        <w:rPr>
          <w:b/>
          <w:bCs/>
        </w:rPr>
        <w:t>.</w:t>
      </w:r>
    </w:p>
    <w:p w14:paraId="29FF519A" w14:textId="3F6DB327" w:rsidR="00C030F1" w:rsidRPr="00FA2E4D" w:rsidRDefault="00C030F1" w:rsidP="00D96C18">
      <w:pPr>
        <w:jc w:val="both"/>
      </w:pPr>
      <w:proofErr w:type="spellStart"/>
      <w:r w:rsidRPr="006A5AA2">
        <w:rPr>
          <w:rFonts w:cs="Times New Roman"/>
          <w:szCs w:val="24"/>
        </w:rPr>
        <w:t>Régimen</w:t>
      </w:r>
      <w:proofErr w:type="spellEnd"/>
      <w:r w:rsidRPr="006A5AA2">
        <w:rPr>
          <w:rFonts w:cs="Times New Roman"/>
          <w:szCs w:val="24"/>
        </w:rPr>
        <w:t xml:space="preserve"> </w:t>
      </w:r>
      <w:proofErr w:type="spellStart"/>
      <w:r w:rsidRPr="006A5AA2">
        <w:rPr>
          <w:rFonts w:cs="Times New Roman"/>
          <w:szCs w:val="24"/>
        </w:rPr>
        <w:t>jurídico</w:t>
      </w:r>
      <w:proofErr w:type="spellEnd"/>
      <w:r w:rsidRPr="006A5AA2">
        <w:rPr>
          <w:rFonts w:cs="Times New Roman"/>
          <w:szCs w:val="24"/>
        </w:rPr>
        <w:t xml:space="preserve"> de la </w:t>
      </w:r>
      <w:proofErr w:type="spellStart"/>
      <w:r w:rsidRPr="006A5AA2">
        <w:rPr>
          <w:rFonts w:cs="Times New Roman"/>
          <w:szCs w:val="24"/>
        </w:rPr>
        <w:t>firma</w:t>
      </w:r>
      <w:proofErr w:type="spellEnd"/>
      <w:r w:rsidRPr="006A5AA2">
        <w:rPr>
          <w:rFonts w:cs="Times New Roman"/>
          <w:szCs w:val="24"/>
        </w:rPr>
        <w:t xml:space="preserve"> digital en Colombia</w:t>
      </w:r>
      <w:r w:rsidR="00D96C18" w:rsidRPr="006A5AA2">
        <w:rPr>
          <w:rFonts w:cs="Times New Roman"/>
          <w:szCs w:val="24"/>
        </w:rPr>
        <w:br/>
      </w:r>
      <w:r w:rsidRPr="006A5AA2">
        <w:rPr>
          <w:rFonts w:cs="Times New Roman"/>
          <w:szCs w:val="24"/>
        </w:rPr>
        <w:t xml:space="preserve">En Colombia, la </w:t>
      </w:r>
      <w:proofErr w:type="spellStart"/>
      <w:r w:rsidRPr="006A5AA2">
        <w:rPr>
          <w:rFonts w:cs="Times New Roman"/>
          <w:szCs w:val="24"/>
        </w:rPr>
        <w:t>regulación</w:t>
      </w:r>
      <w:proofErr w:type="spellEnd"/>
      <w:r w:rsidRPr="006A5AA2">
        <w:rPr>
          <w:rFonts w:cs="Times New Roman"/>
          <w:szCs w:val="24"/>
        </w:rPr>
        <w:t xml:space="preserve"> de la </w:t>
      </w:r>
      <w:proofErr w:type="spellStart"/>
      <w:r w:rsidRPr="006A5AA2">
        <w:rPr>
          <w:rFonts w:cs="Times New Roman"/>
          <w:szCs w:val="24"/>
        </w:rPr>
        <w:t>firma</w:t>
      </w:r>
      <w:proofErr w:type="spellEnd"/>
      <w:r w:rsidRPr="006A5AA2">
        <w:rPr>
          <w:rFonts w:cs="Times New Roman"/>
          <w:szCs w:val="24"/>
        </w:rPr>
        <w:t xml:space="preserve"> digital y del </w:t>
      </w:r>
      <w:proofErr w:type="spellStart"/>
      <w:r w:rsidRPr="006A5AA2">
        <w:rPr>
          <w:rFonts w:cs="Times New Roman"/>
          <w:szCs w:val="24"/>
        </w:rPr>
        <w:t>comercio</w:t>
      </w:r>
      <w:proofErr w:type="spellEnd"/>
      <w:r w:rsidRPr="006A5AA2">
        <w:rPr>
          <w:rFonts w:cs="Times New Roman"/>
          <w:szCs w:val="24"/>
        </w:rPr>
        <w:t xml:space="preserve"> </w:t>
      </w:r>
      <w:proofErr w:type="spellStart"/>
      <w:r w:rsidRPr="006A5AA2">
        <w:rPr>
          <w:rFonts w:cs="Times New Roman"/>
          <w:szCs w:val="24"/>
        </w:rPr>
        <w:t>electrónico</w:t>
      </w:r>
      <w:proofErr w:type="spellEnd"/>
      <w:r w:rsidRPr="006A5AA2">
        <w:rPr>
          <w:rFonts w:cs="Times New Roman"/>
          <w:szCs w:val="24"/>
        </w:rPr>
        <w:t xml:space="preserve"> se </w:t>
      </w:r>
      <w:proofErr w:type="spellStart"/>
      <w:r w:rsidRPr="006A5AA2">
        <w:rPr>
          <w:rFonts w:cs="Times New Roman"/>
          <w:szCs w:val="24"/>
        </w:rPr>
        <w:t>estructura</w:t>
      </w:r>
      <w:proofErr w:type="spellEnd"/>
      <w:r w:rsidRPr="006A5AA2">
        <w:rPr>
          <w:rFonts w:cs="Times New Roman"/>
          <w:szCs w:val="24"/>
        </w:rPr>
        <w:t xml:space="preserve"> </w:t>
      </w:r>
      <w:proofErr w:type="spellStart"/>
      <w:r w:rsidRPr="006A5AA2">
        <w:rPr>
          <w:rFonts w:cs="Times New Roman"/>
          <w:szCs w:val="24"/>
        </w:rPr>
        <w:t>principalmente</w:t>
      </w:r>
      <w:proofErr w:type="spellEnd"/>
      <w:r w:rsidRPr="006A5AA2">
        <w:rPr>
          <w:rFonts w:cs="Times New Roman"/>
          <w:szCs w:val="24"/>
        </w:rPr>
        <w:t xml:space="preserve"> a </w:t>
      </w:r>
      <w:proofErr w:type="spellStart"/>
      <w:r w:rsidRPr="006A5AA2">
        <w:rPr>
          <w:rFonts w:cs="Times New Roman"/>
          <w:szCs w:val="24"/>
        </w:rPr>
        <w:t>partir</w:t>
      </w:r>
      <w:proofErr w:type="spellEnd"/>
      <w:r w:rsidRPr="006A5AA2">
        <w:rPr>
          <w:rFonts w:cs="Times New Roman"/>
          <w:szCs w:val="24"/>
        </w:rPr>
        <w:t xml:space="preserve"> de la Ley 527 de 1999, norma que </w:t>
      </w:r>
      <w:proofErr w:type="spellStart"/>
      <w:r w:rsidRPr="006A5AA2">
        <w:rPr>
          <w:rFonts w:cs="Times New Roman"/>
          <w:szCs w:val="24"/>
        </w:rPr>
        <w:t>incorpora</w:t>
      </w:r>
      <w:proofErr w:type="spellEnd"/>
      <w:r w:rsidRPr="006A5AA2">
        <w:rPr>
          <w:rFonts w:cs="Times New Roman"/>
          <w:szCs w:val="24"/>
        </w:rPr>
        <w:t xml:space="preserve"> al </w:t>
      </w:r>
      <w:proofErr w:type="spellStart"/>
      <w:r w:rsidRPr="006A5AA2">
        <w:rPr>
          <w:rFonts w:cs="Times New Roman"/>
          <w:szCs w:val="24"/>
        </w:rPr>
        <w:t>ordenamiento</w:t>
      </w:r>
      <w:proofErr w:type="spellEnd"/>
      <w:r w:rsidRPr="006A5AA2">
        <w:rPr>
          <w:rFonts w:cs="Times New Roman"/>
          <w:szCs w:val="24"/>
        </w:rPr>
        <w:t xml:space="preserve"> </w:t>
      </w:r>
      <w:proofErr w:type="spellStart"/>
      <w:r w:rsidRPr="006A5AA2">
        <w:rPr>
          <w:rFonts w:cs="Times New Roman"/>
          <w:szCs w:val="24"/>
        </w:rPr>
        <w:t>jurídico</w:t>
      </w:r>
      <w:proofErr w:type="spellEnd"/>
      <w:r w:rsidRPr="006A5AA2">
        <w:rPr>
          <w:rFonts w:cs="Times New Roman"/>
          <w:szCs w:val="24"/>
        </w:rPr>
        <w:t xml:space="preserve"> </w:t>
      </w:r>
      <w:proofErr w:type="spellStart"/>
      <w:r w:rsidRPr="006A5AA2">
        <w:rPr>
          <w:rFonts w:cs="Times New Roman"/>
          <w:szCs w:val="24"/>
        </w:rPr>
        <w:t>colombiano</w:t>
      </w:r>
      <w:proofErr w:type="spellEnd"/>
      <w:r w:rsidRPr="006A5AA2">
        <w:rPr>
          <w:rFonts w:cs="Times New Roman"/>
          <w:szCs w:val="24"/>
        </w:rPr>
        <w:t xml:space="preserve"> </w:t>
      </w:r>
      <w:proofErr w:type="spellStart"/>
      <w:r w:rsidRPr="006A5AA2">
        <w:rPr>
          <w:rFonts w:cs="Times New Roman"/>
          <w:szCs w:val="24"/>
        </w:rPr>
        <w:t>los</w:t>
      </w:r>
      <w:proofErr w:type="spellEnd"/>
      <w:r w:rsidRPr="006A5AA2">
        <w:rPr>
          <w:rFonts w:cs="Times New Roman"/>
          <w:szCs w:val="24"/>
        </w:rPr>
        <w:t xml:space="preserve"> </w:t>
      </w:r>
      <w:proofErr w:type="spellStart"/>
      <w:r w:rsidRPr="006A5AA2">
        <w:rPr>
          <w:rFonts w:cs="Times New Roman"/>
          <w:szCs w:val="24"/>
        </w:rPr>
        <w:t>principios</w:t>
      </w:r>
      <w:proofErr w:type="spellEnd"/>
      <w:r w:rsidRPr="006A5AA2">
        <w:rPr>
          <w:rFonts w:cs="Times New Roman"/>
          <w:szCs w:val="24"/>
        </w:rPr>
        <w:t xml:space="preserve"> de la Ley </w:t>
      </w:r>
      <w:proofErr w:type="spellStart"/>
      <w:r w:rsidRPr="006A5AA2">
        <w:rPr>
          <w:rFonts w:cs="Times New Roman"/>
          <w:szCs w:val="24"/>
        </w:rPr>
        <w:t>Modelo</w:t>
      </w:r>
      <w:proofErr w:type="spellEnd"/>
      <w:r w:rsidRPr="006A5AA2">
        <w:rPr>
          <w:rFonts w:cs="Times New Roman"/>
          <w:szCs w:val="24"/>
        </w:rPr>
        <w:t xml:space="preserve"> de la CNUDMI (UNCITRAL) </w:t>
      </w:r>
      <w:proofErr w:type="spellStart"/>
      <w:r w:rsidRPr="006A5AA2">
        <w:rPr>
          <w:rFonts w:cs="Times New Roman"/>
          <w:szCs w:val="24"/>
        </w:rPr>
        <w:t>sobre</w:t>
      </w:r>
      <w:proofErr w:type="spellEnd"/>
      <w:r w:rsidRPr="006A5AA2">
        <w:rPr>
          <w:rFonts w:cs="Times New Roman"/>
          <w:szCs w:val="24"/>
        </w:rPr>
        <w:t xml:space="preserve"> Comercio </w:t>
      </w:r>
      <w:proofErr w:type="spellStart"/>
      <w:r w:rsidRPr="006A5AA2">
        <w:rPr>
          <w:rFonts w:cs="Times New Roman"/>
          <w:szCs w:val="24"/>
        </w:rPr>
        <w:t>Electrónico</w:t>
      </w:r>
      <w:proofErr w:type="spellEnd"/>
      <w:r w:rsidRPr="006A5AA2">
        <w:rPr>
          <w:rFonts w:cs="Times New Roman"/>
          <w:szCs w:val="24"/>
        </w:rPr>
        <w:t>.</w:t>
      </w:r>
      <w:r w:rsidR="00D96C18" w:rsidRPr="006A5AA2">
        <w:rPr>
          <w:rFonts w:cs="Times New Roman"/>
          <w:b/>
          <w:bCs/>
          <w:szCs w:val="24"/>
        </w:rPr>
        <w:br/>
      </w:r>
      <w:r w:rsidRPr="00FA2E4D">
        <w:rPr>
          <w:rFonts w:cs="Times New Roman"/>
          <w:szCs w:val="24"/>
        </w:rPr>
        <w:t xml:space="preserve">Esta ley </w:t>
      </w:r>
      <w:proofErr w:type="spellStart"/>
      <w:r w:rsidRPr="00FA2E4D">
        <w:rPr>
          <w:rFonts w:cs="Times New Roman"/>
          <w:szCs w:val="24"/>
        </w:rPr>
        <w:t>establece</w:t>
      </w:r>
      <w:proofErr w:type="spellEnd"/>
      <w:r w:rsidRPr="00FA2E4D">
        <w:rPr>
          <w:rFonts w:cs="Times New Roman"/>
          <w:szCs w:val="24"/>
        </w:rPr>
        <w:t xml:space="preserve"> que:</w:t>
      </w:r>
    </w:p>
    <w:p w14:paraId="729A7BD6" w14:textId="77777777" w:rsidR="00D96C18" w:rsidRPr="006A5AA2" w:rsidRDefault="00C030F1" w:rsidP="00C030F1">
      <w:pPr>
        <w:pStyle w:val="Ttulo2"/>
        <w:numPr>
          <w:ilvl w:val="0"/>
          <w:numId w:val="16"/>
        </w:numPr>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lastRenderedPageBreak/>
        <w:t xml:space="preserve">Los </w:t>
      </w:r>
      <w:proofErr w:type="spellStart"/>
      <w:r w:rsidRPr="006A5AA2">
        <w:rPr>
          <w:rFonts w:ascii="Times New Roman" w:hAnsi="Times New Roman" w:cs="Times New Roman"/>
          <w:b w:val="0"/>
          <w:bCs w:val="0"/>
          <w:color w:val="auto"/>
          <w:sz w:val="24"/>
          <w:szCs w:val="24"/>
        </w:rPr>
        <w:t>mensajes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datos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tienen</w:t>
      </w:r>
      <w:proofErr w:type="spellEnd"/>
      <w:r w:rsidRPr="006A5AA2">
        <w:rPr>
          <w:rFonts w:ascii="Times New Roman" w:hAnsi="Times New Roman" w:cs="Times New Roman"/>
          <w:b w:val="0"/>
          <w:bCs w:val="0"/>
          <w:color w:val="auto"/>
          <w:sz w:val="24"/>
          <w:szCs w:val="24"/>
        </w:rPr>
        <w:t xml:space="preserve"> plena </w:t>
      </w:r>
      <w:proofErr w:type="spellStart"/>
      <w:r w:rsidRPr="006A5AA2">
        <w:rPr>
          <w:rFonts w:ascii="Times New Roman" w:hAnsi="Times New Roman" w:cs="Times New Roman"/>
          <w:b w:val="0"/>
          <w:bCs w:val="0"/>
          <w:color w:val="auto"/>
          <w:sz w:val="24"/>
          <w:szCs w:val="24"/>
        </w:rPr>
        <w:t>validez</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jurídica.</w:t>
      </w:r>
      <w:proofErr w:type="spellEnd"/>
    </w:p>
    <w:p w14:paraId="48D5C9C9" w14:textId="77777777" w:rsidR="00D96C18" w:rsidRPr="006A5AA2" w:rsidRDefault="00C030F1" w:rsidP="00C030F1">
      <w:pPr>
        <w:pStyle w:val="Ttulo2"/>
        <w:numPr>
          <w:ilvl w:val="0"/>
          <w:numId w:val="16"/>
        </w:numPr>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digital </w:t>
      </w:r>
      <w:proofErr w:type="spellStart"/>
      <w:r w:rsidRPr="006A5AA2">
        <w:rPr>
          <w:rFonts w:ascii="Times New Roman" w:hAnsi="Times New Roman" w:cs="Times New Roman"/>
          <w:b w:val="0"/>
          <w:bCs w:val="0"/>
          <w:color w:val="auto"/>
          <w:sz w:val="24"/>
          <w:szCs w:val="24"/>
        </w:rPr>
        <w:t>cumple</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misma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función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jurídica</w:t>
      </w:r>
      <w:proofErr w:type="spellEnd"/>
      <w:r w:rsidRPr="006A5AA2">
        <w:rPr>
          <w:rFonts w:ascii="Times New Roman" w:hAnsi="Times New Roman" w:cs="Times New Roman"/>
          <w:b w:val="0"/>
          <w:bCs w:val="0"/>
          <w:color w:val="auto"/>
          <w:sz w:val="24"/>
          <w:szCs w:val="24"/>
        </w:rPr>
        <w:t xml:space="preserve"> que 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manuscrita</w:t>
      </w:r>
      <w:proofErr w:type="spellEnd"/>
      <w:r w:rsidRPr="006A5AA2">
        <w:rPr>
          <w:rFonts w:ascii="Times New Roman" w:hAnsi="Times New Roman" w:cs="Times New Roman"/>
          <w:b w:val="0"/>
          <w:bCs w:val="0"/>
          <w:color w:val="auto"/>
          <w:sz w:val="24"/>
          <w:szCs w:val="24"/>
        </w:rPr>
        <w:t>.</w:t>
      </w:r>
    </w:p>
    <w:p w14:paraId="6EAB0D5B" w14:textId="77777777" w:rsidR="00D96C18" w:rsidRPr="006A5AA2" w:rsidRDefault="00C030F1" w:rsidP="00C030F1">
      <w:pPr>
        <w:pStyle w:val="Ttulo2"/>
        <w:numPr>
          <w:ilvl w:val="0"/>
          <w:numId w:val="16"/>
        </w:numPr>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Se </w:t>
      </w:r>
      <w:proofErr w:type="spellStart"/>
      <w:r w:rsidRPr="006A5AA2">
        <w:rPr>
          <w:rFonts w:ascii="Times New Roman" w:hAnsi="Times New Roman" w:cs="Times New Roman"/>
          <w:b w:val="0"/>
          <w:bCs w:val="0"/>
          <w:color w:val="auto"/>
          <w:sz w:val="24"/>
          <w:szCs w:val="24"/>
        </w:rPr>
        <w:t>reconoce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principio de </w:t>
      </w:r>
      <w:proofErr w:type="spellStart"/>
      <w:r w:rsidRPr="006A5AA2">
        <w:rPr>
          <w:rFonts w:ascii="Times New Roman" w:hAnsi="Times New Roman" w:cs="Times New Roman"/>
          <w:b w:val="0"/>
          <w:bCs w:val="0"/>
          <w:color w:val="auto"/>
          <w:sz w:val="24"/>
          <w:szCs w:val="24"/>
        </w:rPr>
        <w:t>equivalencia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funcional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según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cual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requisitos</w:t>
      </w:r>
      <w:proofErr w:type="spellEnd"/>
      <w:r w:rsidRPr="006A5AA2">
        <w:rPr>
          <w:rFonts w:ascii="Times New Roman" w:hAnsi="Times New Roman" w:cs="Times New Roman"/>
          <w:b w:val="0"/>
          <w:bCs w:val="0"/>
          <w:color w:val="auto"/>
          <w:sz w:val="24"/>
          <w:szCs w:val="24"/>
        </w:rPr>
        <w:t xml:space="preserve"> de forma </w:t>
      </w:r>
      <w:proofErr w:type="spellStart"/>
      <w:r w:rsidRPr="006A5AA2">
        <w:rPr>
          <w:rFonts w:ascii="Times New Roman" w:hAnsi="Times New Roman" w:cs="Times New Roman"/>
          <w:b w:val="0"/>
          <w:bCs w:val="0"/>
          <w:color w:val="auto"/>
          <w:sz w:val="24"/>
          <w:szCs w:val="24"/>
        </w:rPr>
        <w:t>exigidos</w:t>
      </w:r>
      <w:proofErr w:type="spellEnd"/>
      <w:r w:rsidRPr="006A5AA2">
        <w:rPr>
          <w:rFonts w:ascii="Times New Roman" w:hAnsi="Times New Roman" w:cs="Times New Roman"/>
          <w:b w:val="0"/>
          <w:bCs w:val="0"/>
          <w:color w:val="auto"/>
          <w:sz w:val="24"/>
          <w:szCs w:val="24"/>
        </w:rPr>
        <w:t xml:space="preserve"> a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documentos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físicos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pueden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cumplirse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por</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medios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electrónicos.</w:t>
      </w:r>
      <w:proofErr w:type="spellEnd"/>
    </w:p>
    <w:p w14:paraId="0EA293D0" w14:textId="5EEABEEA" w:rsidR="00C030F1" w:rsidRPr="006A5AA2" w:rsidRDefault="00C030F1" w:rsidP="00C030F1">
      <w:pPr>
        <w:pStyle w:val="Ttulo2"/>
        <w:numPr>
          <w:ilvl w:val="0"/>
          <w:numId w:val="16"/>
        </w:numPr>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La Ley 527 de 1999 define 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digital </w:t>
      </w:r>
      <w:proofErr w:type="spellStart"/>
      <w:r w:rsidRPr="006A5AA2">
        <w:rPr>
          <w:rFonts w:ascii="Times New Roman" w:hAnsi="Times New Roman" w:cs="Times New Roman"/>
          <w:b w:val="0"/>
          <w:bCs w:val="0"/>
          <w:color w:val="auto"/>
          <w:sz w:val="24"/>
          <w:szCs w:val="24"/>
        </w:rPr>
        <w:t>como</w:t>
      </w:r>
      <w:proofErr w:type="spellEnd"/>
      <w:r w:rsidRPr="006A5AA2">
        <w:rPr>
          <w:rFonts w:ascii="Times New Roman" w:hAnsi="Times New Roman" w:cs="Times New Roman"/>
          <w:b w:val="0"/>
          <w:bCs w:val="0"/>
          <w:color w:val="auto"/>
          <w:sz w:val="24"/>
          <w:szCs w:val="24"/>
        </w:rPr>
        <w:t xml:space="preserve"> un valor </w:t>
      </w:r>
      <w:proofErr w:type="spellStart"/>
      <w:r w:rsidRPr="006A5AA2">
        <w:rPr>
          <w:rFonts w:ascii="Times New Roman" w:hAnsi="Times New Roman" w:cs="Times New Roman"/>
          <w:b w:val="0"/>
          <w:bCs w:val="0"/>
          <w:color w:val="auto"/>
          <w:sz w:val="24"/>
          <w:szCs w:val="24"/>
        </w:rPr>
        <w:t>numérico</w:t>
      </w:r>
      <w:proofErr w:type="spellEnd"/>
      <w:r w:rsidRPr="006A5AA2">
        <w:rPr>
          <w:rFonts w:ascii="Times New Roman" w:hAnsi="Times New Roman" w:cs="Times New Roman"/>
          <w:b w:val="0"/>
          <w:bCs w:val="0"/>
          <w:color w:val="auto"/>
          <w:sz w:val="24"/>
          <w:szCs w:val="24"/>
        </w:rPr>
        <w:t xml:space="preserve"> que se </w:t>
      </w:r>
      <w:proofErr w:type="spellStart"/>
      <w:r w:rsidRPr="006A5AA2">
        <w:rPr>
          <w:rFonts w:ascii="Times New Roman" w:hAnsi="Times New Roman" w:cs="Times New Roman"/>
          <w:b w:val="0"/>
          <w:bCs w:val="0"/>
          <w:color w:val="auto"/>
          <w:sz w:val="24"/>
          <w:szCs w:val="24"/>
        </w:rPr>
        <w:t>adhiere</w:t>
      </w:r>
      <w:proofErr w:type="spellEnd"/>
      <w:r w:rsidRPr="006A5AA2">
        <w:rPr>
          <w:rFonts w:ascii="Times New Roman" w:hAnsi="Times New Roman" w:cs="Times New Roman"/>
          <w:b w:val="0"/>
          <w:bCs w:val="0"/>
          <w:color w:val="auto"/>
          <w:sz w:val="24"/>
          <w:szCs w:val="24"/>
        </w:rPr>
        <w:t xml:space="preserve"> a un </w:t>
      </w:r>
      <w:proofErr w:type="spellStart"/>
      <w:r w:rsidRPr="006A5AA2">
        <w:rPr>
          <w:rFonts w:ascii="Times New Roman" w:hAnsi="Times New Roman" w:cs="Times New Roman"/>
          <w:b w:val="0"/>
          <w:bCs w:val="0"/>
          <w:color w:val="auto"/>
          <w:sz w:val="24"/>
          <w:szCs w:val="24"/>
        </w:rPr>
        <w:t>mensaje</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datos</w:t>
      </w:r>
      <w:proofErr w:type="spellEnd"/>
      <w:r w:rsidRPr="006A5AA2">
        <w:rPr>
          <w:rFonts w:ascii="Times New Roman" w:hAnsi="Times New Roman" w:cs="Times New Roman"/>
          <w:b w:val="0"/>
          <w:bCs w:val="0"/>
          <w:color w:val="auto"/>
          <w:sz w:val="24"/>
          <w:szCs w:val="24"/>
        </w:rPr>
        <w:t xml:space="preserve"> y que, </w:t>
      </w:r>
      <w:proofErr w:type="spellStart"/>
      <w:r w:rsidRPr="006A5AA2">
        <w:rPr>
          <w:rFonts w:ascii="Times New Roman" w:hAnsi="Times New Roman" w:cs="Times New Roman"/>
          <w:b w:val="0"/>
          <w:bCs w:val="0"/>
          <w:color w:val="auto"/>
          <w:sz w:val="24"/>
          <w:szCs w:val="24"/>
        </w:rPr>
        <w:t>utilizando</w:t>
      </w:r>
      <w:proofErr w:type="spellEnd"/>
      <w:r w:rsidRPr="006A5AA2">
        <w:rPr>
          <w:rFonts w:ascii="Times New Roman" w:hAnsi="Times New Roman" w:cs="Times New Roman"/>
          <w:b w:val="0"/>
          <w:bCs w:val="0"/>
          <w:color w:val="auto"/>
          <w:sz w:val="24"/>
          <w:szCs w:val="24"/>
        </w:rPr>
        <w:t xml:space="preserve"> un </w:t>
      </w:r>
      <w:proofErr w:type="spellStart"/>
      <w:r w:rsidRPr="006A5AA2">
        <w:rPr>
          <w:rFonts w:ascii="Times New Roman" w:hAnsi="Times New Roman" w:cs="Times New Roman"/>
          <w:b w:val="0"/>
          <w:bCs w:val="0"/>
          <w:color w:val="auto"/>
          <w:sz w:val="24"/>
          <w:szCs w:val="24"/>
        </w:rPr>
        <w:t>procedimiento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matemático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conocido</w:t>
      </w:r>
      <w:proofErr w:type="spellEnd"/>
      <w:r w:rsidRPr="006A5AA2">
        <w:rPr>
          <w:rFonts w:ascii="Times New Roman" w:hAnsi="Times New Roman" w:cs="Times New Roman"/>
          <w:b w:val="0"/>
          <w:bCs w:val="0"/>
          <w:color w:val="auto"/>
          <w:sz w:val="24"/>
          <w:szCs w:val="24"/>
        </w:rPr>
        <w:t xml:space="preserve">, vincula la </w:t>
      </w:r>
      <w:proofErr w:type="spellStart"/>
      <w:r w:rsidRPr="006A5AA2">
        <w:rPr>
          <w:rFonts w:ascii="Times New Roman" w:hAnsi="Times New Roman" w:cs="Times New Roman"/>
          <w:b w:val="0"/>
          <w:bCs w:val="0"/>
          <w:color w:val="auto"/>
          <w:sz w:val="24"/>
          <w:szCs w:val="24"/>
        </w:rPr>
        <w:t>identidad</w:t>
      </w:r>
      <w:proofErr w:type="spellEnd"/>
      <w:r w:rsidRPr="006A5AA2">
        <w:rPr>
          <w:rFonts w:ascii="Times New Roman" w:hAnsi="Times New Roman" w:cs="Times New Roman"/>
          <w:b w:val="0"/>
          <w:bCs w:val="0"/>
          <w:color w:val="auto"/>
          <w:sz w:val="24"/>
          <w:szCs w:val="24"/>
        </w:rPr>
        <w:t xml:space="preserve"> del </w:t>
      </w:r>
      <w:proofErr w:type="spellStart"/>
      <w:r w:rsidRPr="006A5AA2">
        <w:rPr>
          <w:rFonts w:ascii="Times New Roman" w:hAnsi="Times New Roman" w:cs="Times New Roman"/>
          <w:b w:val="0"/>
          <w:bCs w:val="0"/>
          <w:color w:val="auto"/>
          <w:sz w:val="24"/>
          <w:szCs w:val="24"/>
        </w:rPr>
        <w:t>firmante</w:t>
      </w:r>
      <w:proofErr w:type="spellEnd"/>
      <w:r w:rsidRPr="006A5AA2">
        <w:rPr>
          <w:rFonts w:ascii="Times New Roman" w:hAnsi="Times New Roman" w:cs="Times New Roman"/>
          <w:b w:val="0"/>
          <w:bCs w:val="0"/>
          <w:color w:val="auto"/>
          <w:sz w:val="24"/>
          <w:szCs w:val="24"/>
        </w:rPr>
        <w:t xml:space="preserve"> con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contenido</w:t>
      </w:r>
      <w:proofErr w:type="spellEnd"/>
      <w:r w:rsidRPr="006A5AA2">
        <w:rPr>
          <w:rFonts w:ascii="Times New Roman" w:hAnsi="Times New Roman" w:cs="Times New Roman"/>
          <w:b w:val="0"/>
          <w:bCs w:val="0"/>
          <w:color w:val="auto"/>
          <w:sz w:val="24"/>
          <w:szCs w:val="24"/>
        </w:rPr>
        <w:t xml:space="preserve"> del </w:t>
      </w:r>
      <w:proofErr w:type="spellStart"/>
      <w:r w:rsidRPr="006A5AA2">
        <w:rPr>
          <w:rFonts w:ascii="Times New Roman" w:hAnsi="Times New Roman" w:cs="Times New Roman"/>
          <w:b w:val="0"/>
          <w:bCs w:val="0"/>
          <w:color w:val="auto"/>
          <w:sz w:val="24"/>
          <w:szCs w:val="24"/>
        </w:rPr>
        <w:t>mensaje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garantizando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autenticidad</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integridad</w:t>
      </w:r>
      <w:proofErr w:type="spellEnd"/>
      <w:r w:rsidRPr="006A5AA2">
        <w:rPr>
          <w:rFonts w:ascii="Times New Roman" w:hAnsi="Times New Roman" w:cs="Times New Roman"/>
          <w:b w:val="0"/>
          <w:bCs w:val="0"/>
          <w:color w:val="auto"/>
          <w:sz w:val="24"/>
          <w:szCs w:val="24"/>
        </w:rPr>
        <w:t xml:space="preserve"> y no </w:t>
      </w:r>
      <w:proofErr w:type="spellStart"/>
      <w:r w:rsidRPr="006A5AA2">
        <w:rPr>
          <w:rFonts w:ascii="Times New Roman" w:hAnsi="Times New Roman" w:cs="Times New Roman"/>
          <w:b w:val="0"/>
          <w:bCs w:val="0"/>
          <w:color w:val="auto"/>
          <w:sz w:val="24"/>
          <w:szCs w:val="24"/>
        </w:rPr>
        <w:t>repudio</w:t>
      </w:r>
      <w:proofErr w:type="spellEnd"/>
      <w:r w:rsidRPr="006A5AA2">
        <w:rPr>
          <w:rFonts w:ascii="Times New Roman" w:hAnsi="Times New Roman" w:cs="Times New Roman"/>
          <w:b w:val="0"/>
          <w:bCs w:val="0"/>
          <w:color w:val="auto"/>
          <w:sz w:val="24"/>
          <w:szCs w:val="24"/>
        </w:rPr>
        <w:t>.</w:t>
      </w:r>
    </w:p>
    <w:p w14:paraId="2ED478D7" w14:textId="3FE63438" w:rsidR="00C030F1" w:rsidRPr="006A5AA2" w:rsidRDefault="00C030F1" w:rsidP="00C030F1">
      <w:pPr>
        <w:pStyle w:val="Ttulo2"/>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Asimismo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esta</w:t>
      </w:r>
      <w:proofErr w:type="spellEnd"/>
      <w:r w:rsidRPr="006A5AA2">
        <w:rPr>
          <w:rFonts w:ascii="Times New Roman" w:hAnsi="Times New Roman" w:cs="Times New Roman"/>
          <w:b w:val="0"/>
          <w:bCs w:val="0"/>
          <w:color w:val="auto"/>
          <w:sz w:val="24"/>
          <w:szCs w:val="24"/>
        </w:rPr>
        <w:t xml:space="preserve"> norma </w:t>
      </w:r>
      <w:proofErr w:type="spellStart"/>
      <w:r w:rsidRPr="006A5AA2">
        <w:rPr>
          <w:rFonts w:ascii="Times New Roman" w:hAnsi="Times New Roman" w:cs="Times New Roman"/>
          <w:b w:val="0"/>
          <w:bCs w:val="0"/>
          <w:color w:val="auto"/>
          <w:sz w:val="24"/>
          <w:szCs w:val="24"/>
        </w:rPr>
        <w:t>establece</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creación</w:t>
      </w:r>
      <w:proofErr w:type="spellEnd"/>
      <w:r w:rsidRPr="006A5AA2">
        <w:rPr>
          <w:rFonts w:ascii="Times New Roman" w:hAnsi="Times New Roman" w:cs="Times New Roman"/>
          <w:b w:val="0"/>
          <w:bCs w:val="0"/>
          <w:color w:val="auto"/>
          <w:sz w:val="24"/>
          <w:szCs w:val="24"/>
        </w:rPr>
        <w:t xml:space="preserve"> de las </w:t>
      </w:r>
      <w:proofErr w:type="spellStart"/>
      <w:r w:rsidRPr="006A5AA2">
        <w:rPr>
          <w:rFonts w:ascii="Times New Roman" w:hAnsi="Times New Roman" w:cs="Times New Roman"/>
          <w:b w:val="0"/>
          <w:bCs w:val="0"/>
          <w:color w:val="auto"/>
          <w:sz w:val="24"/>
          <w:szCs w:val="24"/>
        </w:rPr>
        <w:t>Entidades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Certificación</w:t>
      </w:r>
      <w:proofErr w:type="spellEnd"/>
      <w:r w:rsidRPr="006A5AA2">
        <w:rPr>
          <w:rFonts w:ascii="Times New Roman" w:hAnsi="Times New Roman" w:cs="Times New Roman"/>
          <w:b w:val="0"/>
          <w:bCs w:val="0"/>
          <w:color w:val="auto"/>
          <w:sz w:val="24"/>
          <w:szCs w:val="24"/>
        </w:rPr>
        <w:t xml:space="preserve"> Digital, las </w:t>
      </w:r>
      <w:proofErr w:type="spellStart"/>
      <w:r w:rsidRPr="006A5AA2">
        <w:rPr>
          <w:rFonts w:ascii="Times New Roman" w:hAnsi="Times New Roman" w:cs="Times New Roman"/>
          <w:b w:val="0"/>
          <w:bCs w:val="0"/>
          <w:color w:val="auto"/>
          <w:sz w:val="24"/>
          <w:szCs w:val="24"/>
        </w:rPr>
        <w:t>cuales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deben</w:t>
      </w:r>
      <w:proofErr w:type="spellEnd"/>
      <w:r w:rsidRPr="006A5AA2">
        <w:rPr>
          <w:rFonts w:ascii="Times New Roman" w:hAnsi="Times New Roman" w:cs="Times New Roman"/>
          <w:b w:val="0"/>
          <w:bCs w:val="0"/>
          <w:color w:val="auto"/>
          <w:sz w:val="24"/>
          <w:szCs w:val="24"/>
        </w:rPr>
        <w:t xml:space="preserve"> ser </w:t>
      </w:r>
      <w:proofErr w:type="spellStart"/>
      <w:r w:rsidRPr="006A5AA2">
        <w:rPr>
          <w:rFonts w:ascii="Times New Roman" w:hAnsi="Times New Roman" w:cs="Times New Roman"/>
          <w:b w:val="0"/>
          <w:bCs w:val="0"/>
          <w:color w:val="auto"/>
          <w:sz w:val="24"/>
          <w:szCs w:val="24"/>
        </w:rPr>
        <w:t>acreditadas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por</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Organismo</w:t>
      </w:r>
      <w:proofErr w:type="spellEnd"/>
      <w:r w:rsidRPr="006A5AA2">
        <w:rPr>
          <w:rFonts w:ascii="Times New Roman" w:hAnsi="Times New Roman" w:cs="Times New Roman"/>
          <w:b w:val="0"/>
          <w:bCs w:val="0"/>
          <w:color w:val="auto"/>
          <w:sz w:val="24"/>
          <w:szCs w:val="24"/>
        </w:rPr>
        <w:t xml:space="preserve"> Nacional de </w:t>
      </w:r>
      <w:proofErr w:type="spellStart"/>
      <w:r w:rsidRPr="006A5AA2">
        <w:rPr>
          <w:rFonts w:ascii="Times New Roman" w:hAnsi="Times New Roman" w:cs="Times New Roman"/>
          <w:b w:val="0"/>
          <w:bCs w:val="0"/>
          <w:color w:val="auto"/>
          <w:sz w:val="24"/>
          <w:szCs w:val="24"/>
        </w:rPr>
        <w:t>Acreditación</w:t>
      </w:r>
      <w:proofErr w:type="spellEnd"/>
      <w:r w:rsidRPr="006A5AA2">
        <w:rPr>
          <w:rFonts w:ascii="Times New Roman" w:hAnsi="Times New Roman" w:cs="Times New Roman"/>
          <w:b w:val="0"/>
          <w:bCs w:val="0"/>
          <w:color w:val="auto"/>
          <w:sz w:val="24"/>
          <w:szCs w:val="24"/>
        </w:rPr>
        <w:t xml:space="preserve"> de Colombia (ONAC) y </w:t>
      </w:r>
      <w:proofErr w:type="spellStart"/>
      <w:r w:rsidRPr="006A5AA2">
        <w:rPr>
          <w:rFonts w:ascii="Times New Roman" w:hAnsi="Times New Roman" w:cs="Times New Roman"/>
          <w:b w:val="0"/>
          <w:bCs w:val="0"/>
          <w:color w:val="auto"/>
          <w:sz w:val="24"/>
          <w:szCs w:val="24"/>
        </w:rPr>
        <w:t>supervisadas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por</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Superintendencia</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Industria</w:t>
      </w:r>
      <w:proofErr w:type="spellEnd"/>
      <w:r w:rsidRPr="006A5AA2">
        <w:rPr>
          <w:rFonts w:ascii="Times New Roman" w:hAnsi="Times New Roman" w:cs="Times New Roman"/>
          <w:b w:val="0"/>
          <w:bCs w:val="0"/>
          <w:color w:val="auto"/>
          <w:sz w:val="24"/>
          <w:szCs w:val="24"/>
        </w:rPr>
        <w:t xml:space="preserve"> y Comercio</w:t>
      </w:r>
    </w:p>
    <w:p w14:paraId="524D13EF" w14:textId="10DE9A61" w:rsidR="00C030F1" w:rsidRPr="006A5AA2" w:rsidRDefault="00C030F1" w:rsidP="00C030F1">
      <w:pPr>
        <w:pStyle w:val="Ttulo2"/>
        <w:rPr>
          <w:rFonts w:ascii="Times New Roman" w:hAnsi="Times New Roman" w:cs="Times New Roman"/>
          <w:color w:val="auto"/>
          <w:sz w:val="24"/>
          <w:szCs w:val="24"/>
        </w:rPr>
      </w:pPr>
      <w:proofErr w:type="spellStart"/>
      <w:r w:rsidRPr="006A5AA2">
        <w:rPr>
          <w:rFonts w:ascii="Times New Roman" w:hAnsi="Times New Roman" w:cs="Times New Roman"/>
          <w:color w:val="auto"/>
          <w:sz w:val="24"/>
          <w:szCs w:val="24"/>
        </w:rPr>
        <w:t>Decreto</w:t>
      </w:r>
      <w:proofErr w:type="spellEnd"/>
      <w:r w:rsidRPr="006A5AA2">
        <w:rPr>
          <w:rFonts w:ascii="Times New Roman" w:hAnsi="Times New Roman" w:cs="Times New Roman"/>
          <w:color w:val="auto"/>
          <w:sz w:val="24"/>
          <w:szCs w:val="24"/>
        </w:rPr>
        <w:t xml:space="preserve"> 2364 de 2012 – </w:t>
      </w:r>
      <w:proofErr w:type="spellStart"/>
      <w:r w:rsidRPr="006A5AA2">
        <w:rPr>
          <w:rFonts w:ascii="Times New Roman" w:hAnsi="Times New Roman" w:cs="Times New Roman"/>
          <w:color w:val="auto"/>
          <w:sz w:val="24"/>
          <w:szCs w:val="24"/>
        </w:rPr>
        <w:t>Firma</w:t>
      </w:r>
      <w:proofErr w:type="spellEnd"/>
      <w:r w:rsidRPr="006A5AA2">
        <w:rPr>
          <w:rFonts w:ascii="Times New Roman" w:hAnsi="Times New Roman" w:cs="Times New Roman"/>
          <w:color w:val="auto"/>
          <w:sz w:val="24"/>
          <w:szCs w:val="24"/>
        </w:rPr>
        <w:t xml:space="preserve"> </w:t>
      </w:r>
      <w:proofErr w:type="spellStart"/>
      <w:r w:rsidRPr="006A5AA2">
        <w:rPr>
          <w:rFonts w:ascii="Times New Roman" w:hAnsi="Times New Roman" w:cs="Times New Roman"/>
          <w:color w:val="auto"/>
          <w:sz w:val="24"/>
          <w:szCs w:val="24"/>
        </w:rPr>
        <w:t>electrónica</w:t>
      </w:r>
      <w:proofErr w:type="spellEnd"/>
      <w:r w:rsidRPr="006A5AA2">
        <w:rPr>
          <w:rFonts w:ascii="Times New Roman" w:hAnsi="Times New Roman" w:cs="Times New Roman"/>
          <w:color w:val="auto"/>
          <w:sz w:val="24"/>
          <w:szCs w:val="24"/>
        </w:rPr>
        <w:t xml:space="preserve"> en Colombia</w:t>
      </w:r>
    </w:p>
    <w:p w14:paraId="67DA3595" w14:textId="27804AF4" w:rsidR="00C030F1" w:rsidRPr="006A5AA2" w:rsidRDefault="00C030F1" w:rsidP="00C030F1">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El </w:t>
      </w:r>
      <w:proofErr w:type="spellStart"/>
      <w:r w:rsidRPr="006A5AA2">
        <w:rPr>
          <w:rFonts w:ascii="Times New Roman" w:hAnsi="Times New Roman" w:cs="Times New Roman"/>
          <w:b w:val="0"/>
          <w:bCs w:val="0"/>
          <w:color w:val="auto"/>
          <w:sz w:val="24"/>
          <w:szCs w:val="24"/>
        </w:rPr>
        <w:t>Decreto</w:t>
      </w:r>
      <w:proofErr w:type="spellEnd"/>
      <w:r w:rsidRPr="006A5AA2">
        <w:rPr>
          <w:rFonts w:ascii="Times New Roman" w:hAnsi="Times New Roman" w:cs="Times New Roman"/>
          <w:b w:val="0"/>
          <w:bCs w:val="0"/>
          <w:color w:val="auto"/>
          <w:sz w:val="24"/>
          <w:szCs w:val="24"/>
        </w:rPr>
        <w:t xml:space="preserve"> 2364 de 2012 </w:t>
      </w:r>
      <w:proofErr w:type="spellStart"/>
      <w:r w:rsidRPr="006A5AA2">
        <w:rPr>
          <w:rFonts w:ascii="Times New Roman" w:hAnsi="Times New Roman" w:cs="Times New Roman"/>
          <w:b w:val="0"/>
          <w:bCs w:val="0"/>
          <w:color w:val="auto"/>
          <w:sz w:val="24"/>
          <w:szCs w:val="24"/>
        </w:rPr>
        <w:t>complementa</w:t>
      </w:r>
      <w:proofErr w:type="spellEnd"/>
      <w:r w:rsidRPr="006A5AA2">
        <w:rPr>
          <w:rFonts w:ascii="Times New Roman" w:hAnsi="Times New Roman" w:cs="Times New Roman"/>
          <w:b w:val="0"/>
          <w:bCs w:val="0"/>
          <w:color w:val="auto"/>
          <w:sz w:val="24"/>
          <w:szCs w:val="24"/>
        </w:rPr>
        <w:t xml:space="preserve"> la Ley 527 de 1999 al regular </w:t>
      </w:r>
      <w:proofErr w:type="spellStart"/>
      <w:r w:rsidRPr="006A5AA2">
        <w:rPr>
          <w:rFonts w:ascii="Times New Roman" w:hAnsi="Times New Roman" w:cs="Times New Roman"/>
          <w:b w:val="0"/>
          <w:bCs w:val="0"/>
          <w:color w:val="auto"/>
          <w:sz w:val="24"/>
          <w:szCs w:val="24"/>
        </w:rPr>
        <w:t>específicamente</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diferenciándola</w:t>
      </w:r>
      <w:proofErr w:type="spellEnd"/>
      <w:r w:rsidRPr="006A5AA2">
        <w:rPr>
          <w:rFonts w:ascii="Times New Roman" w:hAnsi="Times New Roman" w:cs="Times New Roman"/>
          <w:b w:val="0"/>
          <w:bCs w:val="0"/>
          <w:color w:val="auto"/>
          <w:sz w:val="24"/>
          <w:szCs w:val="24"/>
        </w:rPr>
        <w:t xml:space="preserve"> de 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digital.</w:t>
      </w:r>
    </w:p>
    <w:p w14:paraId="61B3C861" w14:textId="5A1FAA0A" w:rsidR="00C030F1" w:rsidRPr="006A5AA2" w:rsidRDefault="00C030F1" w:rsidP="00C030F1">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Este </w:t>
      </w:r>
      <w:proofErr w:type="spellStart"/>
      <w:r w:rsidRPr="006A5AA2">
        <w:rPr>
          <w:rFonts w:ascii="Times New Roman" w:hAnsi="Times New Roman" w:cs="Times New Roman"/>
          <w:b w:val="0"/>
          <w:bCs w:val="0"/>
          <w:color w:val="auto"/>
          <w:sz w:val="24"/>
          <w:szCs w:val="24"/>
        </w:rPr>
        <w:t>decreto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permite</w:t>
      </w:r>
      <w:proofErr w:type="spellEnd"/>
      <w:r w:rsidRPr="006A5AA2">
        <w:rPr>
          <w:rFonts w:ascii="Times New Roman" w:hAnsi="Times New Roman" w:cs="Times New Roman"/>
          <w:b w:val="0"/>
          <w:bCs w:val="0"/>
          <w:color w:val="auto"/>
          <w:sz w:val="24"/>
          <w:szCs w:val="24"/>
        </w:rPr>
        <w:t xml:space="preserve"> que </w:t>
      </w:r>
      <w:proofErr w:type="spellStart"/>
      <w:r w:rsidRPr="006A5AA2">
        <w:rPr>
          <w:rFonts w:ascii="Times New Roman" w:hAnsi="Times New Roman" w:cs="Times New Roman"/>
          <w:b w:val="0"/>
          <w:bCs w:val="0"/>
          <w:color w:val="auto"/>
          <w:sz w:val="24"/>
          <w:szCs w:val="24"/>
        </w:rPr>
        <w:t>múltiples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mecanismos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tecnológicos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puedan</w:t>
      </w:r>
      <w:proofErr w:type="spellEnd"/>
      <w:r w:rsidRPr="006A5AA2">
        <w:rPr>
          <w:rFonts w:ascii="Times New Roman" w:hAnsi="Times New Roman" w:cs="Times New Roman"/>
          <w:b w:val="0"/>
          <w:bCs w:val="0"/>
          <w:color w:val="auto"/>
          <w:sz w:val="24"/>
          <w:szCs w:val="24"/>
        </w:rPr>
        <w:t xml:space="preserve"> ser </w:t>
      </w:r>
      <w:proofErr w:type="spellStart"/>
      <w:r w:rsidRPr="006A5AA2">
        <w:rPr>
          <w:rFonts w:ascii="Times New Roman" w:hAnsi="Times New Roman" w:cs="Times New Roman"/>
          <w:b w:val="0"/>
          <w:bCs w:val="0"/>
          <w:color w:val="auto"/>
          <w:sz w:val="24"/>
          <w:szCs w:val="24"/>
        </w:rPr>
        <w:t>utilizados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como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siempre</w:t>
      </w:r>
      <w:proofErr w:type="spellEnd"/>
      <w:r w:rsidRPr="006A5AA2">
        <w:rPr>
          <w:rFonts w:ascii="Times New Roman" w:hAnsi="Times New Roman" w:cs="Times New Roman"/>
          <w:b w:val="0"/>
          <w:bCs w:val="0"/>
          <w:color w:val="auto"/>
          <w:sz w:val="24"/>
          <w:szCs w:val="24"/>
        </w:rPr>
        <w:t xml:space="preserve"> que se </w:t>
      </w:r>
      <w:proofErr w:type="spellStart"/>
      <w:r w:rsidRPr="006A5AA2">
        <w:rPr>
          <w:rFonts w:ascii="Times New Roman" w:hAnsi="Times New Roman" w:cs="Times New Roman"/>
          <w:b w:val="0"/>
          <w:bCs w:val="0"/>
          <w:color w:val="auto"/>
          <w:sz w:val="24"/>
          <w:szCs w:val="24"/>
        </w:rPr>
        <w:t>garantice</w:t>
      </w:r>
      <w:proofErr w:type="spellEnd"/>
      <w:r w:rsidRPr="006A5AA2">
        <w:rPr>
          <w:rFonts w:ascii="Times New Roman" w:hAnsi="Times New Roman" w:cs="Times New Roman"/>
          <w:b w:val="0"/>
          <w:bCs w:val="0"/>
          <w:color w:val="auto"/>
          <w:sz w:val="24"/>
          <w:szCs w:val="24"/>
        </w:rPr>
        <w:t>:</w:t>
      </w:r>
    </w:p>
    <w:p w14:paraId="70897918" w14:textId="77777777" w:rsidR="00186AE8" w:rsidRPr="006A5AA2" w:rsidRDefault="00C030F1" w:rsidP="00C030F1">
      <w:pPr>
        <w:pStyle w:val="Ttulo2"/>
        <w:numPr>
          <w:ilvl w:val="0"/>
          <w:numId w:val="17"/>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Identificación</w:t>
      </w:r>
      <w:proofErr w:type="spellEnd"/>
      <w:r w:rsidRPr="006A5AA2">
        <w:rPr>
          <w:rFonts w:ascii="Times New Roman" w:hAnsi="Times New Roman" w:cs="Times New Roman"/>
          <w:b w:val="0"/>
          <w:bCs w:val="0"/>
          <w:color w:val="auto"/>
          <w:sz w:val="24"/>
          <w:szCs w:val="24"/>
        </w:rPr>
        <w:t xml:space="preserve"> del </w:t>
      </w:r>
      <w:proofErr w:type="spellStart"/>
      <w:r w:rsidRPr="006A5AA2">
        <w:rPr>
          <w:rFonts w:ascii="Times New Roman" w:hAnsi="Times New Roman" w:cs="Times New Roman"/>
          <w:b w:val="0"/>
          <w:bCs w:val="0"/>
          <w:color w:val="auto"/>
          <w:sz w:val="24"/>
          <w:szCs w:val="24"/>
        </w:rPr>
        <w:t>firmante</w:t>
      </w:r>
      <w:proofErr w:type="spellEnd"/>
    </w:p>
    <w:p w14:paraId="1FE1A171" w14:textId="77777777" w:rsidR="00186AE8" w:rsidRPr="006A5AA2" w:rsidRDefault="00C030F1" w:rsidP="00C030F1">
      <w:pPr>
        <w:pStyle w:val="Ttulo2"/>
        <w:numPr>
          <w:ilvl w:val="0"/>
          <w:numId w:val="17"/>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Asociación</w:t>
      </w:r>
      <w:proofErr w:type="spellEnd"/>
      <w:r w:rsidRPr="006A5AA2">
        <w:rPr>
          <w:rFonts w:ascii="Times New Roman" w:hAnsi="Times New Roman" w:cs="Times New Roman"/>
          <w:b w:val="0"/>
          <w:bCs w:val="0"/>
          <w:color w:val="auto"/>
          <w:sz w:val="24"/>
          <w:szCs w:val="24"/>
        </w:rPr>
        <w:t xml:space="preserve"> del </w:t>
      </w:r>
      <w:proofErr w:type="spellStart"/>
      <w:r w:rsidRPr="006A5AA2">
        <w:rPr>
          <w:rFonts w:ascii="Times New Roman" w:hAnsi="Times New Roman" w:cs="Times New Roman"/>
          <w:b w:val="0"/>
          <w:bCs w:val="0"/>
          <w:color w:val="auto"/>
          <w:sz w:val="24"/>
          <w:szCs w:val="24"/>
        </w:rPr>
        <w:t>firmante</w:t>
      </w:r>
      <w:proofErr w:type="spellEnd"/>
      <w:r w:rsidRPr="006A5AA2">
        <w:rPr>
          <w:rFonts w:ascii="Times New Roman" w:hAnsi="Times New Roman" w:cs="Times New Roman"/>
          <w:b w:val="0"/>
          <w:bCs w:val="0"/>
          <w:color w:val="auto"/>
          <w:sz w:val="24"/>
          <w:szCs w:val="24"/>
        </w:rPr>
        <w:t xml:space="preserve"> con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mensaje</w:t>
      </w:r>
      <w:proofErr w:type="spellEnd"/>
    </w:p>
    <w:p w14:paraId="508DF725" w14:textId="028ABF82" w:rsidR="00C030F1" w:rsidRPr="006A5AA2" w:rsidRDefault="00C030F1" w:rsidP="00C030F1">
      <w:pPr>
        <w:pStyle w:val="Ttulo2"/>
        <w:numPr>
          <w:ilvl w:val="0"/>
          <w:numId w:val="17"/>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Confiabilidad</w:t>
      </w:r>
      <w:proofErr w:type="spellEnd"/>
      <w:r w:rsidRPr="006A5AA2">
        <w:rPr>
          <w:rFonts w:ascii="Times New Roman" w:hAnsi="Times New Roman" w:cs="Times New Roman"/>
          <w:b w:val="0"/>
          <w:bCs w:val="0"/>
          <w:color w:val="auto"/>
          <w:sz w:val="24"/>
          <w:szCs w:val="24"/>
        </w:rPr>
        <w:t xml:space="preserve"> del </w:t>
      </w:r>
      <w:proofErr w:type="spellStart"/>
      <w:r w:rsidRPr="006A5AA2">
        <w:rPr>
          <w:rFonts w:ascii="Times New Roman" w:hAnsi="Times New Roman" w:cs="Times New Roman"/>
          <w:b w:val="0"/>
          <w:bCs w:val="0"/>
          <w:color w:val="auto"/>
          <w:sz w:val="24"/>
          <w:szCs w:val="24"/>
        </w:rPr>
        <w:t>método</w:t>
      </w:r>
      <w:proofErr w:type="spellEnd"/>
    </w:p>
    <w:p w14:paraId="02869817" w14:textId="5FBE41A5" w:rsidR="00C030F1" w:rsidRPr="006A5AA2" w:rsidRDefault="00C030F1" w:rsidP="00C030F1">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lastRenderedPageBreak/>
        <w:t xml:space="preserve">En </w:t>
      </w:r>
      <w:proofErr w:type="spellStart"/>
      <w:r w:rsidRPr="006A5AA2">
        <w:rPr>
          <w:rFonts w:ascii="Times New Roman" w:hAnsi="Times New Roman" w:cs="Times New Roman"/>
          <w:b w:val="0"/>
          <w:bCs w:val="0"/>
          <w:color w:val="auto"/>
          <w:sz w:val="24"/>
          <w:szCs w:val="24"/>
        </w:rPr>
        <w:t>virtud</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esta</w:t>
      </w:r>
      <w:proofErr w:type="spellEnd"/>
      <w:r w:rsidRPr="006A5AA2">
        <w:rPr>
          <w:rFonts w:ascii="Times New Roman" w:hAnsi="Times New Roman" w:cs="Times New Roman"/>
          <w:b w:val="0"/>
          <w:bCs w:val="0"/>
          <w:color w:val="auto"/>
          <w:sz w:val="24"/>
          <w:szCs w:val="24"/>
        </w:rPr>
        <w:t xml:space="preserve"> norma, Colombia </w:t>
      </w:r>
      <w:proofErr w:type="spellStart"/>
      <w:r w:rsidRPr="006A5AA2">
        <w:rPr>
          <w:rFonts w:ascii="Times New Roman" w:hAnsi="Times New Roman" w:cs="Times New Roman"/>
          <w:b w:val="0"/>
          <w:bCs w:val="0"/>
          <w:color w:val="auto"/>
          <w:sz w:val="24"/>
          <w:szCs w:val="24"/>
        </w:rPr>
        <w:t>adoptó</w:t>
      </w:r>
      <w:proofErr w:type="spellEnd"/>
      <w:r w:rsidRPr="006A5AA2">
        <w:rPr>
          <w:rFonts w:ascii="Times New Roman" w:hAnsi="Times New Roman" w:cs="Times New Roman"/>
          <w:b w:val="0"/>
          <w:bCs w:val="0"/>
          <w:color w:val="auto"/>
          <w:sz w:val="24"/>
          <w:szCs w:val="24"/>
        </w:rPr>
        <w:t xml:space="preserve"> un </w:t>
      </w:r>
      <w:proofErr w:type="spellStart"/>
      <w:r w:rsidRPr="006A5AA2">
        <w:rPr>
          <w:rFonts w:ascii="Times New Roman" w:hAnsi="Times New Roman" w:cs="Times New Roman"/>
          <w:b w:val="0"/>
          <w:bCs w:val="0"/>
          <w:color w:val="auto"/>
          <w:sz w:val="24"/>
          <w:szCs w:val="24"/>
        </w:rPr>
        <w:t>modelo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tecnológicamente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neutro</w:t>
      </w:r>
      <w:proofErr w:type="spellEnd"/>
      <w:r w:rsidRPr="006A5AA2">
        <w:rPr>
          <w:rFonts w:ascii="Times New Roman" w:hAnsi="Times New Roman" w:cs="Times New Roman"/>
          <w:b w:val="0"/>
          <w:bCs w:val="0"/>
          <w:color w:val="auto"/>
          <w:sz w:val="24"/>
          <w:szCs w:val="24"/>
        </w:rPr>
        <w:t xml:space="preserve">, lo </w:t>
      </w:r>
      <w:proofErr w:type="spellStart"/>
      <w:r w:rsidRPr="006A5AA2">
        <w:rPr>
          <w:rFonts w:ascii="Times New Roman" w:hAnsi="Times New Roman" w:cs="Times New Roman"/>
          <w:b w:val="0"/>
          <w:bCs w:val="0"/>
          <w:color w:val="auto"/>
          <w:sz w:val="24"/>
          <w:szCs w:val="24"/>
        </w:rPr>
        <w:t>cual</w:t>
      </w:r>
      <w:proofErr w:type="spellEnd"/>
      <w:r w:rsidRPr="006A5AA2">
        <w:rPr>
          <w:rFonts w:ascii="Times New Roman" w:hAnsi="Times New Roman" w:cs="Times New Roman"/>
          <w:b w:val="0"/>
          <w:bCs w:val="0"/>
          <w:color w:val="auto"/>
          <w:sz w:val="24"/>
          <w:szCs w:val="24"/>
        </w:rPr>
        <w:t xml:space="preserve"> ha </w:t>
      </w:r>
      <w:proofErr w:type="spellStart"/>
      <w:r w:rsidRPr="006A5AA2">
        <w:rPr>
          <w:rFonts w:ascii="Times New Roman" w:hAnsi="Times New Roman" w:cs="Times New Roman"/>
          <w:b w:val="0"/>
          <w:bCs w:val="0"/>
          <w:color w:val="auto"/>
          <w:sz w:val="24"/>
          <w:szCs w:val="24"/>
        </w:rPr>
        <w:t>favorecido</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masificación</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plataformas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digitales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contratos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portales</w:t>
      </w:r>
      <w:proofErr w:type="spellEnd"/>
      <w:r w:rsidRPr="006A5AA2">
        <w:rPr>
          <w:rFonts w:ascii="Times New Roman" w:hAnsi="Times New Roman" w:cs="Times New Roman"/>
          <w:b w:val="0"/>
          <w:bCs w:val="0"/>
          <w:color w:val="auto"/>
          <w:sz w:val="24"/>
          <w:szCs w:val="24"/>
        </w:rPr>
        <w:t xml:space="preserve"> de trámites </w:t>
      </w:r>
      <w:proofErr w:type="spellStart"/>
      <w:r w:rsidRPr="006A5AA2">
        <w:rPr>
          <w:rFonts w:ascii="Times New Roman" w:hAnsi="Times New Roman" w:cs="Times New Roman"/>
          <w:b w:val="0"/>
          <w:bCs w:val="0"/>
          <w:color w:val="auto"/>
          <w:sz w:val="24"/>
          <w:szCs w:val="24"/>
        </w:rPr>
        <w:t>estatales</w:t>
      </w:r>
      <w:proofErr w:type="spellEnd"/>
      <w:r w:rsidRPr="006A5AA2">
        <w:rPr>
          <w:rFonts w:ascii="Times New Roman" w:hAnsi="Times New Roman" w:cs="Times New Roman"/>
          <w:b w:val="0"/>
          <w:bCs w:val="0"/>
          <w:color w:val="auto"/>
          <w:sz w:val="24"/>
          <w:szCs w:val="24"/>
        </w:rPr>
        <w:t xml:space="preserve"> y </w:t>
      </w:r>
      <w:proofErr w:type="spellStart"/>
      <w:r w:rsidRPr="006A5AA2">
        <w:rPr>
          <w:rFonts w:ascii="Times New Roman" w:hAnsi="Times New Roman" w:cs="Times New Roman"/>
          <w:b w:val="0"/>
          <w:bCs w:val="0"/>
          <w:color w:val="auto"/>
          <w:sz w:val="24"/>
          <w:szCs w:val="24"/>
        </w:rPr>
        <w:t>autenticación</w:t>
      </w:r>
      <w:proofErr w:type="spellEnd"/>
      <w:r w:rsidRPr="006A5AA2">
        <w:rPr>
          <w:rFonts w:ascii="Times New Roman" w:hAnsi="Times New Roman" w:cs="Times New Roman"/>
          <w:b w:val="0"/>
          <w:bCs w:val="0"/>
          <w:color w:val="auto"/>
          <w:sz w:val="24"/>
          <w:szCs w:val="24"/>
        </w:rPr>
        <w:t xml:space="preserve"> digital en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sector </w:t>
      </w:r>
      <w:proofErr w:type="spellStart"/>
      <w:r w:rsidRPr="006A5AA2">
        <w:rPr>
          <w:rFonts w:ascii="Times New Roman" w:hAnsi="Times New Roman" w:cs="Times New Roman"/>
          <w:b w:val="0"/>
          <w:bCs w:val="0"/>
          <w:color w:val="auto"/>
          <w:sz w:val="24"/>
          <w:szCs w:val="24"/>
        </w:rPr>
        <w:t>público</w:t>
      </w:r>
      <w:proofErr w:type="spellEnd"/>
      <w:r w:rsidRPr="006A5AA2">
        <w:rPr>
          <w:rFonts w:ascii="Times New Roman" w:hAnsi="Times New Roman" w:cs="Times New Roman"/>
          <w:b w:val="0"/>
          <w:bCs w:val="0"/>
          <w:color w:val="auto"/>
          <w:sz w:val="24"/>
          <w:szCs w:val="24"/>
        </w:rPr>
        <w:t xml:space="preserve"> y privado.</w:t>
      </w:r>
    </w:p>
    <w:p w14:paraId="18C67689" w14:textId="0C210F41" w:rsidR="00C030F1" w:rsidRPr="006A5AA2" w:rsidRDefault="00C030F1" w:rsidP="00C030F1">
      <w:pPr>
        <w:pStyle w:val="Ttulo2"/>
        <w:rPr>
          <w:rFonts w:ascii="Times New Roman" w:hAnsi="Times New Roman" w:cs="Times New Roman"/>
          <w:color w:val="auto"/>
          <w:sz w:val="24"/>
          <w:szCs w:val="24"/>
        </w:rPr>
      </w:pPr>
      <w:proofErr w:type="spellStart"/>
      <w:r w:rsidRPr="006A5AA2">
        <w:rPr>
          <w:rFonts w:ascii="Times New Roman" w:hAnsi="Times New Roman" w:cs="Times New Roman"/>
          <w:color w:val="auto"/>
          <w:sz w:val="24"/>
          <w:szCs w:val="24"/>
        </w:rPr>
        <w:t>Infraestructura</w:t>
      </w:r>
      <w:proofErr w:type="spellEnd"/>
      <w:r w:rsidRPr="006A5AA2">
        <w:rPr>
          <w:rFonts w:ascii="Times New Roman" w:hAnsi="Times New Roman" w:cs="Times New Roman"/>
          <w:color w:val="auto"/>
          <w:sz w:val="24"/>
          <w:szCs w:val="24"/>
        </w:rPr>
        <w:t xml:space="preserve"> de </w:t>
      </w:r>
      <w:proofErr w:type="spellStart"/>
      <w:r w:rsidRPr="006A5AA2">
        <w:rPr>
          <w:rFonts w:ascii="Times New Roman" w:hAnsi="Times New Roman" w:cs="Times New Roman"/>
          <w:color w:val="auto"/>
          <w:sz w:val="24"/>
          <w:szCs w:val="24"/>
        </w:rPr>
        <w:t>certificación</w:t>
      </w:r>
      <w:proofErr w:type="spellEnd"/>
      <w:r w:rsidRPr="006A5AA2">
        <w:rPr>
          <w:rFonts w:ascii="Times New Roman" w:hAnsi="Times New Roman" w:cs="Times New Roman"/>
          <w:color w:val="auto"/>
          <w:sz w:val="24"/>
          <w:szCs w:val="24"/>
        </w:rPr>
        <w:t xml:space="preserve"> digital en Colombia</w:t>
      </w:r>
    </w:p>
    <w:p w14:paraId="6BDD4FE6" w14:textId="6B52E117" w:rsidR="00C030F1" w:rsidRPr="006A5AA2" w:rsidRDefault="00C030F1" w:rsidP="00C030F1">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Colombia </w:t>
      </w:r>
      <w:proofErr w:type="spellStart"/>
      <w:r w:rsidRPr="006A5AA2">
        <w:rPr>
          <w:rFonts w:ascii="Times New Roman" w:hAnsi="Times New Roman" w:cs="Times New Roman"/>
          <w:b w:val="0"/>
          <w:bCs w:val="0"/>
          <w:color w:val="auto"/>
          <w:sz w:val="24"/>
          <w:szCs w:val="24"/>
        </w:rPr>
        <w:t>cuenta</w:t>
      </w:r>
      <w:proofErr w:type="spellEnd"/>
      <w:r w:rsidRPr="006A5AA2">
        <w:rPr>
          <w:rFonts w:ascii="Times New Roman" w:hAnsi="Times New Roman" w:cs="Times New Roman"/>
          <w:b w:val="0"/>
          <w:bCs w:val="0"/>
          <w:color w:val="auto"/>
          <w:sz w:val="24"/>
          <w:szCs w:val="24"/>
        </w:rPr>
        <w:t xml:space="preserve"> con </w:t>
      </w:r>
      <w:proofErr w:type="spellStart"/>
      <w:r w:rsidRPr="006A5AA2">
        <w:rPr>
          <w:rFonts w:ascii="Times New Roman" w:hAnsi="Times New Roman" w:cs="Times New Roman"/>
          <w:b w:val="0"/>
          <w:bCs w:val="0"/>
          <w:color w:val="auto"/>
          <w:sz w:val="24"/>
          <w:szCs w:val="24"/>
        </w:rPr>
        <w:t>una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Infraestructura</w:t>
      </w:r>
      <w:proofErr w:type="spellEnd"/>
      <w:r w:rsidRPr="006A5AA2">
        <w:rPr>
          <w:rFonts w:ascii="Times New Roman" w:hAnsi="Times New Roman" w:cs="Times New Roman"/>
          <w:b w:val="0"/>
          <w:bCs w:val="0"/>
          <w:color w:val="auto"/>
          <w:sz w:val="24"/>
          <w:szCs w:val="24"/>
        </w:rPr>
        <w:t xml:space="preserve"> de Clave </w:t>
      </w:r>
      <w:proofErr w:type="spellStart"/>
      <w:r w:rsidRPr="006A5AA2">
        <w:rPr>
          <w:rFonts w:ascii="Times New Roman" w:hAnsi="Times New Roman" w:cs="Times New Roman"/>
          <w:b w:val="0"/>
          <w:bCs w:val="0"/>
          <w:color w:val="auto"/>
          <w:sz w:val="24"/>
          <w:szCs w:val="24"/>
        </w:rPr>
        <w:t>Pública</w:t>
      </w:r>
      <w:proofErr w:type="spellEnd"/>
      <w:r w:rsidRPr="006A5AA2">
        <w:rPr>
          <w:rFonts w:ascii="Times New Roman" w:hAnsi="Times New Roman" w:cs="Times New Roman"/>
          <w:b w:val="0"/>
          <w:bCs w:val="0"/>
          <w:color w:val="auto"/>
          <w:sz w:val="24"/>
          <w:szCs w:val="24"/>
        </w:rPr>
        <w:t xml:space="preserve"> (PKI) </w:t>
      </w:r>
      <w:proofErr w:type="spellStart"/>
      <w:r w:rsidRPr="006A5AA2">
        <w:rPr>
          <w:rFonts w:ascii="Times New Roman" w:hAnsi="Times New Roman" w:cs="Times New Roman"/>
          <w:b w:val="0"/>
          <w:bCs w:val="0"/>
          <w:color w:val="auto"/>
          <w:sz w:val="24"/>
          <w:szCs w:val="24"/>
        </w:rPr>
        <w:t>consolidada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integrada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por</w:t>
      </w:r>
      <w:proofErr w:type="spellEnd"/>
      <w:r w:rsidRPr="006A5AA2">
        <w:rPr>
          <w:rFonts w:ascii="Times New Roman" w:hAnsi="Times New Roman" w:cs="Times New Roman"/>
          <w:b w:val="0"/>
          <w:bCs w:val="0"/>
          <w:color w:val="auto"/>
          <w:sz w:val="24"/>
          <w:szCs w:val="24"/>
        </w:rPr>
        <w:t>:</w:t>
      </w:r>
    </w:p>
    <w:p w14:paraId="6A4ED638" w14:textId="77777777" w:rsidR="00186AE8" w:rsidRPr="006A5AA2" w:rsidRDefault="00C030F1" w:rsidP="00C030F1">
      <w:pPr>
        <w:pStyle w:val="Ttulo2"/>
        <w:numPr>
          <w:ilvl w:val="0"/>
          <w:numId w:val="18"/>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Entidades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certificación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acreditadas</w:t>
      </w:r>
      <w:proofErr w:type="spellEnd"/>
    </w:p>
    <w:p w14:paraId="70CCFE29" w14:textId="77777777" w:rsidR="00186AE8" w:rsidRPr="006A5AA2" w:rsidRDefault="00C030F1" w:rsidP="00C030F1">
      <w:pPr>
        <w:pStyle w:val="Ttulo2"/>
        <w:numPr>
          <w:ilvl w:val="0"/>
          <w:numId w:val="18"/>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Autoridades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registro</w:t>
      </w:r>
      <w:proofErr w:type="spellEnd"/>
    </w:p>
    <w:p w14:paraId="232219AE" w14:textId="77777777" w:rsidR="00186AE8" w:rsidRPr="006A5AA2" w:rsidRDefault="00C030F1" w:rsidP="00C030F1">
      <w:pPr>
        <w:pStyle w:val="Ttulo2"/>
        <w:numPr>
          <w:ilvl w:val="0"/>
          <w:numId w:val="18"/>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Proveedores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servicios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digital</w:t>
      </w:r>
    </w:p>
    <w:p w14:paraId="2047E644" w14:textId="20B6E2A8" w:rsidR="00C030F1" w:rsidRPr="006A5AA2" w:rsidRDefault="00C030F1" w:rsidP="00C030F1">
      <w:pPr>
        <w:pStyle w:val="Ttulo2"/>
        <w:numPr>
          <w:ilvl w:val="0"/>
          <w:numId w:val="18"/>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Sistemas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validación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criptográfica</w:t>
      </w:r>
      <w:proofErr w:type="spellEnd"/>
    </w:p>
    <w:p w14:paraId="645DB6A4" w14:textId="2DDA2E72" w:rsidR="00C030F1" w:rsidRPr="006A5AA2" w:rsidRDefault="00C030F1" w:rsidP="00C030F1">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Esta </w:t>
      </w:r>
      <w:proofErr w:type="spellStart"/>
      <w:r w:rsidRPr="006A5AA2">
        <w:rPr>
          <w:rFonts w:ascii="Times New Roman" w:hAnsi="Times New Roman" w:cs="Times New Roman"/>
          <w:b w:val="0"/>
          <w:bCs w:val="0"/>
          <w:color w:val="auto"/>
          <w:sz w:val="24"/>
          <w:szCs w:val="24"/>
        </w:rPr>
        <w:t>infraestructura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permite</w:t>
      </w:r>
      <w:proofErr w:type="spellEnd"/>
      <w:r w:rsidRPr="006A5AA2">
        <w:rPr>
          <w:rFonts w:ascii="Times New Roman" w:hAnsi="Times New Roman" w:cs="Times New Roman"/>
          <w:b w:val="0"/>
          <w:bCs w:val="0"/>
          <w:color w:val="auto"/>
          <w:sz w:val="24"/>
          <w:szCs w:val="24"/>
        </w:rPr>
        <w:t xml:space="preserve"> que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documentos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firmados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digitalmente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tengan</w:t>
      </w:r>
      <w:proofErr w:type="spellEnd"/>
      <w:r w:rsidRPr="006A5AA2">
        <w:rPr>
          <w:rFonts w:ascii="Times New Roman" w:hAnsi="Times New Roman" w:cs="Times New Roman"/>
          <w:b w:val="0"/>
          <w:bCs w:val="0"/>
          <w:color w:val="auto"/>
          <w:sz w:val="24"/>
          <w:szCs w:val="24"/>
        </w:rPr>
        <w:t xml:space="preserve"> plena </w:t>
      </w:r>
      <w:proofErr w:type="spellStart"/>
      <w:r w:rsidRPr="006A5AA2">
        <w:rPr>
          <w:rFonts w:ascii="Times New Roman" w:hAnsi="Times New Roman" w:cs="Times New Roman"/>
          <w:b w:val="0"/>
          <w:bCs w:val="0"/>
          <w:color w:val="auto"/>
          <w:sz w:val="24"/>
          <w:szCs w:val="24"/>
        </w:rPr>
        <w:t>fuerza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probatoria</w:t>
      </w:r>
      <w:proofErr w:type="spellEnd"/>
      <w:r w:rsidRPr="006A5AA2">
        <w:rPr>
          <w:rFonts w:ascii="Times New Roman" w:hAnsi="Times New Roman" w:cs="Times New Roman"/>
          <w:b w:val="0"/>
          <w:bCs w:val="0"/>
          <w:color w:val="auto"/>
          <w:sz w:val="24"/>
          <w:szCs w:val="24"/>
        </w:rPr>
        <w:t xml:space="preserve">, tanto en </w:t>
      </w:r>
      <w:proofErr w:type="spellStart"/>
      <w:r w:rsidRPr="006A5AA2">
        <w:rPr>
          <w:rFonts w:ascii="Times New Roman" w:hAnsi="Times New Roman" w:cs="Times New Roman"/>
          <w:b w:val="0"/>
          <w:bCs w:val="0"/>
          <w:color w:val="auto"/>
          <w:sz w:val="24"/>
          <w:szCs w:val="24"/>
        </w:rPr>
        <w:t>procesos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administrativos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como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judiciales</w:t>
      </w:r>
      <w:proofErr w:type="spellEnd"/>
      <w:r w:rsidRPr="006A5AA2">
        <w:rPr>
          <w:rFonts w:ascii="Times New Roman" w:hAnsi="Times New Roman" w:cs="Times New Roman"/>
          <w:b w:val="0"/>
          <w:bCs w:val="0"/>
          <w:color w:val="auto"/>
          <w:sz w:val="24"/>
          <w:szCs w:val="24"/>
        </w:rPr>
        <w:t>.</w:t>
      </w:r>
    </w:p>
    <w:p w14:paraId="7A3494B5" w14:textId="77777777" w:rsidR="00C030F1" w:rsidRPr="006A5AA2" w:rsidRDefault="00C030F1" w:rsidP="00C030F1">
      <w:pPr>
        <w:pStyle w:val="Ttulo2"/>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Además</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digital en Colombia ha </w:t>
      </w:r>
      <w:proofErr w:type="spellStart"/>
      <w:r w:rsidRPr="006A5AA2">
        <w:rPr>
          <w:rFonts w:ascii="Times New Roman" w:hAnsi="Times New Roman" w:cs="Times New Roman"/>
          <w:b w:val="0"/>
          <w:bCs w:val="0"/>
          <w:color w:val="auto"/>
          <w:sz w:val="24"/>
          <w:szCs w:val="24"/>
        </w:rPr>
        <w:t>sido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ampliamente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adoptada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por</w:t>
      </w:r>
      <w:proofErr w:type="spellEnd"/>
      <w:r w:rsidRPr="006A5AA2">
        <w:rPr>
          <w:rFonts w:ascii="Times New Roman" w:hAnsi="Times New Roman" w:cs="Times New Roman"/>
          <w:b w:val="0"/>
          <w:bCs w:val="0"/>
          <w:color w:val="auto"/>
          <w:sz w:val="24"/>
          <w:szCs w:val="24"/>
        </w:rPr>
        <w:t>:</w:t>
      </w:r>
    </w:p>
    <w:p w14:paraId="4E3C85F2" w14:textId="77777777" w:rsidR="00186AE8" w:rsidRPr="006A5AA2" w:rsidRDefault="00C030F1" w:rsidP="00C030F1">
      <w:pPr>
        <w:pStyle w:val="Ttulo2"/>
        <w:numPr>
          <w:ilvl w:val="0"/>
          <w:numId w:val="19"/>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Entidades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bancarias</w:t>
      </w:r>
      <w:proofErr w:type="spellEnd"/>
    </w:p>
    <w:p w14:paraId="69F7B6DB" w14:textId="77777777" w:rsidR="00186AE8" w:rsidRPr="006A5AA2" w:rsidRDefault="00C030F1" w:rsidP="00C030F1">
      <w:pPr>
        <w:pStyle w:val="Ttulo2"/>
        <w:numPr>
          <w:ilvl w:val="0"/>
          <w:numId w:val="19"/>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Entidades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pública</w:t>
      </w:r>
      <w:proofErr w:type="spellEnd"/>
    </w:p>
    <w:p w14:paraId="40CAE6C1" w14:textId="77777777" w:rsidR="00186AE8" w:rsidRPr="006A5AA2" w:rsidRDefault="00C030F1" w:rsidP="00C030F1">
      <w:pPr>
        <w:pStyle w:val="Ttulo2"/>
        <w:numPr>
          <w:ilvl w:val="0"/>
          <w:numId w:val="19"/>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Plataformas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comercio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electrónico</w:t>
      </w:r>
      <w:proofErr w:type="spellEnd"/>
    </w:p>
    <w:p w14:paraId="1D72C6AA" w14:textId="77777777" w:rsidR="00186AE8" w:rsidRPr="006A5AA2" w:rsidRDefault="00C030F1" w:rsidP="00C030F1">
      <w:pPr>
        <w:pStyle w:val="Ttulo2"/>
        <w:numPr>
          <w:ilvl w:val="0"/>
          <w:numId w:val="19"/>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Contratación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estatal</w:t>
      </w:r>
      <w:proofErr w:type="spellEnd"/>
      <w:r w:rsidRPr="006A5AA2">
        <w:rPr>
          <w:rFonts w:ascii="Times New Roman" w:hAnsi="Times New Roman" w:cs="Times New Roman"/>
          <w:b w:val="0"/>
          <w:bCs w:val="0"/>
          <w:color w:val="auto"/>
          <w:sz w:val="24"/>
          <w:szCs w:val="24"/>
        </w:rPr>
        <w:t xml:space="preserve"> (SECOP)</w:t>
      </w:r>
    </w:p>
    <w:p w14:paraId="24A84206" w14:textId="601EECE4" w:rsidR="00C030F1" w:rsidRPr="006A5AA2" w:rsidRDefault="00C030F1" w:rsidP="00C030F1">
      <w:pPr>
        <w:pStyle w:val="Ttulo2"/>
        <w:numPr>
          <w:ilvl w:val="0"/>
          <w:numId w:val="19"/>
        </w:numPr>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Justicia digital</w:t>
      </w:r>
    </w:p>
    <w:p w14:paraId="3992218E" w14:textId="402A7277" w:rsidR="00C030F1" w:rsidRPr="006A5AA2" w:rsidRDefault="00C030F1" w:rsidP="00C030F1">
      <w:pPr>
        <w:pStyle w:val="Ttulo2"/>
        <w:rPr>
          <w:rFonts w:ascii="Times New Roman" w:hAnsi="Times New Roman" w:cs="Times New Roman"/>
          <w:color w:val="auto"/>
          <w:sz w:val="24"/>
          <w:szCs w:val="24"/>
        </w:rPr>
      </w:pPr>
      <w:proofErr w:type="spellStart"/>
      <w:r w:rsidRPr="006A5AA2">
        <w:rPr>
          <w:rFonts w:ascii="Times New Roman" w:hAnsi="Times New Roman" w:cs="Times New Roman"/>
          <w:color w:val="auto"/>
          <w:sz w:val="24"/>
          <w:szCs w:val="24"/>
        </w:rPr>
        <w:lastRenderedPageBreak/>
        <w:t>Régimen</w:t>
      </w:r>
      <w:proofErr w:type="spellEnd"/>
      <w:r w:rsidRPr="006A5AA2">
        <w:rPr>
          <w:rFonts w:ascii="Times New Roman" w:hAnsi="Times New Roman" w:cs="Times New Roman"/>
          <w:color w:val="auto"/>
          <w:sz w:val="24"/>
          <w:szCs w:val="24"/>
        </w:rPr>
        <w:t xml:space="preserve"> </w:t>
      </w:r>
      <w:proofErr w:type="spellStart"/>
      <w:r w:rsidRPr="006A5AA2">
        <w:rPr>
          <w:rFonts w:ascii="Times New Roman" w:hAnsi="Times New Roman" w:cs="Times New Roman"/>
          <w:color w:val="auto"/>
          <w:sz w:val="24"/>
          <w:szCs w:val="24"/>
        </w:rPr>
        <w:t>jurídico</w:t>
      </w:r>
      <w:proofErr w:type="spellEnd"/>
      <w:r w:rsidRPr="006A5AA2">
        <w:rPr>
          <w:rFonts w:ascii="Times New Roman" w:hAnsi="Times New Roman" w:cs="Times New Roman"/>
          <w:color w:val="auto"/>
          <w:sz w:val="24"/>
          <w:szCs w:val="24"/>
        </w:rPr>
        <w:t xml:space="preserve"> de la </w:t>
      </w:r>
      <w:proofErr w:type="spellStart"/>
      <w:r w:rsidRPr="006A5AA2">
        <w:rPr>
          <w:rFonts w:ascii="Times New Roman" w:hAnsi="Times New Roman" w:cs="Times New Roman"/>
          <w:color w:val="auto"/>
          <w:sz w:val="24"/>
          <w:szCs w:val="24"/>
        </w:rPr>
        <w:t>firma</w:t>
      </w:r>
      <w:proofErr w:type="spellEnd"/>
      <w:r w:rsidRPr="006A5AA2">
        <w:rPr>
          <w:rFonts w:ascii="Times New Roman" w:hAnsi="Times New Roman" w:cs="Times New Roman"/>
          <w:color w:val="auto"/>
          <w:sz w:val="24"/>
          <w:szCs w:val="24"/>
        </w:rPr>
        <w:t xml:space="preserve"> digital en Panamá</w:t>
      </w:r>
      <w:r w:rsidR="00186AE8" w:rsidRPr="006A5AA2">
        <w:rPr>
          <w:rFonts w:ascii="Times New Roman" w:hAnsi="Times New Roman" w:cs="Times New Roman"/>
          <w:color w:val="auto"/>
          <w:sz w:val="24"/>
          <w:szCs w:val="24"/>
        </w:rPr>
        <w:br/>
      </w:r>
      <w:r w:rsidRPr="006A5AA2">
        <w:rPr>
          <w:rFonts w:ascii="Times New Roman" w:hAnsi="Times New Roman" w:cs="Times New Roman"/>
          <w:b w:val="0"/>
          <w:bCs w:val="0"/>
          <w:color w:val="auto"/>
          <w:sz w:val="24"/>
          <w:szCs w:val="24"/>
        </w:rPr>
        <w:t xml:space="preserve">En Panamá, la </w:t>
      </w:r>
      <w:proofErr w:type="spellStart"/>
      <w:r w:rsidRPr="006A5AA2">
        <w:rPr>
          <w:rFonts w:ascii="Times New Roman" w:hAnsi="Times New Roman" w:cs="Times New Roman"/>
          <w:b w:val="0"/>
          <w:bCs w:val="0"/>
          <w:color w:val="auto"/>
          <w:sz w:val="24"/>
          <w:szCs w:val="24"/>
        </w:rPr>
        <w:t>regulación</w:t>
      </w:r>
      <w:proofErr w:type="spellEnd"/>
      <w:r w:rsidRPr="006A5AA2">
        <w:rPr>
          <w:rFonts w:ascii="Times New Roman" w:hAnsi="Times New Roman" w:cs="Times New Roman"/>
          <w:b w:val="0"/>
          <w:bCs w:val="0"/>
          <w:color w:val="auto"/>
          <w:sz w:val="24"/>
          <w:szCs w:val="24"/>
        </w:rPr>
        <w:t xml:space="preserve"> principal en la </w:t>
      </w:r>
      <w:proofErr w:type="spellStart"/>
      <w:r w:rsidRPr="006A5AA2">
        <w:rPr>
          <w:rFonts w:ascii="Times New Roman" w:hAnsi="Times New Roman" w:cs="Times New Roman"/>
          <w:b w:val="0"/>
          <w:bCs w:val="0"/>
          <w:color w:val="auto"/>
          <w:sz w:val="24"/>
          <w:szCs w:val="24"/>
        </w:rPr>
        <w:t>materia</w:t>
      </w:r>
      <w:proofErr w:type="spellEnd"/>
      <w:r w:rsidRPr="006A5AA2">
        <w:rPr>
          <w:rFonts w:ascii="Times New Roman" w:hAnsi="Times New Roman" w:cs="Times New Roman"/>
          <w:b w:val="0"/>
          <w:bCs w:val="0"/>
          <w:color w:val="auto"/>
          <w:sz w:val="24"/>
          <w:szCs w:val="24"/>
        </w:rPr>
        <w:t xml:space="preserve"> se </w:t>
      </w:r>
      <w:proofErr w:type="spellStart"/>
      <w:r w:rsidRPr="006A5AA2">
        <w:rPr>
          <w:rFonts w:ascii="Times New Roman" w:hAnsi="Times New Roman" w:cs="Times New Roman"/>
          <w:b w:val="0"/>
          <w:bCs w:val="0"/>
          <w:color w:val="auto"/>
          <w:sz w:val="24"/>
          <w:szCs w:val="24"/>
        </w:rPr>
        <w:t>encuentra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contenida</w:t>
      </w:r>
      <w:proofErr w:type="spellEnd"/>
      <w:r w:rsidRPr="006A5AA2">
        <w:rPr>
          <w:rFonts w:ascii="Times New Roman" w:hAnsi="Times New Roman" w:cs="Times New Roman"/>
          <w:b w:val="0"/>
          <w:bCs w:val="0"/>
          <w:color w:val="auto"/>
          <w:sz w:val="24"/>
          <w:szCs w:val="24"/>
        </w:rPr>
        <w:t xml:space="preserve"> en la Ley 82 de 9 de </w:t>
      </w:r>
      <w:proofErr w:type="spellStart"/>
      <w:r w:rsidRPr="006A5AA2">
        <w:rPr>
          <w:rFonts w:ascii="Times New Roman" w:hAnsi="Times New Roman" w:cs="Times New Roman"/>
          <w:b w:val="0"/>
          <w:bCs w:val="0"/>
          <w:color w:val="auto"/>
          <w:sz w:val="24"/>
          <w:szCs w:val="24"/>
        </w:rPr>
        <w:t>noviembre</w:t>
      </w:r>
      <w:proofErr w:type="spellEnd"/>
      <w:r w:rsidRPr="006A5AA2">
        <w:rPr>
          <w:rFonts w:ascii="Times New Roman" w:hAnsi="Times New Roman" w:cs="Times New Roman"/>
          <w:b w:val="0"/>
          <w:bCs w:val="0"/>
          <w:color w:val="auto"/>
          <w:sz w:val="24"/>
          <w:szCs w:val="24"/>
        </w:rPr>
        <w:t xml:space="preserve"> de 2012, “Que </w:t>
      </w:r>
      <w:proofErr w:type="spellStart"/>
      <w:r w:rsidRPr="006A5AA2">
        <w:rPr>
          <w:rFonts w:ascii="Times New Roman" w:hAnsi="Times New Roman" w:cs="Times New Roman"/>
          <w:b w:val="0"/>
          <w:bCs w:val="0"/>
          <w:color w:val="auto"/>
          <w:sz w:val="24"/>
          <w:szCs w:val="24"/>
        </w:rPr>
        <w:t>adopta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medidas</w:t>
      </w:r>
      <w:proofErr w:type="spellEnd"/>
      <w:r w:rsidRPr="006A5AA2">
        <w:rPr>
          <w:rFonts w:ascii="Times New Roman" w:hAnsi="Times New Roman" w:cs="Times New Roman"/>
          <w:b w:val="0"/>
          <w:bCs w:val="0"/>
          <w:color w:val="auto"/>
          <w:sz w:val="24"/>
          <w:szCs w:val="24"/>
        </w:rPr>
        <w:t xml:space="preserve"> para la </w:t>
      </w:r>
      <w:proofErr w:type="spellStart"/>
      <w:r w:rsidRPr="006A5AA2">
        <w:rPr>
          <w:rFonts w:ascii="Times New Roman" w:hAnsi="Times New Roman" w:cs="Times New Roman"/>
          <w:b w:val="0"/>
          <w:bCs w:val="0"/>
          <w:color w:val="auto"/>
          <w:sz w:val="24"/>
          <w:szCs w:val="24"/>
        </w:rPr>
        <w:t>promoción</w:t>
      </w:r>
      <w:proofErr w:type="spellEnd"/>
      <w:r w:rsidRPr="006A5AA2">
        <w:rPr>
          <w:rFonts w:ascii="Times New Roman" w:hAnsi="Times New Roman" w:cs="Times New Roman"/>
          <w:b w:val="0"/>
          <w:bCs w:val="0"/>
          <w:color w:val="auto"/>
          <w:sz w:val="24"/>
          <w:szCs w:val="24"/>
        </w:rPr>
        <w:t xml:space="preserve"> de 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electrónica</w:t>
      </w:r>
      <w:proofErr w:type="spellEnd"/>
      <w:r w:rsidRPr="006A5AA2">
        <w:rPr>
          <w:rFonts w:ascii="Times New Roman" w:hAnsi="Times New Roman" w:cs="Times New Roman"/>
          <w:b w:val="0"/>
          <w:bCs w:val="0"/>
          <w:color w:val="auto"/>
          <w:sz w:val="24"/>
          <w:szCs w:val="24"/>
        </w:rPr>
        <w:t xml:space="preserve"> y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comercio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electrónico</w:t>
      </w:r>
      <w:proofErr w:type="spellEnd"/>
      <w:proofErr w:type="gramStart"/>
      <w:r w:rsidRPr="006A5AA2">
        <w:rPr>
          <w:rFonts w:ascii="Times New Roman" w:hAnsi="Times New Roman" w:cs="Times New Roman"/>
          <w:b w:val="0"/>
          <w:bCs w:val="0"/>
          <w:color w:val="auto"/>
          <w:sz w:val="24"/>
          <w:szCs w:val="24"/>
        </w:rPr>
        <w:t>”.Esta</w:t>
      </w:r>
      <w:proofErr w:type="gramEnd"/>
      <w:r w:rsidRPr="006A5AA2">
        <w:rPr>
          <w:rFonts w:ascii="Times New Roman" w:hAnsi="Times New Roman" w:cs="Times New Roman"/>
          <w:b w:val="0"/>
          <w:bCs w:val="0"/>
          <w:color w:val="auto"/>
          <w:sz w:val="24"/>
          <w:szCs w:val="24"/>
        </w:rPr>
        <w:t xml:space="preserve"> norma </w:t>
      </w:r>
      <w:proofErr w:type="spellStart"/>
      <w:r w:rsidRPr="006A5AA2">
        <w:rPr>
          <w:rFonts w:ascii="Times New Roman" w:hAnsi="Times New Roman" w:cs="Times New Roman"/>
          <w:b w:val="0"/>
          <w:bCs w:val="0"/>
          <w:color w:val="auto"/>
          <w:sz w:val="24"/>
          <w:szCs w:val="24"/>
        </w:rPr>
        <w:t>reconoce</w:t>
      </w:r>
      <w:proofErr w:type="spellEnd"/>
      <w:r w:rsidRPr="006A5AA2">
        <w:rPr>
          <w:rFonts w:ascii="Times New Roman" w:hAnsi="Times New Roman" w:cs="Times New Roman"/>
          <w:b w:val="0"/>
          <w:bCs w:val="0"/>
          <w:color w:val="auto"/>
          <w:sz w:val="24"/>
          <w:szCs w:val="24"/>
        </w:rPr>
        <w:t>:</w:t>
      </w:r>
    </w:p>
    <w:p w14:paraId="6592EC70" w14:textId="77777777" w:rsidR="00186AE8" w:rsidRPr="006A5AA2" w:rsidRDefault="00C030F1" w:rsidP="00C030F1">
      <w:pPr>
        <w:pStyle w:val="Ttulo2"/>
        <w:numPr>
          <w:ilvl w:val="0"/>
          <w:numId w:val="20"/>
        </w:numPr>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La </w:t>
      </w:r>
      <w:proofErr w:type="spellStart"/>
      <w:r w:rsidRPr="006A5AA2">
        <w:rPr>
          <w:rFonts w:ascii="Times New Roman" w:hAnsi="Times New Roman" w:cs="Times New Roman"/>
          <w:b w:val="0"/>
          <w:bCs w:val="0"/>
          <w:color w:val="auto"/>
          <w:sz w:val="24"/>
          <w:szCs w:val="24"/>
        </w:rPr>
        <w:t>validez</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jurídica</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documentos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electrónicos.</w:t>
      </w:r>
      <w:proofErr w:type="spellEnd"/>
    </w:p>
    <w:p w14:paraId="08884C3F" w14:textId="77777777" w:rsidR="00186AE8" w:rsidRPr="006A5AA2" w:rsidRDefault="00C030F1" w:rsidP="00C030F1">
      <w:pPr>
        <w:pStyle w:val="Ttulo2"/>
        <w:numPr>
          <w:ilvl w:val="0"/>
          <w:numId w:val="20"/>
        </w:numPr>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La </w:t>
      </w:r>
      <w:proofErr w:type="spellStart"/>
      <w:r w:rsidRPr="006A5AA2">
        <w:rPr>
          <w:rFonts w:ascii="Times New Roman" w:hAnsi="Times New Roman" w:cs="Times New Roman"/>
          <w:b w:val="0"/>
          <w:bCs w:val="0"/>
          <w:color w:val="auto"/>
          <w:sz w:val="24"/>
          <w:szCs w:val="24"/>
        </w:rPr>
        <w:t>figura</w:t>
      </w:r>
      <w:proofErr w:type="spellEnd"/>
      <w:r w:rsidRPr="006A5AA2">
        <w:rPr>
          <w:rFonts w:ascii="Times New Roman" w:hAnsi="Times New Roman" w:cs="Times New Roman"/>
          <w:b w:val="0"/>
          <w:bCs w:val="0"/>
          <w:color w:val="auto"/>
          <w:sz w:val="24"/>
          <w:szCs w:val="24"/>
        </w:rPr>
        <w:t xml:space="preserve"> de 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avanzada.</w:t>
      </w:r>
      <w:proofErr w:type="spellEnd"/>
    </w:p>
    <w:p w14:paraId="309CB9F3" w14:textId="77777777" w:rsidR="00186AE8" w:rsidRPr="006A5AA2" w:rsidRDefault="00C030F1" w:rsidP="00C030F1">
      <w:pPr>
        <w:pStyle w:val="Ttulo2"/>
        <w:numPr>
          <w:ilvl w:val="0"/>
          <w:numId w:val="20"/>
        </w:numPr>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La </w:t>
      </w:r>
      <w:proofErr w:type="spellStart"/>
      <w:r w:rsidRPr="006A5AA2">
        <w:rPr>
          <w:rFonts w:ascii="Times New Roman" w:hAnsi="Times New Roman" w:cs="Times New Roman"/>
          <w:b w:val="0"/>
          <w:bCs w:val="0"/>
          <w:color w:val="auto"/>
          <w:sz w:val="24"/>
          <w:szCs w:val="24"/>
        </w:rPr>
        <w:t>equivalencia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jurídica</w:t>
      </w:r>
      <w:proofErr w:type="spellEnd"/>
      <w:r w:rsidRPr="006A5AA2">
        <w:rPr>
          <w:rFonts w:ascii="Times New Roman" w:hAnsi="Times New Roman" w:cs="Times New Roman"/>
          <w:b w:val="0"/>
          <w:bCs w:val="0"/>
          <w:color w:val="auto"/>
          <w:sz w:val="24"/>
          <w:szCs w:val="24"/>
        </w:rPr>
        <w:t xml:space="preserve"> entre 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avanzada</w:t>
      </w:r>
      <w:proofErr w:type="spellEnd"/>
      <w:r w:rsidRPr="006A5AA2">
        <w:rPr>
          <w:rFonts w:ascii="Times New Roman" w:hAnsi="Times New Roman" w:cs="Times New Roman"/>
          <w:b w:val="0"/>
          <w:bCs w:val="0"/>
          <w:color w:val="auto"/>
          <w:sz w:val="24"/>
          <w:szCs w:val="24"/>
        </w:rPr>
        <w:t xml:space="preserve"> y 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manuscrita.</w:t>
      </w:r>
      <w:proofErr w:type="spellEnd"/>
    </w:p>
    <w:p w14:paraId="54990C21" w14:textId="77777777" w:rsidR="00186AE8" w:rsidRPr="006A5AA2" w:rsidRDefault="00C030F1" w:rsidP="00C030F1">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La Ley 82 de 2012 define 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avanzada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como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aquella</w:t>
      </w:r>
      <w:proofErr w:type="spellEnd"/>
      <w:r w:rsidRPr="006A5AA2">
        <w:rPr>
          <w:rFonts w:ascii="Times New Roman" w:hAnsi="Times New Roman" w:cs="Times New Roman"/>
          <w:b w:val="0"/>
          <w:bCs w:val="0"/>
          <w:color w:val="auto"/>
          <w:sz w:val="24"/>
          <w:szCs w:val="24"/>
        </w:rPr>
        <w:t xml:space="preserve"> que:</w:t>
      </w:r>
      <w:r w:rsidR="00186AE8" w:rsidRPr="006A5AA2">
        <w:rPr>
          <w:rFonts w:ascii="Times New Roman" w:hAnsi="Times New Roman" w:cs="Times New Roman"/>
          <w:b w:val="0"/>
          <w:bCs w:val="0"/>
          <w:color w:val="auto"/>
          <w:sz w:val="24"/>
          <w:szCs w:val="24"/>
        </w:rPr>
        <w:br/>
        <w:t xml:space="preserve">           </w:t>
      </w:r>
      <w:proofErr w:type="spellStart"/>
      <w:r w:rsidRPr="006A5AA2">
        <w:rPr>
          <w:rFonts w:ascii="Times New Roman" w:hAnsi="Times New Roman" w:cs="Times New Roman"/>
          <w:b w:val="0"/>
          <w:bCs w:val="0"/>
          <w:color w:val="auto"/>
          <w:sz w:val="24"/>
          <w:szCs w:val="24"/>
        </w:rPr>
        <w:t>Está</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vinculada</w:t>
      </w:r>
      <w:proofErr w:type="spellEnd"/>
      <w:r w:rsidRPr="006A5AA2">
        <w:rPr>
          <w:rFonts w:ascii="Times New Roman" w:hAnsi="Times New Roman" w:cs="Times New Roman"/>
          <w:b w:val="0"/>
          <w:bCs w:val="0"/>
          <w:color w:val="auto"/>
          <w:sz w:val="24"/>
          <w:szCs w:val="24"/>
        </w:rPr>
        <w:t xml:space="preserve"> al </w:t>
      </w:r>
      <w:proofErr w:type="spellStart"/>
      <w:r w:rsidRPr="006A5AA2">
        <w:rPr>
          <w:rFonts w:ascii="Times New Roman" w:hAnsi="Times New Roman" w:cs="Times New Roman"/>
          <w:b w:val="0"/>
          <w:bCs w:val="0"/>
          <w:color w:val="auto"/>
          <w:sz w:val="24"/>
          <w:szCs w:val="24"/>
        </w:rPr>
        <w:t>firmante</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manera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única</w:t>
      </w:r>
      <w:proofErr w:type="spellEnd"/>
      <w:r w:rsidRPr="006A5AA2">
        <w:rPr>
          <w:rFonts w:ascii="Times New Roman" w:hAnsi="Times New Roman" w:cs="Times New Roman"/>
          <w:b w:val="0"/>
          <w:bCs w:val="0"/>
          <w:color w:val="auto"/>
          <w:sz w:val="24"/>
          <w:szCs w:val="24"/>
        </w:rPr>
        <w:t>.</w:t>
      </w:r>
    </w:p>
    <w:p w14:paraId="3AB7DB28" w14:textId="77777777" w:rsidR="00186AE8" w:rsidRPr="006A5AA2" w:rsidRDefault="00C030F1" w:rsidP="00C030F1">
      <w:pPr>
        <w:pStyle w:val="Ttulo2"/>
        <w:numPr>
          <w:ilvl w:val="0"/>
          <w:numId w:val="21"/>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Permite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su</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identificación.</w:t>
      </w:r>
      <w:proofErr w:type="spellEnd"/>
    </w:p>
    <w:p w14:paraId="0ECC5013" w14:textId="77777777" w:rsidR="00186AE8" w:rsidRPr="006A5AA2" w:rsidRDefault="00C030F1" w:rsidP="00C030F1">
      <w:pPr>
        <w:pStyle w:val="Ttulo2"/>
        <w:numPr>
          <w:ilvl w:val="0"/>
          <w:numId w:val="21"/>
        </w:numPr>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Ha </w:t>
      </w:r>
      <w:proofErr w:type="spellStart"/>
      <w:r w:rsidRPr="006A5AA2">
        <w:rPr>
          <w:rFonts w:ascii="Times New Roman" w:hAnsi="Times New Roman" w:cs="Times New Roman"/>
          <w:b w:val="0"/>
          <w:bCs w:val="0"/>
          <w:color w:val="auto"/>
          <w:sz w:val="24"/>
          <w:szCs w:val="24"/>
        </w:rPr>
        <w:t>sido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creada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utilizando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medios</w:t>
      </w:r>
      <w:proofErr w:type="spellEnd"/>
      <w:r w:rsidRPr="006A5AA2">
        <w:rPr>
          <w:rFonts w:ascii="Times New Roman" w:hAnsi="Times New Roman" w:cs="Times New Roman"/>
          <w:b w:val="0"/>
          <w:bCs w:val="0"/>
          <w:color w:val="auto"/>
          <w:sz w:val="24"/>
          <w:szCs w:val="24"/>
        </w:rPr>
        <w:t xml:space="preserve"> que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firmante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puede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mantener</w:t>
      </w:r>
      <w:proofErr w:type="spellEnd"/>
      <w:r w:rsidRPr="006A5AA2">
        <w:rPr>
          <w:rFonts w:ascii="Times New Roman" w:hAnsi="Times New Roman" w:cs="Times New Roman"/>
          <w:b w:val="0"/>
          <w:bCs w:val="0"/>
          <w:color w:val="auto"/>
          <w:sz w:val="24"/>
          <w:szCs w:val="24"/>
        </w:rPr>
        <w:t xml:space="preserve"> bajo </w:t>
      </w:r>
      <w:proofErr w:type="spellStart"/>
      <w:r w:rsidRPr="006A5AA2">
        <w:rPr>
          <w:rFonts w:ascii="Times New Roman" w:hAnsi="Times New Roman" w:cs="Times New Roman"/>
          <w:b w:val="0"/>
          <w:bCs w:val="0"/>
          <w:color w:val="auto"/>
          <w:sz w:val="24"/>
          <w:szCs w:val="24"/>
        </w:rPr>
        <w:t>su</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exclusivo</w:t>
      </w:r>
      <w:proofErr w:type="spellEnd"/>
      <w:r w:rsidRPr="006A5AA2">
        <w:rPr>
          <w:rFonts w:ascii="Times New Roman" w:hAnsi="Times New Roman" w:cs="Times New Roman"/>
          <w:b w:val="0"/>
          <w:bCs w:val="0"/>
          <w:color w:val="auto"/>
          <w:sz w:val="24"/>
          <w:szCs w:val="24"/>
        </w:rPr>
        <w:t xml:space="preserve"> control.</w:t>
      </w:r>
    </w:p>
    <w:p w14:paraId="30E299AA" w14:textId="5BF63140" w:rsidR="00C030F1" w:rsidRPr="006A5AA2" w:rsidRDefault="00C030F1" w:rsidP="00C030F1">
      <w:pPr>
        <w:pStyle w:val="Ttulo2"/>
        <w:numPr>
          <w:ilvl w:val="0"/>
          <w:numId w:val="21"/>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Está</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vinculada</w:t>
      </w:r>
      <w:proofErr w:type="spellEnd"/>
      <w:r w:rsidRPr="006A5AA2">
        <w:rPr>
          <w:rFonts w:ascii="Times New Roman" w:hAnsi="Times New Roman" w:cs="Times New Roman"/>
          <w:b w:val="0"/>
          <w:bCs w:val="0"/>
          <w:color w:val="auto"/>
          <w:sz w:val="24"/>
          <w:szCs w:val="24"/>
        </w:rPr>
        <w:t xml:space="preserve"> a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datos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firmados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tal</w:t>
      </w:r>
      <w:proofErr w:type="spellEnd"/>
      <w:r w:rsidRPr="006A5AA2">
        <w:rPr>
          <w:rFonts w:ascii="Times New Roman" w:hAnsi="Times New Roman" w:cs="Times New Roman"/>
          <w:b w:val="0"/>
          <w:bCs w:val="0"/>
          <w:color w:val="auto"/>
          <w:sz w:val="24"/>
          <w:szCs w:val="24"/>
        </w:rPr>
        <w:t xml:space="preserve"> forma que </w:t>
      </w:r>
      <w:proofErr w:type="spellStart"/>
      <w:r w:rsidRPr="006A5AA2">
        <w:rPr>
          <w:rFonts w:ascii="Times New Roman" w:hAnsi="Times New Roman" w:cs="Times New Roman"/>
          <w:b w:val="0"/>
          <w:bCs w:val="0"/>
          <w:color w:val="auto"/>
          <w:sz w:val="24"/>
          <w:szCs w:val="24"/>
        </w:rPr>
        <w:t>cualquier</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alteración</w:t>
      </w:r>
      <w:proofErr w:type="spellEnd"/>
      <w:r w:rsidRPr="006A5AA2">
        <w:rPr>
          <w:rFonts w:ascii="Times New Roman" w:hAnsi="Times New Roman" w:cs="Times New Roman"/>
          <w:b w:val="0"/>
          <w:bCs w:val="0"/>
          <w:color w:val="auto"/>
          <w:sz w:val="24"/>
          <w:szCs w:val="24"/>
        </w:rPr>
        <w:t xml:space="preserve"> posterior sea detectable.</w:t>
      </w:r>
    </w:p>
    <w:p w14:paraId="7C552658" w14:textId="77777777" w:rsidR="00C030F1" w:rsidRPr="006A5AA2" w:rsidRDefault="00C030F1" w:rsidP="00C030F1">
      <w:pPr>
        <w:pStyle w:val="Ttulo2"/>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Desde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punto de vista </w:t>
      </w:r>
      <w:proofErr w:type="spellStart"/>
      <w:r w:rsidRPr="006A5AA2">
        <w:rPr>
          <w:rFonts w:ascii="Times New Roman" w:hAnsi="Times New Roman" w:cs="Times New Roman"/>
          <w:b w:val="0"/>
          <w:bCs w:val="0"/>
          <w:color w:val="auto"/>
          <w:sz w:val="24"/>
          <w:szCs w:val="24"/>
        </w:rPr>
        <w:t>normativo</w:t>
      </w:r>
      <w:proofErr w:type="spellEnd"/>
      <w:r w:rsidRPr="006A5AA2">
        <w:rPr>
          <w:rFonts w:ascii="Times New Roman" w:hAnsi="Times New Roman" w:cs="Times New Roman"/>
          <w:b w:val="0"/>
          <w:bCs w:val="0"/>
          <w:color w:val="auto"/>
          <w:sz w:val="24"/>
          <w:szCs w:val="24"/>
        </w:rPr>
        <w:t xml:space="preserve">, Panamá </w:t>
      </w:r>
      <w:proofErr w:type="spellStart"/>
      <w:r w:rsidRPr="006A5AA2">
        <w:rPr>
          <w:rFonts w:ascii="Times New Roman" w:hAnsi="Times New Roman" w:cs="Times New Roman"/>
          <w:b w:val="0"/>
          <w:bCs w:val="0"/>
          <w:color w:val="auto"/>
          <w:sz w:val="24"/>
          <w:szCs w:val="24"/>
        </w:rPr>
        <w:t>cuenta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entonces</w:t>
      </w:r>
      <w:proofErr w:type="spellEnd"/>
      <w:r w:rsidRPr="006A5AA2">
        <w:rPr>
          <w:rFonts w:ascii="Times New Roman" w:hAnsi="Times New Roman" w:cs="Times New Roman"/>
          <w:b w:val="0"/>
          <w:bCs w:val="0"/>
          <w:color w:val="auto"/>
          <w:sz w:val="24"/>
          <w:szCs w:val="24"/>
        </w:rPr>
        <w:t xml:space="preserve"> con </w:t>
      </w:r>
      <w:proofErr w:type="spellStart"/>
      <w:r w:rsidRPr="006A5AA2">
        <w:rPr>
          <w:rFonts w:ascii="Times New Roman" w:hAnsi="Times New Roman" w:cs="Times New Roman"/>
          <w:b w:val="0"/>
          <w:bCs w:val="0"/>
          <w:color w:val="auto"/>
          <w:sz w:val="24"/>
          <w:szCs w:val="24"/>
        </w:rPr>
        <w:t>una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regulación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formalmente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moderna</w:t>
      </w:r>
      <w:proofErr w:type="spellEnd"/>
      <w:r w:rsidRPr="006A5AA2">
        <w:rPr>
          <w:rFonts w:ascii="Times New Roman" w:hAnsi="Times New Roman" w:cs="Times New Roman"/>
          <w:b w:val="0"/>
          <w:bCs w:val="0"/>
          <w:color w:val="auto"/>
          <w:sz w:val="24"/>
          <w:szCs w:val="24"/>
        </w:rPr>
        <w:t xml:space="preserve"> y </w:t>
      </w:r>
      <w:proofErr w:type="spellStart"/>
      <w:r w:rsidRPr="006A5AA2">
        <w:rPr>
          <w:rFonts w:ascii="Times New Roman" w:hAnsi="Times New Roman" w:cs="Times New Roman"/>
          <w:b w:val="0"/>
          <w:bCs w:val="0"/>
          <w:color w:val="auto"/>
          <w:sz w:val="24"/>
          <w:szCs w:val="24"/>
        </w:rPr>
        <w:t>alineada</w:t>
      </w:r>
      <w:proofErr w:type="spellEnd"/>
      <w:r w:rsidRPr="006A5AA2">
        <w:rPr>
          <w:rFonts w:ascii="Times New Roman" w:hAnsi="Times New Roman" w:cs="Times New Roman"/>
          <w:b w:val="0"/>
          <w:bCs w:val="0"/>
          <w:color w:val="auto"/>
          <w:sz w:val="24"/>
          <w:szCs w:val="24"/>
        </w:rPr>
        <w:t xml:space="preserve"> con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estándares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internacionales</w:t>
      </w:r>
      <w:proofErr w:type="spellEnd"/>
      <w:r w:rsidRPr="006A5AA2">
        <w:rPr>
          <w:rFonts w:ascii="Times New Roman" w:hAnsi="Times New Roman" w:cs="Times New Roman"/>
          <w:b w:val="0"/>
          <w:bCs w:val="0"/>
          <w:color w:val="auto"/>
          <w:sz w:val="24"/>
          <w:szCs w:val="24"/>
        </w:rPr>
        <w:t>.</w:t>
      </w:r>
    </w:p>
    <w:p w14:paraId="2DFB8E65" w14:textId="788B0DD7" w:rsidR="00C030F1" w:rsidRPr="006A5AA2" w:rsidRDefault="00C030F1" w:rsidP="00C030F1">
      <w:pPr>
        <w:pStyle w:val="Ttulo2"/>
        <w:rPr>
          <w:rFonts w:ascii="Times New Roman" w:hAnsi="Times New Roman" w:cs="Times New Roman"/>
          <w:color w:val="auto"/>
          <w:sz w:val="24"/>
          <w:szCs w:val="24"/>
        </w:rPr>
      </w:pPr>
      <w:proofErr w:type="spellStart"/>
      <w:r w:rsidRPr="006A5AA2">
        <w:rPr>
          <w:rFonts w:ascii="Times New Roman" w:hAnsi="Times New Roman" w:cs="Times New Roman"/>
          <w:color w:val="auto"/>
          <w:sz w:val="24"/>
          <w:szCs w:val="24"/>
        </w:rPr>
        <w:t>Limitaciones</w:t>
      </w:r>
      <w:proofErr w:type="spellEnd"/>
      <w:r w:rsidRPr="006A5AA2">
        <w:rPr>
          <w:rFonts w:ascii="Times New Roman" w:hAnsi="Times New Roman" w:cs="Times New Roman"/>
          <w:color w:val="auto"/>
          <w:sz w:val="24"/>
          <w:szCs w:val="24"/>
        </w:rPr>
        <w:t xml:space="preserve"> </w:t>
      </w:r>
      <w:proofErr w:type="spellStart"/>
      <w:r w:rsidRPr="006A5AA2">
        <w:rPr>
          <w:rFonts w:ascii="Times New Roman" w:hAnsi="Times New Roman" w:cs="Times New Roman"/>
          <w:color w:val="auto"/>
          <w:sz w:val="24"/>
          <w:szCs w:val="24"/>
        </w:rPr>
        <w:t>prácticas</w:t>
      </w:r>
      <w:proofErr w:type="spellEnd"/>
      <w:r w:rsidRPr="006A5AA2">
        <w:rPr>
          <w:rFonts w:ascii="Times New Roman" w:hAnsi="Times New Roman" w:cs="Times New Roman"/>
          <w:color w:val="auto"/>
          <w:sz w:val="24"/>
          <w:szCs w:val="24"/>
        </w:rPr>
        <w:t xml:space="preserve"> del </w:t>
      </w:r>
      <w:proofErr w:type="spellStart"/>
      <w:r w:rsidRPr="006A5AA2">
        <w:rPr>
          <w:rFonts w:ascii="Times New Roman" w:hAnsi="Times New Roman" w:cs="Times New Roman"/>
          <w:color w:val="auto"/>
          <w:sz w:val="24"/>
          <w:szCs w:val="24"/>
        </w:rPr>
        <w:t>modelo</w:t>
      </w:r>
      <w:proofErr w:type="spellEnd"/>
      <w:r w:rsidRPr="006A5AA2">
        <w:rPr>
          <w:rFonts w:ascii="Times New Roman" w:hAnsi="Times New Roman" w:cs="Times New Roman"/>
          <w:color w:val="auto"/>
          <w:sz w:val="24"/>
          <w:szCs w:val="24"/>
        </w:rPr>
        <w:t xml:space="preserve"> </w:t>
      </w:r>
      <w:proofErr w:type="spellStart"/>
      <w:r w:rsidRPr="006A5AA2">
        <w:rPr>
          <w:rFonts w:ascii="Times New Roman" w:hAnsi="Times New Roman" w:cs="Times New Roman"/>
          <w:color w:val="auto"/>
          <w:sz w:val="24"/>
          <w:szCs w:val="24"/>
        </w:rPr>
        <w:t>panameño</w:t>
      </w:r>
      <w:proofErr w:type="spellEnd"/>
    </w:p>
    <w:p w14:paraId="5F45E600" w14:textId="77777777" w:rsidR="00C030F1" w:rsidRPr="006A5AA2" w:rsidRDefault="00C030F1" w:rsidP="00C030F1">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A </w:t>
      </w:r>
      <w:proofErr w:type="spellStart"/>
      <w:r w:rsidRPr="006A5AA2">
        <w:rPr>
          <w:rFonts w:ascii="Times New Roman" w:hAnsi="Times New Roman" w:cs="Times New Roman"/>
          <w:b w:val="0"/>
          <w:bCs w:val="0"/>
          <w:color w:val="auto"/>
          <w:sz w:val="24"/>
          <w:szCs w:val="24"/>
        </w:rPr>
        <w:t>pesar</w:t>
      </w:r>
      <w:proofErr w:type="spellEnd"/>
      <w:r w:rsidRPr="006A5AA2">
        <w:rPr>
          <w:rFonts w:ascii="Times New Roman" w:hAnsi="Times New Roman" w:cs="Times New Roman"/>
          <w:b w:val="0"/>
          <w:bCs w:val="0"/>
          <w:color w:val="auto"/>
          <w:sz w:val="24"/>
          <w:szCs w:val="24"/>
        </w:rPr>
        <w:t xml:space="preserve"> del </w:t>
      </w:r>
      <w:proofErr w:type="spellStart"/>
      <w:r w:rsidRPr="006A5AA2">
        <w:rPr>
          <w:rFonts w:ascii="Times New Roman" w:hAnsi="Times New Roman" w:cs="Times New Roman"/>
          <w:b w:val="0"/>
          <w:bCs w:val="0"/>
          <w:color w:val="auto"/>
          <w:sz w:val="24"/>
          <w:szCs w:val="24"/>
        </w:rPr>
        <w:t>reconocimiento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normativo</w:t>
      </w:r>
      <w:proofErr w:type="spellEnd"/>
      <w:r w:rsidRPr="006A5AA2">
        <w:rPr>
          <w:rFonts w:ascii="Times New Roman" w:hAnsi="Times New Roman" w:cs="Times New Roman"/>
          <w:b w:val="0"/>
          <w:bCs w:val="0"/>
          <w:color w:val="auto"/>
          <w:sz w:val="24"/>
          <w:szCs w:val="24"/>
        </w:rPr>
        <w:t xml:space="preserve">, en la </w:t>
      </w:r>
      <w:proofErr w:type="spellStart"/>
      <w:r w:rsidRPr="006A5AA2">
        <w:rPr>
          <w:rFonts w:ascii="Times New Roman" w:hAnsi="Times New Roman" w:cs="Times New Roman"/>
          <w:b w:val="0"/>
          <w:bCs w:val="0"/>
          <w:color w:val="auto"/>
          <w:sz w:val="24"/>
          <w:szCs w:val="24"/>
        </w:rPr>
        <w:t>práctica</w:t>
      </w:r>
      <w:proofErr w:type="spellEnd"/>
      <w:r w:rsidRPr="006A5AA2">
        <w:rPr>
          <w:rFonts w:ascii="Times New Roman" w:hAnsi="Times New Roman" w:cs="Times New Roman"/>
          <w:b w:val="0"/>
          <w:bCs w:val="0"/>
          <w:color w:val="auto"/>
          <w:sz w:val="24"/>
          <w:szCs w:val="24"/>
        </w:rPr>
        <w:t xml:space="preserve"> se </w:t>
      </w:r>
      <w:proofErr w:type="spellStart"/>
      <w:r w:rsidRPr="006A5AA2">
        <w:rPr>
          <w:rFonts w:ascii="Times New Roman" w:hAnsi="Times New Roman" w:cs="Times New Roman"/>
          <w:b w:val="0"/>
          <w:bCs w:val="0"/>
          <w:color w:val="auto"/>
          <w:sz w:val="24"/>
          <w:szCs w:val="24"/>
        </w:rPr>
        <w:t>evidencian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múltiples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limitaciones</w:t>
      </w:r>
      <w:proofErr w:type="spellEnd"/>
      <w:r w:rsidRPr="006A5AA2">
        <w:rPr>
          <w:rFonts w:ascii="Times New Roman" w:hAnsi="Times New Roman" w:cs="Times New Roman"/>
          <w:b w:val="0"/>
          <w:bCs w:val="0"/>
          <w:color w:val="auto"/>
          <w:sz w:val="24"/>
          <w:szCs w:val="24"/>
        </w:rPr>
        <w:t xml:space="preserve"> para la </w:t>
      </w:r>
      <w:proofErr w:type="spellStart"/>
      <w:r w:rsidRPr="006A5AA2">
        <w:rPr>
          <w:rFonts w:ascii="Times New Roman" w:hAnsi="Times New Roman" w:cs="Times New Roman"/>
          <w:b w:val="0"/>
          <w:bCs w:val="0"/>
          <w:color w:val="auto"/>
          <w:sz w:val="24"/>
          <w:szCs w:val="24"/>
        </w:rPr>
        <w:t>aplicación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efectiva</w:t>
      </w:r>
      <w:proofErr w:type="spellEnd"/>
      <w:r w:rsidRPr="006A5AA2">
        <w:rPr>
          <w:rFonts w:ascii="Times New Roman" w:hAnsi="Times New Roman" w:cs="Times New Roman"/>
          <w:b w:val="0"/>
          <w:bCs w:val="0"/>
          <w:color w:val="auto"/>
          <w:sz w:val="24"/>
          <w:szCs w:val="24"/>
        </w:rPr>
        <w:t xml:space="preserve"> de 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digital en Panamá, </w:t>
      </w:r>
      <w:proofErr w:type="spellStart"/>
      <w:r w:rsidRPr="006A5AA2">
        <w:rPr>
          <w:rFonts w:ascii="Times New Roman" w:hAnsi="Times New Roman" w:cs="Times New Roman"/>
          <w:b w:val="0"/>
          <w:bCs w:val="0"/>
          <w:color w:val="auto"/>
          <w:sz w:val="24"/>
          <w:szCs w:val="24"/>
        </w:rPr>
        <w:t>especialmente</w:t>
      </w:r>
      <w:proofErr w:type="spellEnd"/>
      <w:r w:rsidRPr="006A5AA2">
        <w:rPr>
          <w:rFonts w:ascii="Times New Roman" w:hAnsi="Times New Roman" w:cs="Times New Roman"/>
          <w:b w:val="0"/>
          <w:bCs w:val="0"/>
          <w:color w:val="auto"/>
          <w:sz w:val="24"/>
          <w:szCs w:val="24"/>
        </w:rPr>
        <w:t xml:space="preserve"> en:</w:t>
      </w:r>
    </w:p>
    <w:p w14:paraId="17957734" w14:textId="77777777" w:rsidR="00C030F1" w:rsidRPr="006A5AA2" w:rsidRDefault="00C030F1" w:rsidP="00C030F1">
      <w:pPr>
        <w:pStyle w:val="Ttulo2"/>
        <w:rPr>
          <w:rFonts w:ascii="Times New Roman" w:hAnsi="Times New Roman" w:cs="Times New Roman"/>
          <w:b w:val="0"/>
          <w:bCs w:val="0"/>
          <w:color w:val="auto"/>
          <w:sz w:val="24"/>
          <w:szCs w:val="24"/>
        </w:rPr>
      </w:pPr>
    </w:p>
    <w:p w14:paraId="39AC00AE" w14:textId="77777777" w:rsidR="00186AE8" w:rsidRPr="006A5AA2" w:rsidRDefault="00C030F1" w:rsidP="00C030F1">
      <w:pPr>
        <w:pStyle w:val="Ttulo2"/>
        <w:numPr>
          <w:ilvl w:val="0"/>
          <w:numId w:val="22"/>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Entidades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públicas</w:t>
      </w:r>
      <w:proofErr w:type="spellEnd"/>
    </w:p>
    <w:p w14:paraId="53A1E12B" w14:textId="77777777" w:rsidR="00DB37BF" w:rsidRPr="006A5AA2" w:rsidRDefault="00C030F1" w:rsidP="00C030F1">
      <w:pPr>
        <w:pStyle w:val="Ttulo2"/>
        <w:numPr>
          <w:ilvl w:val="0"/>
          <w:numId w:val="22"/>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Procesos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bancarios</w:t>
      </w:r>
      <w:proofErr w:type="spellEnd"/>
    </w:p>
    <w:p w14:paraId="776B2ABA" w14:textId="77777777" w:rsidR="00DB37BF" w:rsidRPr="006A5AA2" w:rsidRDefault="00C030F1" w:rsidP="00C030F1">
      <w:pPr>
        <w:pStyle w:val="Ttulo2"/>
        <w:numPr>
          <w:ilvl w:val="0"/>
          <w:numId w:val="22"/>
        </w:numPr>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Trámites </w:t>
      </w:r>
      <w:proofErr w:type="spellStart"/>
      <w:r w:rsidRPr="006A5AA2">
        <w:rPr>
          <w:rFonts w:ascii="Times New Roman" w:hAnsi="Times New Roman" w:cs="Times New Roman"/>
          <w:b w:val="0"/>
          <w:bCs w:val="0"/>
          <w:color w:val="auto"/>
          <w:sz w:val="24"/>
          <w:szCs w:val="24"/>
        </w:rPr>
        <w:t>corporativos</w:t>
      </w:r>
      <w:proofErr w:type="spellEnd"/>
    </w:p>
    <w:p w14:paraId="6EBEDDE1" w14:textId="77777777" w:rsidR="00DB37BF" w:rsidRPr="006A5AA2" w:rsidRDefault="00C030F1" w:rsidP="00C030F1">
      <w:pPr>
        <w:pStyle w:val="Ttulo2"/>
        <w:numPr>
          <w:ilvl w:val="0"/>
          <w:numId w:val="22"/>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Autenticaciones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notariales</w:t>
      </w:r>
      <w:proofErr w:type="spellEnd"/>
    </w:p>
    <w:p w14:paraId="55396E1D" w14:textId="6DEE6C55" w:rsidR="00C030F1" w:rsidRPr="006A5AA2" w:rsidRDefault="00C030F1" w:rsidP="00C030F1">
      <w:pPr>
        <w:pStyle w:val="Ttulo2"/>
        <w:numPr>
          <w:ilvl w:val="0"/>
          <w:numId w:val="22"/>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Contratación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privada</w:t>
      </w:r>
      <w:proofErr w:type="spellEnd"/>
    </w:p>
    <w:p w14:paraId="63389855" w14:textId="77777777" w:rsidR="00C030F1" w:rsidRPr="006A5AA2" w:rsidRDefault="00C030F1" w:rsidP="00C030F1">
      <w:pPr>
        <w:pStyle w:val="Ttulo2"/>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Diversas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instituciones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continúan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exigiendo</w:t>
      </w:r>
      <w:proofErr w:type="spellEnd"/>
      <w:r w:rsidRPr="006A5AA2">
        <w:rPr>
          <w:rFonts w:ascii="Times New Roman" w:hAnsi="Times New Roman" w:cs="Times New Roman"/>
          <w:b w:val="0"/>
          <w:bCs w:val="0"/>
          <w:color w:val="auto"/>
          <w:sz w:val="24"/>
          <w:szCs w:val="24"/>
        </w:rPr>
        <w:t>:</w:t>
      </w:r>
    </w:p>
    <w:p w14:paraId="5C9ABE40" w14:textId="77777777" w:rsidR="00C030F1" w:rsidRPr="006A5AA2" w:rsidRDefault="00C030F1" w:rsidP="00DB37BF">
      <w:pPr>
        <w:pStyle w:val="Ttulo2"/>
        <w:numPr>
          <w:ilvl w:val="0"/>
          <w:numId w:val="23"/>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manuscrita</w:t>
      </w:r>
      <w:proofErr w:type="spellEnd"/>
    </w:p>
    <w:p w14:paraId="7C5B03AE" w14:textId="77777777" w:rsidR="00C030F1" w:rsidRPr="006A5AA2" w:rsidRDefault="00C030F1" w:rsidP="00DB37BF">
      <w:pPr>
        <w:pStyle w:val="Ttulo2"/>
        <w:numPr>
          <w:ilvl w:val="0"/>
          <w:numId w:val="23"/>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Autenticación</w:t>
      </w:r>
      <w:proofErr w:type="spellEnd"/>
      <w:r w:rsidRPr="006A5AA2">
        <w:rPr>
          <w:rFonts w:ascii="Times New Roman" w:hAnsi="Times New Roman" w:cs="Times New Roman"/>
          <w:b w:val="0"/>
          <w:bCs w:val="0"/>
          <w:color w:val="auto"/>
          <w:sz w:val="24"/>
          <w:szCs w:val="24"/>
        </w:rPr>
        <w:t xml:space="preserve"> notarial </w:t>
      </w:r>
      <w:proofErr w:type="spellStart"/>
      <w:r w:rsidRPr="006A5AA2">
        <w:rPr>
          <w:rFonts w:ascii="Times New Roman" w:hAnsi="Times New Roman" w:cs="Times New Roman"/>
          <w:b w:val="0"/>
          <w:bCs w:val="0"/>
          <w:color w:val="auto"/>
          <w:sz w:val="24"/>
          <w:szCs w:val="24"/>
        </w:rPr>
        <w:t>presencial</w:t>
      </w:r>
      <w:proofErr w:type="spellEnd"/>
    </w:p>
    <w:p w14:paraId="55F83FD3" w14:textId="77777777" w:rsidR="00C030F1" w:rsidRPr="006A5AA2" w:rsidRDefault="00C030F1" w:rsidP="00DB37BF">
      <w:pPr>
        <w:pStyle w:val="Ttulo2"/>
        <w:numPr>
          <w:ilvl w:val="0"/>
          <w:numId w:val="23"/>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Entrega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física</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documentos</w:t>
      </w:r>
      <w:proofErr w:type="spellEnd"/>
    </w:p>
    <w:p w14:paraId="5C331A8E" w14:textId="77777777" w:rsidR="00C030F1" w:rsidRPr="006A5AA2" w:rsidRDefault="00C030F1" w:rsidP="00C030F1">
      <w:pPr>
        <w:pStyle w:val="Ttulo2"/>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Esto</w:t>
      </w:r>
      <w:proofErr w:type="spellEnd"/>
      <w:r w:rsidRPr="006A5AA2">
        <w:rPr>
          <w:rFonts w:ascii="Times New Roman" w:hAnsi="Times New Roman" w:cs="Times New Roman"/>
          <w:b w:val="0"/>
          <w:bCs w:val="0"/>
          <w:color w:val="auto"/>
          <w:sz w:val="24"/>
          <w:szCs w:val="24"/>
        </w:rPr>
        <w:t xml:space="preserve"> genera </w:t>
      </w:r>
      <w:proofErr w:type="spellStart"/>
      <w:r w:rsidRPr="006A5AA2">
        <w:rPr>
          <w:rFonts w:ascii="Times New Roman" w:hAnsi="Times New Roman" w:cs="Times New Roman"/>
          <w:b w:val="0"/>
          <w:bCs w:val="0"/>
          <w:color w:val="auto"/>
          <w:sz w:val="24"/>
          <w:szCs w:val="24"/>
        </w:rPr>
        <w:t>una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brecha</w:t>
      </w:r>
      <w:proofErr w:type="spellEnd"/>
      <w:r w:rsidRPr="006A5AA2">
        <w:rPr>
          <w:rFonts w:ascii="Times New Roman" w:hAnsi="Times New Roman" w:cs="Times New Roman"/>
          <w:b w:val="0"/>
          <w:bCs w:val="0"/>
          <w:color w:val="auto"/>
          <w:sz w:val="24"/>
          <w:szCs w:val="24"/>
        </w:rPr>
        <w:t xml:space="preserve"> entre la norma y </w:t>
      </w:r>
      <w:proofErr w:type="spellStart"/>
      <w:r w:rsidRPr="006A5AA2">
        <w:rPr>
          <w:rFonts w:ascii="Times New Roman" w:hAnsi="Times New Roman" w:cs="Times New Roman"/>
          <w:b w:val="0"/>
          <w:bCs w:val="0"/>
          <w:color w:val="auto"/>
          <w:sz w:val="24"/>
          <w:szCs w:val="24"/>
        </w:rPr>
        <w:t>su</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aplicación</w:t>
      </w:r>
      <w:proofErr w:type="spellEnd"/>
      <w:r w:rsidRPr="006A5AA2">
        <w:rPr>
          <w:rFonts w:ascii="Times New Roman" w:hAnsi="Times New Roman" w:cs="Times New Roman"/>
          <w:b w:val="0"/>
          <w:bCs w:val="0"/>
          <w:color w:val="auto"/>
          <w:sz w:val="24"/>
          <w:szCs w:val="24"/>
        </w:rPr>
        <w:t xml:space="preserve"> real, </w:t>
      </w:r>
      <w:proofErr w:type="spellStart"/>
      <w:r w:rsidRPr="006A5AA2">
        <w:rPr>
          <w:rFonts w:ascii="Times New Roman" w:hAnsi="Times New Roman" w:cs="Times New Roman"/>
          <w:b w:val="0"/>
          <w:bCs w:val="0"/>
          <w:color w:val="auto"/>
          <w:sz w:val="24"/>
          <w:szCs w:val="24"/>
        </w:rPr>
        <w:t>fenómeno</w:t>
      </w:r>
      <w:proofErr w:type="spellEnd"/>
      <w:r w:rsidRPr="006A5AA2">
        <w:rPr>
          <w:rFonts w:ascii="Times New Roman" w:hAnsi="Times New Roman" w:cs="Times New Roman"/>
          <w:b w:val="0"/>
          <w:bCs w:val="0"/>
          <w:color w:val="auto"/>
          <w:sz w:val="24"/>
          <w:szCs w:val="24"/>
        </w:rPr>
        <w:t xml:space="preserve"> que </w:t>
      </w:r>
      <w:proofErr w:type="spellStart"/>
      <w:r w:rsidRPr="006A5AA2">
        <w:rPr>
          <w:rFonts w:ascii="Times New Roman" w:hAnsi="Times New Roman" w:cs="Times New Roman"/>
          <w:b w:val="0"/>
          <w:bCs w:val="0"/>
          <w:color w:val="auto"/>
          <w:sz w:val="24"/>
          <w:szCs w:val="24"/>
        </w:rPr>
        <w:t>constituye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eje</w:t>
      </w:r>
      <w:proofErr w:type="spellEnd"/>
      <w:r w:rsidRPr="006A5AA2">
        <w:rPr>
          <w:rFonts w:ascii="Times New Roman" w:hAnsi="Times New Roman" w:cs="Times New Roman"/>
          <w:b w:val="0"/>
          <w:bCs w:val="0"/>
          <w:color w:val="auto"/>
          <w:sz w:val="24"/>
          <w:szCs w:val="24"/>
        </w:rPr>
        <w:t xml:space="preserve"> central del </w:t>
      </w:r>
      <w:proofErr w:type="spellStart"/>
      <w:r w:rsidRPr="006A5AA2">
        <w:rPr>
          <w:rFonts w:ascii="Times New Roman" w:hAnsi="Times New Roman" w:cs="Times New Roman"/>
          <w:b w:val="0"/>
          <w:bCs w:val="0"/>
          <w:color w:val="auto"/>
          <w:sz w:val="24"/>
          <w:szCs w:val="24"/>
        </w:rPr>
        <w:t>problema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investigado</w:t>
      </w:r>
      <w:proofErr w:type="spellEnd"/>
      <w:r w:rsidRPr="006A5AA2">
        <w:rPr>
          <w:rFonts w:ascii="Times New Roman" w:hAnsi="Times New Roman" w:cs="Times New Roman"/>
          <w:b w:val="0"/>
          <w:bCs w:val="0"/>
          <w:color w:val="auto"/>
          <w:sz w:val="24"/>
          <w:szCs w:val="24"/>
        </w:rPr>
        <w:t>.</w:t>
      </w:r>
    </w:p>
    <w:p w14:paraId="0E3B916F" w14:textId="5A53BAC4" w:rsidR="00C030F1" w:rsidRPr="006A5AA2" w:rsidRDefault="00C030F1" w:rsidP="00C030F1">
      <w:pPr>
        <w:pStyle w:val="Ttulo2"/>
        <w:rPr>
          <w:rFonts w:ascii="Times New Roman" w:hAnsi="Times New Roman" w:cs="Times New Roman"/>
          <w:color w:val="auto"/>
          <w:sz w:val="24"/>
          <w:szCs w:val="24"/>
        </w:rPr>
      </w:pPr>
      <w:proofErr w:type="spellStart"/>
      <w:r w:rsidRPr="006A5AA2">
        <w:rPr>
          <w:rFonts w:ascii="Times New Roman" w:hAnsi="Times New Roman" w:cs="Times New Roman"/>
          <w:color w:val="auto"/>
          <w:sz w:val="24"/>
          <w:szCs w:val="24"/>
        </w:rPr>
        <w:t>Ausencia</w:t>
      </w:r>
      <w:proofErr w:type="spellEnd"/>
      <w:r w:rsidRPr="006A5AA2">
        <w:rPr>
          <w:rFonts w:ascii="Times New Roman" w:hAnsi="Times New Roman" w:cs="Times New Roman"/>
          <w:color w:val="auto"/>
          <w:sz w:val="24"/>
          <w:szCs w:val="24"/>
        </w:rPr>
        <w:t xml:space="preserve"> de </w:t>
      </w:r>
      <w:proofErr w:type="spellStart"/>
      <w:r w:rsidRPr="006A5AA2">
        <w:rPr>
          <w:rFonts w:ascii="Times New Roman" w:hAnsi="Times New Roman" w:cs="Times New Roman"/>
          <w:color w:val="auto"/>
          <w:sz w:val="24"/>
          <w:szCs w:val="24"/>
        </w:rPr>
        <w:t>interoperabilidad</w:t>
      </w:r>
      <w:proofErr w:type="spellEnd"/>
      <w:r w:rsidRPr="006A5AA2">
        <w:rPr>
          <w:rFonts w:ascii="Times New Roman" w:hAnsi="Times New Roman" w:cs="Times New Roman"/>
          <w:color w:val="auto"/>
          <w:sz w:val="24"/>
          <w:szCs w:val="24"/>
        </w:rPr>
        <w:t xml:space="preserve"> </w:t>
      </w:r>
      <w:proofErr w:type="spellStart"/>
      <w:r w:rsidRPr="006A5AA2">
        <w:rPr>
          <w:rFonts w:ascii="Times New Roman" w:hAnsi="Times New Roman" w:cs="Times New Roman"/>
          <w:color w:val="auto"/>
          <w:sz w:val="24"/>
          <w:szCs w:val="24"/>
        </w:rPr>
        <w:t>internacional</w:t>
      </w:r>
      <w:proofErr w:type="spellEnd"/>
    </w:p>
    <w:p w14:paraId="257421F3" w14:textId="77777777" w:rsidR="00C030F1" w:rsidRPr="006A5AA2" w:rsidRDefault="00C030F1" w:rsidP="00C030F1">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Uno de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obstáculos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más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relevantes</w:t>
      </w:r>
      <w:proofErr w:type="spellEnd"/>
      <w:r w:rsidRPr="006A5AA2">
        <w:rPr>
          <w:rFonts w:ascii="Times New Roman" w:hAnsi="Times New Roman" w:cs="Times New Roman"/>
          <w:b w:val="0"/>
          <w:bCs w:val="0"/>
          <w:color w:val="auto"/>
          <w:sz w:val="24"/>
          <w:szCs w:val="24"/>
        </w:rPr>
        <w:t xml:space="preserve"> en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caso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panameño</w:t>
      </w:r>
      <w:proofErr w:type="spellEnd"/>
      <w:r w:rsidRPr="006A5AA2">
        <w:rPr>
          <w:rFonts w:ascii="Times New Roman" w:hAnsi="Times New Roman" w:cs="Times New Roman"/>
          <w:b w:val="0"/>
          <w:bCs w:val="0"/>
          <w:color w:val="auto"/>
          <w:sz w:val="24"/>
          <w:szCs w:val="24"/>
        </w:rPr>
        <w:t xml:space="preserve"> es la </w:t>
      </w:r>
      <w:proofErr w:type="spellStart"/>
      <w:r w:rsidRPr="006A5AA2">
        <w:rPr>
          <w:rFonts w:ascii="Times New Roman" w:hAnsi="Times New Roman" w:cs="Times New Roman"/>
          <w:b w:val="0"/>
          <w:bCs w:val="0"/>
          <w:color w:val="auto"/>
          <w:sz w:val="24"/>
          <w:szCs w:val="24"/>
        </w:rPr>
        <w:t>falta</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reconocimiento</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certificados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digitales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emitidos</w:t>
      </w:r>
      <w:proofErr w:type="spellEnd"/>
      <w:r w:rsidRPr="006A5AA2">
        <w:rPr>
          <w:rFonts w:ascii="Times New Roman" w:hAnsi="Times New Roman" w:cs="Times New Roman"/>
          <w:b w:val="0"/>
          <w:bCs w:val="0"/>
          <w:color w:val="auto"/>
          <w:sz w:val="24"/>
          <w:szCs w:val="24"/>
        </w:rPr>
        <w:t xml:space="preserve"> en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extranjero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particularmente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expedidos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por</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entidades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certificadoras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colombianas</w:t>
      </w:r>
      <w:proofErr w:type="spellEnd"/>
      <w:r w:rsidRPr="006A5AA2">
        <w:rPr>
          <w:rFonts w:ascii="Times New Roman" w:hAnsi="Times New Roman" w:cs="Times New Roman"/>
          <w:b w:val="0"/>
          <w:bCs w:val="0"/>
          <w:color w:val="auto"/>
          <w:sz w:val="24"/>
          <w:szCs w:val="24"/>
        </w:rPr>
        <w:t>.</w:t>
      </w:r>
    </w:p>
    <w:p w14:paraId="734720F8" w14:textId="77777777" w:rsidR="00C030F1" w:rsidRPr="006A5AA2" w:rsidRDefault="00C030F1" w:rsidP="00C030F1">
      <w:pPr>
        <w:pStyle w:val="Ttulo2"/>
        <w:rPr>
          <w:rFonts w:ascii="Times New Roman" w:hAnsi="Times New Roman" w:cs="Times New Roman"/>
          <w:b w:val="0"/>
          <w:bCs w:val="0"/>
          <w:color w:val="auto"/>
          <w:sz w:val="24"/>
          <w:szCs w:val="24"/>
        </w:rPr>
      </w:pPr>
    </w:p>
    <w:p w14:paraId="0AC8C50E" w14:textId="77777777" w:rsidR="00C030F1" w:rsidRPr="006A5AA2" w:rsidRDefault="00C030F1" w:rsidP="00C030F1">
      <w:pPr>
        <w:pStyle w:val="Ttulo2"/>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lastRenderedPageBreak/>
        <w:t>Mientras</w:t>
      </w:r>
      <w:proofErr w:type="spellEnd"/>
      <w:r w:rsidRPr="006A5AA2">
        <w:rPr>
          <w:rFonts w:ascii="Times New Roman" w:hAnsi="Times New Roman" w:cs="Times New Roman"/>
          <w:b w:val="0"/>
          <w:bCs w:val="0"/>
          <w:color w:val="auto"/>
          <w:sz w:val="24"/>
          <w:szCs w:val="24"/>
        </w:rPr>
        <w:t xml:space="preserve"> en Colombia </w:t>
      </w:r>
      <w:proofErr w:type="spellStart"/>
      <w:r w:rsidRPr="006A5AA2">
        <w:rPr>
          <w:rFonts w:ascii="Times New Roman" w:hAnsi="Times New Roman" w:cs="Times New Roman"/>
          <w:b w:val="0"/>
          <w:bCs w:val="0"/>
          <w:color w:val="auto"/>
          <w:sz w:val="24"/>
          <w:szCs w:val="24"/>
        </w:rPr>
        <w:t>existe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interoperabilidad</w:t>
      </w:r>
      <w:proofErr w:type="spellEnd"/>
      <w:r w:rsidRPr="006A5AA2">
        <w:rPr>
          <w:rFonts w:ascii="Times New Roman" w:hAnsi="Times New Roman" w:cs="Times New Roman"/>
          <w:b w:val="0"/>
          <w:bCs w:val="0"/>
          <w:color w:val="auto"/>
          <w:sz w:val="24"/>
          <w:szCs w:val="24"/>
        </w:rPr>
        <w:t xml:space="preserve"> entre </w:t>
      </w:r>
      <w:proofErr w:type="spellStart"/>
      <w:r w:rsidRPr="006A5AA2">
        <w:rPr>
          <w:rFonts w:ascii="Times New Roman" w:hAnsi="Times New Roman" w:cs="Times New Roman"/>
          <w:b w:val="0"/>
          <w:bCs w:val="0"/>
          <w:color w:val="auto"/>
          <w:sz w:val="24"/>
          <w:szCs w:val="24"/>
        </w:rPr>
        <w:t>múltiples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plataformas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privadas</w:t>
      </w:r>
      <w:proofErr w:type="spellEnd"/>
      <w:r w:rsidRPr="006A5AA2">
        <w:rPr>
          <w:rFonts w:ascii="Times New Roman" w:hAnsi="Times New Roman" w:cs="Times New Roman"/>
          <w:b w:val="0"/>
          <w:bCs w:val="0"/>
          <w:color w:val="auto"/>
          <w:sz w:val="24"/>
          <w:szCs w:val="24"/>
        </w:rPr>
        <w:t xml:space="preserve"> y </w:t>
      </w:r>
      <w:proofErr w:type="spellStart"/>
      <w:r w:rsidRPr="006A5AA2">
        <w:rPr>
          <w:rFonts w:ascii="Times New Roman" w:hAnsi="Times New Roman" w:cs="Times New Roman"/>
          <w:b w:val="0"/>
          <w:bCs w:val="0"/>
          <w:color w:val="auto"/>
          <w:sz w:val="24"/>
          <w:szCs w:val="24"/>
        </w:rPr>
        <w:t>estatales</w:t>
      </w:r>
      <w:proofErr w:type="spellEnd"/>
      <w:r w:rsidRPr="006A5AA2">
        <w:rPr>
          <w:rFonts w:ascii="Times New Roman" w:hAnsi="Times New Roman" w:cs="Times New Roman"/>
          <w:b w:val="0"/>
          <w:bCs w:val="0"/>
          <w:color w:val="auto"/>
          <w:sz w:val="24"/>
          <w:szCs w:val="24"/>
        </w:rPr>
        <w:t xml:space="preserve">, en Panamá no se </w:t>
      </w:r>
      <w:proofErr w:type="spellStart"/>
      <w:r w:rsidRPr="006A5AA2">
        <w:rPr>
          <w:rFonts w:ascii="Times New Roman" w:hAnsi="Times New Roman" w:cs="Times New Roman"/>
          <w:b w:val="0"/>
          <w:bCs w:val="0"/>
          <w:color w:val="auto"/>
          <w:sz w:val="24"/>
          <w:szCs w:val="24"/>
        </w:rPr>
        <w:t>han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desarrollado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mecanismos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efectivos</w:t>
      </w:r>
      <w:proofErr w:type="spellEnd"/>
      <w:r w:rsidRPr="006A5AA2">
        <w:rPr>
          <w:rFonts w:ascii="Times New Roman" w:hAnsi="Times New Roman" w:cs="Times New Roman"/>
          <w:b w:val="0"/>
          <w:bCs w:val="0"/>
          <w:color w:val="auto"/>
          <w:sz w:val="24"/>
          <w:szCs w:val="24"/>
        </w:rPr>
        <w:t xml:space="preserve"> de:</w:t>
      </w:r>
    </w:p>
    <w:p w14:paraId="4E4B6A12" w14:textId="77777777" w:rsidR="00C030F1" w:rsidRPr="006A5AA2" w:rsidRDefault="00C030F1" w:rsidP="00DB37BF">
      <w:pPr>
        <w:pStyle w:val="Ttulo2"/>
        <w:numPr>
          <w:ilvl w:val="0"/>
          <w:numId w:val="24"/>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Reconocimiento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transfronterizo</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certificados</w:t>
      </w:r>
      <w:proofErr w:type="spellEnd"/>
    </w:p>
    <w:p w14:paraId="7A77771D" w14:textId="77777777" w:rsidR="00C030F1" w:rsidRPr="006A5AA2" w:rsidRDefault="00C030F1" w:rsidP="00DB37BF">
      <w:pPr>
        <w:pStyle w:val="Ttulo2"/>
        <w:numPr>
          <w:ilvl w:val="0"/>
          <w:numId w:val="24"/>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Acreditación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internacional</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entidades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certificadoras</w:t>
      </w:r>
      <w:proofErr w:type="spellEnd"/>
    </w:p>
    <w:p w14:paraId="280241D7" w14:textId="77777777" w:rsidR="00C030F1" w:rsidRPr="006A5AA2" w:rsidRDefault="00C030F1" w:rsidP="00DB37BF">
      <w:pPr>
        <w:pStyle w:val="Ttulo2"/>
        <w:numPr>
          <w:ilvl w:val="0"/>
          <w:numId w:val="24"/>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Validación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cruzada</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firmas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digitales</w:t>
      </w:r>
      <w:proofErr w:type="spellEnd"/>
    </w:p>
    <w:p w14:paraId="08C0F156" w14:textId="66B6F403" w:rsidR="00C030F1" w:rsidRPr="006A5AA2" w:rsidRDefault="00C030F1" w:rsidP="00C030F1">
      <w:pPr>
        <w:pStyle w:val="Ttulo2"/>
        <w:rPr>
          <w:rFonts w:ascii="Times New Roman" w:hAnsi="Times New Roman" w:cs="Times New Roman"/>
          <w:color w:val="auto"/>
          <w:sz w:val="24"/>
          <w:szCs w:val="24"/>
        </w:rPr>
      </w:pPr>
      <w:r w:rsidRPr="006A5AA2">
        <w:rPr>
          <w:rFonts w:ascii="Times New Roman" w:hAnsi="Times New Roman" w:cs="Times New Roman"/>
          <w:b w:val="0"/>
          <w:bCs w:val="0"/>
          <w:color w:val="auto"/>
          <w:sz w:val="24"/>
          <w:szCs w:val="24"/>
        </w:rPr>
        <w:t xml:space="preserve">Esta </w:t>
      </w:r>
      <w:proofErr w:type="spellStart"/>
      <w:r w:rsidRPr="006A5AA2">
        <w:rPr>
          <w:rFonts w:ascii="Times New Roman" w:hAnsi="Times New Roman" w:cs="Times New Roman"/>
          <w:b w:val="0"/>
          <w:bCs w:val="0"/>
          <w:color w:val="auto"/>
          <w:sz w:val="24"/>
          <w:szCs w:val="24"/>
        </w:rPr>
        <w:t>situación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impide</w:t>
      </w:r>
      <w:proofErr w:type="spellEnd"/>
      <w:r w:rsidRPr="006A5AA2">
        <w:rPr>
          <w:rFonts w:ascii="Times New Roman" w:hAnsi="Times New Roman" w:cs="Times New Roman"/>
          <w:b w:val="0"/>
          <w:bCs w:val="0"/>
          <w:color w:val="auto"/>
          <w:sz w:val="24"/>
          <w:szCs w:val="24"/>
        </w:rPr>
        <w:t xml:space="preserve"> que </w:t>
      </w:r>
      <w:proofErr w:type="spellStart"/>
      <w:r w:rsidRPr="006A5AA2">
        <w:rPr>
          <w:rFonts w:ascii="Times New Roman" w:hAnsi="Times New Roman" w:cs="Times New Roman"/>
          <w:b w:val="0"/>
          <w:bCs w:val="0"/>
          <w:color w:val="auto"/>
          <w:sz w:val="24"/>
          <w:szCs w:val="24"/>
        </w:rPr>
        <w:t>una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digital </w:t>
      </w:r>
      <w:proofErr w:type="spellStart"/>
      <w:r w:rsidRPr="006A5AA2">
        <w:rPr>
          <w:rFonts w:ascii="Times New Roman" w:hAnsi="Times New Roman" w:cs="Times New Roman"/>
          <w:b w:val="0"/>
          <w:bCs w:val="0"/>
          <w:color w:val="auto"/>
          <w:sz w:val="24"/>
          <w:szCs w:val="24"/>
        </w:rPr>
        <w:t>emitida</w:t>
      </w:r>
      <w:proofErr w:type="spellEnd"/>
      <w:r w:rsidRPr="006A5AA2">
        <w:rPr>
          <w:rFonts w:ascii="Times New Roman" w:hAnsi="Times New Roman" w:cs="Times New Roman"/>
          <w:b w:val="0"/>
          <w:bCs w:val="0"/>
          <w:color w:val="auto"/>
          <w:sz w:val="24"/>
          <w:szCs w:val="24"/>
        </w:rPr>
        <w:t xml:space="preserve"> bajo </w:t>
      </w:r>
      <w:proofErr w:type="spellStart"/>
      <w:r w:rsidRPr="006A5AA2">
        <w:rPr>
          <w:rFonts w:ascii="Times New Roman" w:hAnsi="Times New Roman" w:cs="Times New Roman"/>
          <w:b w:val="0"/>
          <w:bCs w:val="0"/>
          <w:color w:val="auto"/>
          <w:sz w:val="24"/>
          <w:szCs w:val="24"/>
        </w:rPr>
        <w:t>infraestructura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colombiana</w:t>
      </w:r>
      <w:proofErr w:type="spellEnd"/>
      <w:r w:rsidRPr="006A5AA2">
        <w:rPr>
          <w:rFonts w:ascii="Times New Roman" w:hAnsi="Times New Roman" w:cs="Times New Roman"/>
          <w:b w:val="0"/>
          <w:bCs w:val="0"/>
          <w:color w:val="auto"/>
          <w:sz w:val="24"/>
          <w:szCs w:val="24"/>
        </w:rPr>
        <w:t xml:space="preserve"> sea </w:t>
      </w:r>
      <w:proofErr w:type="spellStart"/>
      <w:r w:rsidRPr="006A5AA2">
        <w:rPr>
          <w:rFonts w:ascii="Times New Roman" w:hAnsi="Times New Roman" w:cs="Times New Roman"/>
          <w:b w:val="0"/>
          <w:bCs w:val="0"/>
          <w:color w:val="auto"/>
          <w:sz w:val="24"/>
          <w:szCs w:val="24"/>
        </w:rPr>
        <w:t>plenamente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reconocida</w:t>
      </w:r>
      <w:proofErr w:type="spellEnd"/>
      <w:r w:rsidRPr="006A5AA2">
        <w:rPr>
          <w:rFonts w:ascii="Times New Roman" w:hAnsi="Times New Roman" w:cs="Times New Roman"/>
          <w:b w:val="0"/>
          <w:bCs w:val="0"/>
          <w:color w:val="auto"/>
          <w:sz w:val="24"/>
          <w:szCs w:val="24"/>
        </w:rPr>
        <w:t xml:space="preserve"> en Panamá, </w:t>
      </w:r>
      <w:proofErr w:type="spellStart"/>
      <w:r w:rsidRPr="006A5AA2">
        <w:rPr>
          <w:rFonts w:ascii="Times New Roman" w:hAnsi="Times New Roman" w:cs="Times New Roman"/>
          <w:b w:val="0"/>
          <w:bCs w:val="0"/>
          <w:color w:val="auto"/>
          <w:sz w:val="24"/>
          <w:szCs w:val="24"/>
        </w:rPr>
        <w:t>incluso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cuando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cumple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estándares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técnicos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internacionales</w:t>
      </w:r>
      <w:proofErr w:type="spellEnd"/>
      <w:r w:rsidRPr="006A5AA2">
        <w:rPr>
          <w:rFonts w:ascii="Times New Roman" w:hAnsi="Times New Roman" w:cs="Times New Roman"/>
          <w:b w:val="0"/>
          <w:bCs w:val="0"/>
          <w:color w:val="auto"/>
          <w:sz w:val="24"/>
          <w:szCs w:val="24"/>
        </w:rPr>
        <w:t>.</w:t>
      </w:r>
      <w:r w:rsidR="00DB37BF" w:rsidRPr="006A5AA2">
        <w:rPr>
          <w:rFonts w:ascii="Times New Roman" w:hAnsi="Times New Roman" w:cs="Times New Roman"/>
          <w:b w:val="0"/>
          <w:bCs w:val="0"/>
          <w:color w:val="auto"/>
          <w:sz w:val="24"/>
          <w:szCs w:val="24"/>
        </w:rPr>
        <w:br/>
      </w:r>
      <w:r w:rsidRPr="006A5AA2">
        <w:rPr>
          <w:rFonts w:ascii="Times New Roman" w:hAnsi="Times New Roman" w:cs="Times New Roman"/>
          <w:b w:val="0"/>
          <w:bCs w:val="0"/>
          <w:color w:val="auto"/>
          <w:sz w:val="24"/>
          <w:szCs w:val="24"/>
        </w:rPr>
        <w:br/>
      </w:r>
      <w:proofErr w:type="spellStart"/>
      <w:r w:rsidRPr="006A5AA2">
        <w:rPr>
          <w:rFonts w:ascii="Times New Roman" w:hAnsi="Times New Roman" w:cs="Times New Roman"/>
          <w:color w:val="auto"/>
          <w:sz w:val="24"/>
          <w:szCs w:val="24"/>
        </w:rPr>
        <w:t>Impacto</w:t>
      </w:r>
      <w:proofErr w:type="spellEnd"/>
      <w:r w:rsidRPr="006A5AA2">
        <w:rPr>
          <w:rFonts w:ascii="Times New Roman" w:hAnsi="Times New Roman" w:cs="Times New Roman"/>
          <w:color w:val="auto"/>
          <w:sz w:val="24"/>
          <w:szCs w:val="24"/>
        </w:rPr>
        <w:t xml:space="preserve"> </w:t>
      </w:r>
      <w:proofErr w:type="spellStart"/>
      <w:r w:rsidRPr="006A5AA2">
        <w:rPr>
          <w:rFonts w:ascii="Times New Roman" w:hAnsi="Times New Roman" w:cs="Times New Roman"/>
          <w:color w:val="auto"/>
          <w:sz w:val="24"/>
          <w:szCs w:val="24"/>
        </w:rPr>
        <w:t>jurídico</w:t>
      </w:r>
      <w:proofErr w:type="spellEnd"/>
      <w:r w:rsidRPr="006A5AA2">
        <w:rPr>
          <w:rFonts w:ascii="Times New Roman" w:hAnsi="Times New Roman" w:cs="Times New Roman"/>
          <w:color w:val="auto"/>
          <w:sz w:val="24"/>
          <w:szCs w:val="24"/>
        </w:rPr>
        <w:t xml:space="preserve"> de la </w:t>
      </w:r>
      <w:proofErr w:type="spellStart"/>
      <w:r w:rsidRPr="006A5AA2">
        <w:rPr>
          <w:rFonts w:ascii="Times New Roman" w:hAnsi="Times New Roman" w:cs="Times New Roman"/>
          <w:color w:val="auto"/>
          <w:sz w:val="24"/>
          <w:szCs w:val="24"/>
        </w:rPr>
        <w:t>exigencia</w:t>
      </w:r>
      <w:proofErr w:type="spellEnd"/>
      <w:r w:rsidRPr="006A5AA2">
        <w:rPr>
          <w:rFonts w:ascii="Times New Roman" w:hAnsi="Times New Roman" w:cs="Times New Roman"/>
          <w:color w:val="auto"/>
          <w:sz w:val="24"/>
          <w:szCs w:val="24"/>
        </w:rPr>
        <w:t xml:space="preserve"> de </w:t>
      </w:r>
      <w:proofErr w:type="spellStart"/>
      <w:r w:rsidRPr="006A5AA2">
        <w:rPr>
          <w:rFonts w:ascii="Times New Roman" w:hAnsi="Times New Roman" w:cs="Times New Roman"/>
          <w:color w:val="auto"/>
          <w:sz w:val="24"/>
          <w:szCs w:val="24"/>
        </w:rPr>
        <w:t>firma</w:t>
      </w:r>
      <w:proofErr w:type="spellEnd"/>
      <w:r w:rsidRPr="006A5AA2">
        <w:rPr>
          <w:rFonts w:ascii="Times New Roman" w:hAnsi="Times New Roman" w:cs="Times New Roman"/>
          <w:color w:val="auto"/>
          <w:sz w:val="24"/>
          <w:szCs w:val="24"/>
        </w:rPr>
        <w:t xml:space="preserve"> </w:t>
      </w:r>
      <w:proofErr w:type="spellStart"/>
      <w:r w:rsidRPr="006A5AA2">
        <w:rPr>
          <w:rFonts w:ascii="Times New Roman" w:hAnsi="Times New Roman" w:cs="Times New Roman"/>
          <w:color w:val="auto"/>
          <w:sz w:val="24"/>
          <w:szCs w:val="24"/>
        </w:rPr>
        <w:t>manuscrita</w:t>
      </w:r>
      <w:proofErr w:type="spellEnd"/>
      <w:r w:rsidRPr="006A5AA2">
        <w:rPr>
          <w:rFonts w:ascii="Times New Roman" w:hAnsi="Times New Roman" w:cs="Times New Roman"/>
          <w:color w:val="auto"/>
          <w:sz w:val="24"/>
          <w:szCs w:val="24"/>
        </w:rPr>
        <w:t xml:space="preserve"> en Panamá</w:t>
      </w:r>
    </w:p>
    <w:p w14:paraId="611390A7" w14:textId="77777777" w:rsidR="00C030F1" w:rsidRPr="006A5AA2" w:rsidRDefault="00C030F1" w:rsidP="00C030F1">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La </w:t>
      </w:r>
      <w:proofErr w:type="spellStart"/>
      <w:r w:rsidRPr="006A5AA2">
        <w:rPr>
          <w:rFonts w:ascii="Times New Roman" w:hAnsi="Times New Roman" w:cs="Times New Roman"/>
          <w:b w:val="0"/>
          <w:bCs w:val="0"/>
          <w:color w:val="auto"/>
          <w:sz w:val="24"/>
          <w:szCs w:val="24"/>
        </w:rPr>
        <w:t>exigencia</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manuscrita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pese</w:t>
      </w:r>
      <w:proofErr w:type="spellEnd"/>
      <w:r w:rsidRPr="006A5AA2">
        <w:rPr>
          <w:rFonts w:ascii="Times New Roman" w:hAnsi="Times New Roman" w:cs="Times New Roman"/>
          <w:b w:val="0"/>
          <w:bCs w:val="0"/>
          <w:color w:val="auto"/>
          <w:sz w:val="24"/>
          <w:szCs w:val="24"/>
        </w:rPr>
        <w:t xml:space="preserve"> a la </w:t>
      </w:r>
      <w:proofErr w:type="spellStart"/>
      <w:r w:rsidRPr="006A5AA2">
        <w:rPr>
          <w:rFonts w:ascii="Times New Roman" w:hAnsi="Times New Roman" w:cs="Times New Roman"/>
          <w:b w:val="0"/>
          <w:bCs w:val="0"/>
          <w:color w:val="auto"/>
          <w:sz w:val="24"/>
          <w:szCs w:val="24"/>
        </w:rPr>
        <w:t>existencia</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una</w:t>
      </w:r>
      <w:proofErr w:type="spellEnd"/>
      <w:r w:rsidRPr="006A5AA2">
        <w:rPr>
          <w:rFonts w:ascii="Times New Roman" w:hAnsi="Times New Roman" w:cs="Times New Roman"/>
          <w:b w:val="0"/>
          <w:bCs w:val="0"/>
          <w:color w:val="auto"/>
          <w:sz w:val="24"/>
          <w:szCs w:val="24"/>
        </w:rPr>
        <w:t xml:space="preserve"> norma que </w:t>
      </w:r>
      <w:proofErr w:type="spellStart"/>
      <w:r w:rsidRPr="006A5AA2">
        <w:rPr>
          <w:rFonts w:ascii="Times New Roman" w:hAnsi="Times New Roman" w:cs="Times New Roman"/>
          <w:b w:val="0"/>
          <w:bCs w:val="0"/>
          <w:color w:val="auto"/>
          <w:sz w:val="24"/>
          <w:szCs w:val="24"/>
        </w:rPr>
        <w:t>reconoce</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avanzada</w:t>
      </w:r>
      <w:proofErr w:type="spellEnd"/>
      <w:r w:rsidRPr="006A5AA2">
        <w:rPr>
          <w:rFonts w:ascii="Times New Roman" w:hAnsi="Times New Roman" w:cs="Times New Roman"/>
          <w:b w:val="0"/>
          <w:bCs w:val="0"/>
          <w:color w:val="auto"/>
          <w:sz w:val="24"/>
          <w:szCs w:val="24"/>
        </w:rPr>
        <w:t>, genera:</w:t>
      </w:r>
    </w:p>
    <w:p w14:paraId="30A0BEF8" w14:textId="77777777" w:rsidR="00C030F1" w:rsidRPr="006A5AA2" w:rsidRDefault="00C030F1" w:rsidP="00DB37BF">
      <w:pPr>
        <w:pStyle w:val="Ttulo2"/>
        <w:numPr>
          <w:ilvl w:val="0"/>
          <w:numId w:val="25"/>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Vulneración</w:t>
      </w:r>
      <w:proofErr w:type="spellEnd"/>
      <w:r w:rsidRPr="006A5AA2">
        <w:rPr>
          <w:rFonts w:ascii="Times New Roman" w:hAnsi="Times New Roman" w:cs="Times New Roman"/>
          <w:b w:val="0"/>
          <w:bCs w:val="0"/>
          <w:color w:val="auto"/>
          <w:sz w:val="24"/>
          <w:szCs w:val="24"/>
        </w:rPr>
        <w:t xml:space="preserve"> del principio de </w:t>
      </w:r>
      <w:proofErr w:type="spellStart"/>
      <w:r w:rsidRPr="006A5AA2">
        <w:rPr>
          <w:rFonts w:ascii="Times New Roman" w:hAnsi="Times New Roman" w:cs="Times New Roman"/>
          <w:b w:val="0"/>
          <w:bCs w:val="0"/>
          <w:color w:val="auto"/>
          <w:sz w:val="24"/>
          <w:szCs w:val="24"/>
        </w:rPr>
        <w:t>equivalencia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funcional</w:t>
      </w:r>
      <w:proofErr w:type="spellEnd"/>
      <w:r w:rsidRPr="006A5AA2">
        <w:rPr>
          <w:rFonts w:ascii="Times New Roman" w:hAnsi="Times New Roman" w:cs="Times New Roman"/>
          <w:b w:val="0"/>
          <w:bCs w:val="0"/>
          <w:color w:val="auto"/>
          <w:sz w:val="24"/>
          <w:szCs w:val="24"/>
        </w:rPr>
        <w:t>.</w:t>
      </w:r>
    </w:p>
    <w:p w14:paraId="0399BAE6" w14:textId="77777777" w:rsidR="00C030F1" w:rsidRPr="006A5AA2" w:rsidRDefault="00C030F1" w:rsidP="00DB37BF">
      <w:pPr>
        <w:pStyle w:val="Ttulo2"/>
        <w:numPr>
          <w:ilvl w:val="0"/>
          <w:numId w:val="25"/>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Afectación</w:t>
      </w:r>
      <w:proofErr w:type="spellEnd"/>
      <w:r w:rsidRPr="006A5AA2">
        <w:rPr>
          <w:rFonts w:ascii="Times New Roman" w:hAnsi="Times New Roman" w:cs="Times New Roman"/>
          <w:b w:val="0"/>
          <w:bCs w:val="0"/>
          <w:color w:val="auto"/>
          <w:sz w:val="24"/>
          <w:szCs w:val="24"/>
        </w:rPr>
        <w:t xml:space="preserve"> al principio de </w:t>
      </w:r>
      <w:proofErr w:type="spellStart"/>
      <w:r w:rsidRPr="006A5AA2">
        <w:rPr>
          <w:rFonts w:ascii="Times New Roman" w:hAnsi="Times New Roman" w:cs="Times New Roman"/>
          <w:b w:val="0"/>
          <w:bCs w:val="0"/>
          <w:color w:val="auto"/>
          <w:sz w:val="24"/>
          <w:szCs w:val="24"/>
        </w:rPr>
        <w:t>seguridad</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jurídica</w:t>
      </w:r>
      <w:proofErr w:type="spellEnd"/>
      <w:r w:rsidRPr="006A5AA2">
        <w:rPr>
          <w:rFonts w:ascii="Times New Roman" w:hAnsi="Times New Roman" w:cs="Times New Roman"/>
          <w:b w:val="0"/>
          <w:bCs w:val="0"/>
          <w:color w:val="auto"/>
          <w:sz w:val="24"/>
          <w:szCs w:val="24"/>
        </w:rPr>
        <w:t>.</w:t>
      </w:r>
    </w:p>
    <w:p w14:paraId="142D26DB" w14:textId="77777777" w:rsidR="00C030F1" w:rsidRPr="006A5AA2" w:rsidRDefault="00C030F1" w:rsidP="00DB37BF">
      <w:pPr>
        <w:pStyle w:val="Ttulo2"/>
        <w:numPr>
          <w:ilvl w:val="0"/>
          <w:numId w:val="25"/>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Restricción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indirecta</w:t>
      </w:r>
      <w:proofErr w:type="spellEnd"/>
      <w:r w:rsidRPr="006A5AA2">
        <w:rPr>
          <w:rFonts w:ascii="Times New Roman" w:hAnsi="Times New Roman" w:cs="Times New Roman"/>
          <w:b w:val="0"/>
          <w:bCs w:val="0"/>
          <w:color w:val="auto"/>
          <w:sz w:val="24"/>
          <w:szCs w:val="24"/>
        </w:rPr>
        <w:t xml:space="preserve"> al </w:t>
      </w:r>
      <w:proofErr w:type="spellStart"/>
      <w:r w:rsidRPr="006A5AA2">
        <w:rPr>
          <w:rFonts w:ascii="Times New Roman" w:hAnsi="Times New Roman" w:cs="Times New Roman"/>
          <w:b w:val="0"/>
          <w:bCs w:val="0"/>
          <w:color w:val="auto"/>
          <w:sz w:val="24"/>
          <w:szCs w:val="24"/>
        </w:rPr>
        <w:t>comercio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electrónico</w:t>
      </w:r>
      <w:proofErr w:type="spellEnd"/>
      <w:r w:rsidRPr="006A5AA2">
        <w:rPr>
          <w:rFonts w:ascii="Times New Roman" w:hAnsi="Times New Roman" w:cs="Times New Roman"/>
          <w:b w:val="0"/>
          <w:bCs w:val="0"/>
          <w:color w:val="auto"/>
          <w:sz w:val="24"/>
          <w:szCs w:val="24"/>
        </w:rPr>
        <w:t>.</w:t>
      </w:r>
    </w:p>
    <w:p w14:paraId="4526774D" w14:textId="77777777" w:rsidR="00C030F1" w:rsidRPr="006A5AA2" w:rsidRDefault="00C030F1" w:rsidP="00DB37BF">
      <w:pPr>
        <w:pStyle w:val="Ttulo2"/>
        <w:numPr>
          <w:ilvl w:val="0"/>
          <w:numId w:val="25"/>
        </w:numPr>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Barreras a la </w:t>
      </w:r>
      <w:proofErr w:type="spellStart"/>
      <w:r w:rsidRPr="006A5AA2">
        <w:rPr>
          <w:rFonts w:ascii="Times New Roman" w:hAnsi="Times New Roman" w:cs="Times New Roman"/>
          <w:b w:val="0"/>
          <w:bCs w:val="0"/>
          <w:color w:val="auto"/>
          <w:sz w:val="24"/>
          <w:szCs w:val="24"/>
        </w:rPr>
        <w:t>inversión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extranjera</w:t>
      </w:r>
      <w:proofErr w:type="spellEnd"/>
      <w:r w:rsidRPr="006A5AA2">
        <w:rPr>
          <w:rFonts w:ascii="Times New Roman" w:hAnsi="Times New Roman" w:cs="Times New Roman"/>
          <w:b w:val="0"/>
          <w:bCs w:val="0"/>
          <w:color w:val="auto"/>
          <w:sz w:val="24"/>
          <w:szCs w:val="24"/>
        </w:rPr>
        <w:t>.</w:t>
      </w:r>
    </w:p>
    <w:p w14:paraId="0AF96C8D" w14:textId="77777777" w:rsidR="00C030F1" w:rsidRPr="006A5AA2" w:rsidRDefault="00C030F1" w:rsidP="00DB37BF">
      <w:pPr>
        <w:pStyle w:val="Ttulo2"/>
        <w:numPr>
          <w:ilvl w:val="0"/>
          <w:numId w:val="25"/>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Desincentivo</w:t>
      </w:r>
      <w:proofErr w:type="spellEnd"/>
      <w:r w:rsidRPr="006A5AA2">
        <w:rPr>
          <w:rFonts w:ascii="Times New Roman" w:hAnsi="Times New Roman" w:cs="Times New Roman"/>
          <w:b w:val="0"/>
          <w:bCs w:val="0"/>
          <w:color w:val="auto"/>
          <w:sz w:val="24"/>
          <w:szCs w:val="24"/>
        </w:rPr>
        <w:t xml:space="preserve"> a la </w:t>
      </w:r>
      <w:proofErr w:type="spellStart"/>
      <w:r w:rsidRPr="006A5AA2">
        <w:rPr>
          <w:rFonts w:ascii="Times New Roman" w:hAnsi="Times New Roman" w:cs="Times New Roman"/>
          <w:b w:val="0"/>
          <w:bCs w:val="0"/>
          <w:color w:val="auto"/>
          <w:sz w:val="24"/>
          <w:szCs w:val="24"/>
        </w:rPr>
        <w:t>transformación</w:t>
      </w:r>
      <w:proofErr w:type="spellEnd"/>
      <w:r w:rsidRPr="006A5AA2">
        <w:rPr>
          <w:rFonts w:ascii="Times New Roman" w:hAnsi="Times New Roman" w:cs="Times New Roman"/>
          <w:b w:val="0"/>
          <w:bCs w:val="0"/>
          <w:color w:val="auto"/>
          <w:sz w:val="24"/>
          <w:szCs w:val="24"/>
        </w:rPr>
        <w:t xml:space="preserve"> digital.</w:t>
      </w:r>
    </w:p>
    <w:p w14:paraId="50E906CE" w14:textId="77777777" w:rsidR="00C030F1" w:rsidRPr="006A5AA2" w:rsidRDefault="00C030F1" w:rsidP="00C030F1">
      <w:pPr>
        <w:pStyle w:val="Ttulo2"/>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Desde</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perspectiva</w:t>
      </w:r>
      <w:proofErr w:type="spellEnd"/>
      <w:r w:rsidRPr="006A5AA2">
        <w:rPr>
          <w:rFonts w:ascii="Times New Roman" w:hAnsi="Times New Roman" w:cs="Times New Roman"/>
          <w:b w:val="0"/>
          <w:bCs w:val="0"/>
          <w:color w:val="auto"/>
          <w:sz w:val="24"/>
          <w:szCs w:val="24"/>
        </w:rPr>
        <w:t xml:space="preserve"> del derecho </w:t>
      </w:r>
      <w:proofErr w:type="spellStart"/>
      <w:r w:rsidRPr="006A5AA2">
        <w:rPr>
          <w:rFonts w:ascii="Times New Roman" w:hAnsi="Times New Roman" w:cs="Times New Roman"/>
          <w:b w:val="0"/>
          <w:bCs w:val="0"/>
          <w:color w:val="auto"/>
          <w:sz w:val="24"/>
          <w:szCs w:val="24"/>
        </w:rPr>
        <w:t>económico</w:t>
      </w:r>
      <w:proofErr w:type="spellEnd"/>
      <w:r w:rsidRPr="006A5AA2">
        <w:rPr>
          <w:rFonts w:ascii="Times New Roman" w:hAnsi="Times New Roman" w:cs="Times New Roman"/>
          <w:b w:val="0"/>
          <w:bCs w:val="0"/>
          <w:color w:val="auto"/>
          <w:sz w:val="24"/>
          <w:szCs w:val="24"/>
        </w:rPr>
        <w:t xml:space="preserve"> digital, </w:t>
      </w:r>
      <w:proofErr w:type="spellStart"/>
      <w:r w:rsidRPr="006A5AA2">
        <w:rPr>
          <w:rFonts w:ascii="Times New Roman" w:hAnsi="Times New Roman" w:cs="Times New Roman"/>
          <w:b w:val="0"/>
          <w:bCs w:val="0"/>
          <w:color w:val="auto"/>
          <w:sz w:val="24"/>
          <w:szCs w:val="24"/>
        </w:rPr>
        <w:t>esta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situación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representa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una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limitación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estructural</w:t>
      </w:r>
      <w:proofErr w:type="spellEnd"/>
      <w:r w:rsidRPr="006A5AA2">
        <w:rPr>
          <w:rFonts w:ascii="Times New Roman" w:hAnsi="Times New Roman" w:cs="Times New Roman"/>
          <w:b w:val="0"/>
          <w:bCs w:val="0"/>
          <w:color w:val="auto"/>
          <w:sz w:val="24"/>
          <w:szCs w:val="24"/>
        </w:rPr>
        <w:t xml:space="preserve"> al </w:t>
      </w:r>
      <w:proofErr w:type="spellStart"/>
      <w:r w:rsidRPr="006A5AA2">
        <w:rPr>
          <w:rFonts w:ascii="Times New Roman" w:hAnsi="Times New Roman" w:cs="Times New Roman"/>
          <w:b w:val="0"/>
          <w:bCs w:val="0"/>
          <w:color w:val="auto"/>
          <w:sz w:val="24"/>
          <w:szCs w:val="24"/>
        </w:rPr>
        <w:t>desarrollo</w:t>
      </w:r>
      <w:proofErr w:type="spellEnd"/>
      <w:r w:rsidRPr="006A5AA2">
        <w:rPr>
          <w:rFonts w:ascii="Times New Roman" w:hAnsi="Times New Roman" w:cs="Times New Roman"/>
          <w:b w:val="0"/>
          <w:bCs w:val="0"/>
          <w:color w:val="auto"/>
          <w:sz w:val="24"/>
          <w:szCs w:val="24"/>
        </w:rPr>
        <w:t xml:space="preserve"> del </w:t>
      </w:r>
      <w:proofErr w:type="spellStart"/>
      <w:r w:rsidRPr="006A5AA2">
        <w:rPr>
          <w:rFonts w:ascii="Times New Roman" w:hAnsi="Times New Roman" w:cs="Times New Roman"/>
          <w:b w:val="0"/>
          <w:bCs w:val="0"/>
          <w:color w:val="auto"/>
          <w:sz w:val="24"/>
          <w:szCs w:val="24"/>
        </w:rPr>
        <w:t>ecosistema</w:t>
      </w:r>
      <w:proofErr w:type="spellEnd"/>
      <w:r w:rsidRPr="006A5AA2">
        <w:rPr>
          <w:rFonts w:ascii="Times New Roman" w:hAnsi="Times New Roman" w:cs="Times New Roman"/>
          <w:b w:val="0"/>
          <w:bCs w:val="0"/>
          <w:color w:val="auto"/>
          <w:sz w:val="24"/>
          <w:szCs w:val="24"/>
        </w:rPr>
        <w:t xml:space="preserve"> digital </w:t>
      </w:r>
      <w:proofErr w:type="spellStart"/>
      <w:r w:rsidRPr="006A5AA2">
        <w:rPr>
          <w:rFonts w:ascii="Times New Roman" w:hAnsi="Times New Roman" w:cs="Times New Roman"/>
          <w:b w:val="0"/>
          <w:bCs w:val="0"/>
          <w:color w:val="auto"/>
          <w:sz w:val="24"/>
          <w:szCs w:val="24"/>
        </w:rPr>
        <w:t>panameño</w:t>
      </w:r>
      <w:proofErr w:type="spellEnd"/>
      <w:r w:rsidRPr="006A5AA2">
        <w:rPr>
          <w:rFonts w:ascii="Times New Roman" w:hAnsi="Times New Roman" w:cs="Times New Roman"/>
          <w:b w:val="0"/>
          <w:bCs w:val="0"/>
          <w:color w:val="auto"/>
          <w:sz w:val="24"/>
          <w:szCs w:val="24"/>
        </w:rPr>
        <w:t>.</w:t>
      </w:r>
    </w:p>
    <w:p w14:paraId="792F07CC" w14:textId="77777777" w:rsidR="008D7FB3" w:rsidRPr="006A5AA2" w:rsidRDefault="00C030F1" w:rsidP="00C030F1">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Implicaciones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jurídicas</w:t>
      </w:r>
      <w:proofErr w:type="spellEnd"/>
      <w:r w:rsidRPr="006A5AA2">
        <w:rPr>
          <w:rFonts w:ascii="Times New Roman" w:hAnsi="Times New Roman" w:cs="Times New Roman"/>
          <w:b w:val="0"/>
          <w:bCs w:val="0"/>
          <w:color w:val="auto"/>
          <w:sz w:val="24"/>
          <w:szCs w:val="24"/>
        </w:rPr>
        <w:t xml:space="preserve"> para las empresas </w:t>
      </w:r>
      <w:proofErr w:type="spellStart"/>
      <w:r w:rsidRPr="006A5AA2">
        <w:rPr>
          <w:rFonts w:ascii="Times New Roman" w:hAnsi="Times New Roman" w:cs="Times New Roman"/>
          <w:b w:val="0"/>
          <w:bCs w:val="0"/>
          <w:color w:val="auto"/>
          <w:sz w:val="24"/>
          <w:szCs w:val="24"/>
        </w:rPr>
        <w:t>colombianas</w:t>
      </w:r>
      <w:proofErr w:type="spellEnd"/>
    </w:p>
    <w:p w14:paraId="16BA47D3" w14:textId="0069E2D0" w:rsidR="00C030F1" w:rsidRPr="006A5AA2" w:rsidRDefault="00C030F1" w:rsidP="00C030F1">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lastRenderedPageBreak/>
        <w:t xml:space="preserve">Las empresas </w:t>
      </w:r>
      <w:proofErr w:type="spellStart"/>
      <w:r w:rsidRPr="006A5AA2">
        <w:rPr>
          <w:rFonts w:ascii="Times New Roman" w:hAnsi="Times New Roman" w:cs="Times New Roman"/>
          <w:b w:val="0"/>
          <w:bCs w:val="0"/>
          <w:color w:val="auto"/>
          <w:sz w:val="24"/>
          <w:szCs w:val="24"/>
        </w:rPr>
        <w:t>colombianas</w:t>
      </w:r>
      <w:proofErr w:type="spellEnd"/>
      <w:r w:rsidRPr="006A5AA2">
        <w:rPr>
          <w:rFonts w:ascii="Times New Roman" w:hAnsi="Times New Roman" w:cs="Times New Roman"/>
          <w:b w:val="0"/>
          <w:bCs w:val="0"/>
          <w:color w:val="auto"/>
          <w:sz w:val="24"/>
          <w:szCs w:val="24"/>
        </w:rPr>
        <w:t xml:space="preserve"> que </w:t>
      </w:r>
      <w:proofErr w:type="spellStart"/>
      <w:r w:rsidRPr="006A5AA2">
        <w:rPr>
          <w:rFonts w:ascii="Times New Roman" w:hAnsi="Times New Roman" w:cs="Times New Roman"/>
          <w:b w:val="0"/>
          <w:bCs w:val="0"/>
          <w:color w:val="auto"/>
          <w:sz w:val="24"/>
          <w:szCs w:val="24"/>
        </w:rPr>
        <w:t>operan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mediante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plataformas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digitales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enfrentan</w:t>
      </w:r>
      <w:proofErr w:type="spellEnd"/>
      <w:r w:rsidRPr="006A5AA2">
        <w:rPr>
          <w:rFonts w:ascii="Times New Roman" w:hAnsi="Times New Roman" w:cs="Times New Roman"/>
          <w:b w:val="0"/>
          <w:bCs w:val="0"/>
          <w:color w:val="auto"/>
          <w:sz w:val="24"/>
          <w:szCs w:val="24"/>
        </w:rPr>
        <w:t>:</w:t>
      </w:r>
    </w:p>
    <w:p w14:paraId="65B6B026" w14:textId="77777777" w:rsidR="00C030F1" w:rsidRPr="006A5AA2" w:rsidRDefault="00C030F1" w:rsidP="008D7FB3">
      <w:pPr>
        <w:pStyle w:val="Ttulo2"/>
        <w:numPr>
          <w:ilvl w:val="0"/>
          <w:numId w:val="27"/>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Retrasos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contractuales</w:t>
      </w:r>
      <w:proofErr w:type="spellEnd"/>
      <w:r w:rsidRPr="006A5AA2">
        <w:rPr>
          <w:rFonts w:ascii="Times New Roman" w:hAnsi="Times New Roman" w:cs="Times New Roman"/>
          <w:b w:val="0"/>
          <w:bCs w:val="0"/>
          <w:color w:val="auto"/>
          <w:sz w:val="24"/>
          <w:szCs w:val="24"/>
        </w:rPr>
        <w:t>.</w:t>
      </w:r>
    </w:p>
    <w:p w14:paraId="2DCA67C8" w14:textId="77777777" w:rsidR="008D7FB3" w:rsidRPr="006A5AA2" w:rsidRDefault="00C030F1" w:rsidP="008D7FB3">
      <w:pPr>
        <w:pStyle w:val="Ttulo2"/>
        <w:numPr>
          <w:ilvl w:val="0"/>
          <w:numId w:val="27"/>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Sobrecostos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por</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traslados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internacionales</w:t>
      </w:r>
      <w:proofErr w:type="spellEnd"/>
      <w:r w:rsidRPr="006A5AA2">
        <w:rPr>
          <w:rFonts w:ascii="Times New Roman" w:hAnsi="Times New Roman" w:cs="Times New Roman"/>
          <w:b w:val="0"/>
          <w:bCs w:val="0"/>
          <w:color w:val="auto"/>
          <w:sz w:val="24"/>
          <w:szCs w:val="24"/>
        </w:rPr>
        <w:t>.</w:t>
      </w:r>
    </w:p>
    <w:p w14:paraId="173A1A16" w14:textId="063802A7" w:rsidR="00C030F1" w:rsidRPr="006A5AA2" w:rsidRDefault="00C030F1" w:rsidP="008D7FB3">
      <w:pPr>
        <w:pStyle w:val="Ttulo2"/>
        <w:numPr>
          <w:ilvl w:val="0"/>
          <w:numId w:val="27"/>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Riesgos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ineficacia</w:t>
      </w:r>
      <w:proofErr w:type="spellEnd"/>
      <w:r w:rsidRPr="006A5AA2">
        <w:rPr>
          <w:rFonts w:ascii="Times New Roman" w:hAnsi="Times New Roman" w:cs="Times New Roman"/>
          <w:b w:val="0"/>
          <w:bCs w:val="0"/>
          <w:color w:val="auto"/>
          <w:sz w:val="24"/>
          <w:szCs w:val="24"/>
        </w:rPr>
        <w:t xml:space="preserve"> documental.</w:t>
      </w:r>
    </w:p>
    <w:p w14:paraId="56D5630F" w14:textId="77777777" w:rsidR="00C030F1" w:rsidRPr="006A5AA2" w:rsidRDefault="00C030F1" w:rsidP="008D7FB3">
      <w:pPr>
        <w:pStyle w:val="Ttulo2"/>
        <w:numPr>
          <w:ilvl w:val="0"/>
          <w:numId w:val="27"/>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Dificultades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probatorias</w:t>
      </w:r>
      <w:proofErr w:type="spellEnd"/>
      <w:r w:rsidRPr="006A5AA2">
        <w:rPr>
          <w:rFonts w:ascii="Times New Roman" w:hAnsi="Times New Roman" w:cs="Times New Roman"/>
          <w:b w:val="0"/>
          <w:bCs w:val="0"/>
          <w:color w:val="auto"/>
          <w:sz w:val="24"/>
          <w:szCs w:val="24"/>
        </w:rPr>
        <w:t>.</w:t>
      </w:r>
    </w:p>
    <w:p w14:paraId="439AE528" w14:textId="77777777" w:rsidR="00C030F1" w:rsidRPr="006A5AA2" w:rsidRDefault="00C030F1" w:rsidP="008D7FB3">
      <w:pPr>
        <w:pStyle w:val="Ttulo2"/>
        <w:numPr>
          <w:ilvl w:val="0"/>
          <w:numId w:val="27"/>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Incertidumbre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jurídica</w:t>
      </w:r>
      <w:proofErr w:type="spellEnd"/>
      <w:r w:rsidRPr="006A5AA2">
        <w:rPr>
          <w:rFonts w:ascii="Times New Roman" w:hAnsi="Times New Roman" w:cs="Times New Roman"/>
          <w:b w:val="0"/>
          <w:bCs w:val="0"/>
          <w:color w:val="auto"/>
          <w:sz w:val="24"/>
          <w:szCs w:val="24"/>
        </w:rPr>
        <w:t>.</w:t>
      </w:r>
    </w:p>
    <w:p w14:paraId="4D939276" w14:textId="6E7EA586" w:rsidR="00C030F1" w:rsidRPr="006A5AA2" w:rsidRDefault="00C030F1" w:rsidP="00C030F1">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Todo </w:t>
      </w:r>
      <w:proofErr w:type="spellStart"/>
      <w:r w:rsidRPr="006A5AA2">
        <w:rPr>
          <w:rFonts w:ascii="Times New Roman" w:hAnsi="Times New Roman" w:cs="Times New Roman"/>
          <w:b w:val="0"/>
          <w:bCs w:val="0"/>
          <w:color w:val="auto"/>
          <w:sz w:val="24"/>
          <w:szCs w:val="24"/>
        </w:rPr>
        <w:t>ello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afecta</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planeación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jurídica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empresarial</w:t>
      </w:r>
      <w:proofErr w:type="spellEnd"/>
      <w:r w:rsidRPr="006A5AA2">
        <w:rPr>
          <w:rFonts w:ascii="Times New Roman" w:hAnsi="Times New Roman" w:cs="Times New Roman"/>
          <w:b w:val="0"/>
          <w:bCs w:val="0"/>
          <w:color w:val="auto"/>
          <w:sz w:val="24"/>
          <w:szCs w:val="24"/>
        </w:rPr>
        <w:t xml:space="preserve"> y </w:t>
      </w:r>
      <w:proofErr w:type="spellStart"/>
      <w:r w:rsidRPr="006A5AA2">
        <w:rPr>
          <w:rFonts w:ascii="Times New Roman" w:hAnsi="Times New Roman" w:cs="Times New Roman"/>
          <w:b w:val="0"/>
          <w:bCs w:val="0"/>
          <w:color w:val="auto"/>
          <w:sz w:val="24"/>
          <w:szCs w:val="24"/>
        </w:rPr>
        <w:t>evidencia</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necesidad</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armonizar</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sistemas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digital a </w:t>
      </w:r>
      <w:proofErr w:type="spellStart"/>
      <w:r w:rsidRPr="006A5AA2">
        <w:rPr>
          <w:rFonts w:ascii="Times New Roman" w:hAnsi="Times New Roman" w:cs="Times New Roman"/>
          <w:b w:val="0"/>
          <w:bCs w:val="0"/>
          <w:color w:val="auto"/>
          <w:sz w:val="24"/>
          <w:szCs w:val="24"/>
        </w:rPr>
        <w:t>nivel</w:t>
      </w:r>
      <w:proofErr w:type="spellEnd"/>
      <w:r w:rsidRPr="006A5AA2">
        <w:rPr>
          <w:rFonts w:ascii="Times New Roman" w:hAnsi="Times New Roman" w:cs="Times New Roman"/>
          <w:b w:val="0"/>
          <w:bCs w:val="0"/>
          <w:color w:val="auto"/>
          <w:sz w:val="24"/>
          <w:szCs w:val="24"/>
        </w:rPr>
        <w:t xml:space="preserve"> regional.</w:t>
      </w:r>
    </w:p>
    <w:p w14:paraId="478156A4" w14:textId="47D4B42A" w:rsidR="00C030F1" w:rsidRPr="006A5AA2" w:rsidRDefault="00C030F1" w:rsidP="00C030F1">
      <w:pPr>
        <w:pStyle w:val="Ttulo2"/>
        <w:rPr>
          <w:rFonts w:ascii="Times New Roman" w:hAnsi="Times New Roman" w:cs="Times New Roman"/>
          <w:color w:val="auto"/>
          <w:sz w:val="24"/>
          <w:szCs w:val="24"/>
        </w:rPr>
      </w:pPr>
      <w:proofErr w:type="spellStart"/>
      <w:r w:rsidRPr="006A5AA2">
        <w:rPr>
          <w:rFonts w:ascii="Times New Roman" w:hAnsi="Times New Roman" w:cs="Times New Roman"/>
          <w:color w:val="auto"/>
          <w:sz w:val="24"/>
          <w:szCs w:val="24"/>
        </w:rPr>
        <w:t>Necesidad</w:t>
      </w:r>
      <w:proofErr w:type="spellEnd"/>
      <w:r w:rsidRPr="006A5AA2">
        <w:rPr>
          <w:rFonts w:ascii="Times New Roman" w:hAnsi="Times New Roman" w:cs="Times New Roman"/>
          <w:color w:val="auto"/>
          <w:sz w:val="24"/>
          <w:szCs w:val="24"/>
        </w:rPr>
        <w:t xml:space="preserve"> de </w:t>
      </w:r>
      <w:proofErr w:type="spellStart"/>
      <w:r w:rsidRPr="006A5AA2">
        <w:rPr>
          <w:rFonts w:ascii="Times New Roman" w:hAnsi="Times New Roman" w:cs="Times New Roman"/>
          <w:color w:val="auto"/>
          <w:sz w:val="24"/>
          <w:szCs w:val="24"/>
        </w:rPr>
        <w:t>armonización</w:t>
      </w:r>
      <w:proofErr w:type="spellEnd"/>
      <w:r w:rsidRPr="006A5AA2">
        <w:rPr>
          <w:rFonts w:ascii="Times New Roman" w:hAnsi="Times New Roman" w:cs="Times New Roman"/>
          <w:color w:val="auto"/>
          <w:sz w:val="24"/>
          <w:szCs w:val="24"/>
        </w:rPr>
        <w:t xml:space="preserve"> </w:t>
      </w:r>
      <w:proofErr w:type="spellStart"/>
      <w:r w:rsidRPr="006A5AA2">
        <w:rPr>
          <w:rFonts w:ascii="Times New Roman" w:hAnsi="Times New Roman" w:cs="Times New Roman"/>
          <w:color w:val="auto"/>
          <w:sz w:val="24"/>
          <w:szCs w:val="24"/>
        </w:rPr>
        <w:t>normativa</w:t>
      </w:r>
      <w:proofErr w:type="spellEnd"/>
      <w:r w:rsidRPr="006A5AA2">
        <w:rPr>
          <w:rFonts w:ascii="Times New Roman" w:hAnsi="Times New Roman" w:cs="Times New Roman"/>
          <w:color w:val="auto"/>
          <w:sz w:val="24"/>
          <w:szCs w:val="24"/>
        </w:rPr>
        <w:t xml:space="preserve"> regional</w:t>
      </w:r>
    </w:p>
    <w:p w14:paraId="47E5ABF1" w14:textId="77777777" w:rsidR="00C030F1" w:rsidRPr="006A5AA2" w:rsidRDefault="00C030F1" w:rsidP="00C030F1">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El </w:t>
      </w:r>
      <w:proofErr w:type="spellStart"/>
      <w:r w:rsidRPr="006A5AA2">
        <w:rPr>
          <w:rFonts w:ascii="Times New Roman" w:hAnsi="Times New Roman" w:cs="Times New Roman"/>
          <w:b w:val="0"/>
          <w:bCs w:val="0"/>
          <w:color w:val="auto"/>
          <w:sz w:val="24"/>
          <w:szCs w:val="24"/>
        </w:rPr>
        <w:t>análisis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comparado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permite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concluir</w:t>
      </w:r>
      <w:proofErr w:type="spellEnd"/>
      <w:r w:rsidRPr="006A5AA2">
        <w:rPr>
          <w:rFonts w:ascii="Times New Roman" w:hAnsi="Times New Roman" w:cs="Times New Roman"/>
          <w:b w:val="0"/>
          <w:bCs w:val="0"/>
          <w:color w:val="auto"/>
          <w:sz w:val="24"/>
          <w:szCs w:val="24"/>
        </w:rPr>
        <w:t xml:space="preserve"> que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problema</w:t>
      </w:r>
      <w:proofErr w:type="spellEnd"/>
      <w:r w:rsidRPr="006A5AA2">
        <w:rPr>
          <w:rFonts w:ascii="Times New Roman" w:hAnsi="Times New Roman" w:cs="Times New Roman"/>
          <w:b w:val="0"/>
          <w:bCs w:val="0"/>
          <w:color w:val="auto"/>
          <w:sz w:val="24"/>
          <w:szCs w:val="24"/>
        </w:rPr>
        <w:t xml:space="preserve"> no </w:t>
      </w:r>
      <w:proofErr w:type="spellStart"/>
      <w:r w:rsidRPr="006A5AA2">
        <w:rPr>
          <w:rFonts w:ascii="Times New Roman" w:hAnsi="Times New Roman" w:cs="Times New Roman"/>
          <w:b w:val="0"/>
          <w:bCs w:val="0"/>
          <w:color w:val="auto"/>
          <w:sz w:val="24"/>
          <w:szCs w:val="24"/>
        </w:rPr>
        <w:t>radica</w:t>
      </w:r>
      <w:proofErr w:type="spellEnd"/>
      <w:r w:rsidRPr="006A5AA2">
        <w:rPr>
          <w:rFonts w:ascii="Times New Roman" w:hAnsi="Times New Roman" w:cs="Times New Roman"/>
          <w:b w:val="0"/>
          <w:bCs w:val="0"/>
          <w:color w:val="auto"/>
          <w:sz w:val="24"/>
          <w:szCs w:val="24"/>
        </w:rPr>
        <w:t xml:space="preserve"> en la </w:t>
      </w:r>
      <w:proofErr w:type="spellStart"/>
      <w:r w:rsidRPr="006A5AA2">
        <w:rPr>
          <w:rFonts w:ascii="Times New Roman" w:hAnsi="Times New Roman" w:cs="Times New Roman"/>
          <w:b w:val="0"/>
          <w:bCs w:val="0"/>
          <w:color w:val="auto"/>
          <w:sz w:val="24"/>
          <w:szCs w:val="24"/>
        </w:rPr>
        <w:t>inexistencia</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normas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sino</w:t>
      </w:r>
      <w:proofErr w:type="spellEnd"/>
      <w:r w:rsidRPr="006A5AA2">
        <w:rPr>
          <w:rFonts w:ascii="Times New Roman" w:hAnsi="Times New Roman" w:cs="Times New Roman"/>
          <w:b w:val="0"/>
          <w:bCs w:val="0"/>
          <w:color w:val="auto"/>
          <w:sz w:val="24"/>
          <w:szCs w:val="24"/>
        </w:rPr>
        <w:t xml:space="preserve"> en </w:t>
      </w:r>
      <w:proofErr w:type="spellStart"/>
      <w:r w:rsidRPr="006A5AA2">
        <w:rPr>
          <w:rFonts w:ascii="Times New Roman" w:hAnsi="Times New Roman" w:cs="Times New Roman"/>
          <w:b w:val="0"/>
          <w:bCs w:val="0"/>
          <w:color w:val="auto"/>
          <w:sz w:val="24"/>
          <w:szCs w:val="24"/>
        </w:rPr>
        <w:t>su</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aplicación</w:t>
      </w:r>
      <w:proofErr w:type="spellEnd"/>
      <w:r w:rsidRPr="006A5AA2">
        <w:rPr>
          <w:rFonts w:ascii="Times New Roman" w:hAnsi="Times New Roman" w:cs="Times New Roman"/>
          <w:b w:val="0"/>
          <w:bCs w:val="0"/>
          <w:color w:val="auto"/>
          <w:sz w:val="24"/>
          <w:szCs w:val="24"/>
        </w:rPr>
        <w:t xml:space="preserve"> y </w:t>
      </w:r>
      <w:proofErr w:type="spellStart"/>
      <w:r w:rsidRPr="006A5AA2">
        <w:rPr>
          <w:rFonts w:ascii="Times New Roman" w:hAnsi="Times New Roman" w:cs="Times New Roman"/>
          <w:b w:val="0"/>
          <w:bCs w:val="0"/>
          <w:color w:val="auto"/>
          <w:sz w:val="24"/>
          <w:szCs w:val="24"/>
        </w:rPr>
        <w:t>articulación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internacional</w:t>
      </w:r>
      <w:proofErr w:type="spellEnd"/>
      <w:r w:rsidRPr="006A5AA2">
        <w:rPr>
          <w:rFonts w:ascii="Times New Roman" w:hAnsi="Times New Roman" w:cs="Times New Roman"/>
          <w:b w:val="0"/>
          <w:bCs w:val="0"/>
          <w:color w:val="auto"/>
          <w:sz w:val="24"/>
          <w:szCs w:val="24"/>
        </w:rPr>
        <w:t xml:space="preserve">. En ese </w:t>
      </w:r>
      <w:proofErr w:type="spellStart"/>
      <w:r w:rsidRPr="006A5AA2">
        <w:rPr>
          <w:rFonts w:ascii="Times New Roman" w:hAnsi="Times New Roman" w:cs="Times New Roman"/>
          <w:b w:val="0"/>
          <w:bCs w:val="0"/>
          <w:color w:val="auto"/>
          <w:sz w:val="24"/>
          <w:szCs w:val="24"/>
        </w:rPr>
        <w:t>sentido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resulta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necesario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avanzar</w:t>
      </w:r>
      <w:proofErr w:type="spellEnd"/>
      <w:r w:rsidRPr="006A5AA2">
        <w:rPr>
          <w:rFonts w:ascii="Times New Roman" w:hAnsi="Times New Roman" w:cs="Times New Roman"/>
          <w:b w:val="0"/>
          <w:bCs w:val="0"/>
          <w:color w:val="auto"/>
          <w:sz w:val="24"/>
          <w:szCs w:val="24"/>
        </w:rPr>
        <w:t xml:space="preserve"> en:</w:t>
      </w:r>
    </w:p>
    <w:p w14:paraId="5878081E" w14:textId="77777777" w:rsidR="00C030F1" w:rsidRPr="006A5AA2" w:rsidRDefault="00C030F1" w:rsidP="008D7FB3">
      <w:pPr>
        <w:pStyle w:val="Ttulo2"/>
        <w:numPr>
          <w:ilvl w:val="0"/>
          <w:numId w:val="28"/>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Acuerdos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bilaterales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reconocimiento</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firmas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digitales</w:t>
      </w:r>
      <w:proofErr w:type="spellEnd"/>
      <w:r w:rsidRPr="006A5AA2">
        <w:rPr>
          <w:rFonts w:ascii="Times New Roman" w:hAnsi="Times New Roman" w:cs="Times New Roman"/>
          <w:b w:val="0"/>
          <w:bCs w:val="0"/>
          <w:color w:val="auto"/>
          <w:sz w:val="24"/>
          <w:szCs w:val="24"/>
        </w:rPr>
        <w:t>.</w:t>
      </w:r>
    </w:p>
    <w:p w14:paraId="141331A4" w14:textId="77777777" w:rsidR="00C030F1" w:rsidRPr="006A5AA2" w:rsidRDefault="00C030F1" w:rsidP="008D7FB3">
      <w:pPr>
        <w:pStyle w:val="Ttulo2"/>
        <w:numPr>
          <w:ilvl w:val="0"/>
          <w:numId w:val="28"/>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Protocolos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regionales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interoperabilidad</w:t>
      </w:r>
      <w:proofErr w:type="spellEnd"/>
      <w:r w:rsidRPr="006A5AA2">
        <w:rPr>
          <w:rFonts w:ascii="Times New Roman" w:hAnsi="Times New Roman" w:cs="Times New Roman"/>
          <w:b w:val="0"/>
          <w:bCs w:val="0"/>
          <w:color w:val="auto"/>
          <w:sz w:val="24"/>
          <w:szCs w:val="24"/>
        </w:rPr>
        <w:t>.</w:t>
      </w:r>
    </w:p>
    <w:p w14:paraId="7CAFF6C6" w14:textId="77777777" w:rsidR="00C030F1" w:rsidRPr="006A5AA2" w:rsidRDefault="00C030F1" w:rsidP="008D7FB3">
      <w:pPr>
        <w:pStyle w:val="Ttulo2"/>
        <w:numPr>
          <w:ilvl w:val="0"/>
          <w:numId w:val="28"/>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Estándares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comunes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certificación</w:t>
      </w:r>
      <w:proofErr w:type="spellEnd"/>
      <w:r w:rsidRPr="006A5AA2">
        <w:rPr>
          <w:rFonts w:ascii="Times New Roman" w:hAnsi="Times New Roman" w:cs="Times New Roman"/>
          <w:b w:val="0"/>
          <w:bCs w:val="0"/>
          <w:color w:val="auto"/>
          <w:sz w:val="24"/>
          <w:szCs w:val="24"/>
        </w:rPr>
        <w:t xml:space="preserve"> digital.</w:t>
      </w:r>
    </w:p>
    <w:p w14:paraId="44AB3F2C" w14:textId="2C068F8D" w:rsidR="006A5AA2" w:rsidRPr="006A5AA2" w:rsidRDefault="00C030F1" w:rsidP="008D7FB3">
      <w:pPr>
        <w:pStyle w:val="Ttulo2"/>
        <w:numPr>
          <w:ilvl w:val="0"/>
          <w:numId w:val="28"/>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Capacitación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institucional</w:t>
      </w:r>
      <w:proofErr w:type="spellEnd"/>
      <w:r w:rsidRPr="006A5AA2">
        <w:rPr>
          <w:rFonts w:ascii="Times New Roman" w:hAnsi="Times New Roman" w:cs="Times New Roman"/>
          <w:b w:val="0"/>
          <w:bCs w:val="0"/>
          <w:color w:val="auto"/>
          <w:sz w:val="24"/>
          <w:szCs w:val="24"/>
        </w:rPr>
        <w:t>.</w:t>
      </w:r>
      <w:r w:rsidR="006A5AA2">
        <w:rPr>
          <w:rFonts w:ascii="Times New Roman" w:hAnsi="Times New Roman" w:cs="Times New Roman"/>
          <w:b w:val="0"/>
          <w:bCs w:val="0"/>
          <w:color w:val="auto"/>
          <w:sz w:val="24"/>
          <w:szCs w:val="24"/>
        </w:rPr>
        <w:br/>
      </w:r>
    </w:p>
    <w:p w14:paraId="7B4CC3BD" w14:textId="4BADC554" w:rsidR="008D7FB3" w:rsidRPr="006A5AA2" w:rsidRDefault="008D7FB3" w:rsidP="008D7FB3">
      <w:pPr>
        <w:jc w:val="center"/>
        <w:rPr>
          <w:b/>
          <w:bCs/>
        </w:rPr>
      </w:pPr>
      <w:r w:rsidRPr="006A5AA2">
        <w:rPr>
          <w:b/>
          <w:bCs/>
        </w:rPr>
        <w:t>DISEÑO METODOLÓGICO DE LA INVESTIGACIÓN</w:t>
      </w:r>
    </w:p>
    <w:p w14:paraId="18F97F9C" w14:textId="77777777" w:rsidR="00C030F1" w:rsidRPr="006A5AA2" w:rsidRDefault="00C030F1" w:rsidP="009855D2">
      <w:pPr>
        <w:pStyle w:val="Ttulo2"/>
        <w:rPr>
          <w:rFonts w:ascii="Times New Roman" w:hAnsi="Times New Roman" w:cs="Times New Roman"/>
          <w:color w:val="auto"/>
          <w:sz w:val="24"/>
          <w:szCs w:val="24"/>
        </w:rPr>
      </w:pPr>
    </w:p>
    <w:p w14:paraId="6D96FF60" w14:textId="77777777" w:rsidR="00811987" w:rsidRPr="006A5AA2" w:rsidRDefault="00811987" w:rsidP="00811987">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La </w:t>
      </w:r>
      <w:proofErr w:type="spellStart"/>
      <w:r w:rsidRPr="006A5AA2">
        <w:rPr>
          <w:rFonts w:ascii="Times New Roman" w:hAnsi="Times New Roman" w:cs="Times New Roman"/>
          <w:b w:val="0"/>
          <w:bCs w:val="0"/>
          <w:color w:val="auto"/>
          <w:sz w:val="24"/>
          <w:szCs w:val="24"/>
        </w:rPr>
        <w:t>presente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investigación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adopta</w:t>
      </w:r>
      <w:proofErr w:type="spellEnd"/>
      <w:r w:rsidRPr="006A5AA2">
        <w:rPr>
          <w:rFonts w:ascii="Times New Roman" w:hAnsi="Times New Roman" w:cs="Times New Roman"/>
          <w:b w:val="0"/>
          <w:bCs w:val="0"/>
          <w:color w:val="auto"/>
          <w:sz w:val="24"/>
          <w:szCs w:val="24"/>
        </w:rPr>
        <w:t xml:space="preserve"> un </w:t>
      </w:r>
      <w:proofErr w:type="spellStart"/>
      <w:r w:rsidRPr="006A5AA2">
        <w:rPr>
          <w:rFonts w:ascii="Times New Roman" w:hAnsi="Times New Roman" w:cs="Times New Roman"/>
          <w:b w:val="0"/>
          <w:bCs w:val="0"/>
          <w:color w:val="auto"/>
          <w:sz w:val="24"/>
          <w:szCs w:val="24"/>
        </w:rPr>
        <w:t>enfoque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mixto</w:t>
      </w:r>
      <w:proofErr w:type="spellEnd"/>
      <w:r w:rsidRPr="006A5AA2">
        <w:rPr>
          <w:rFonts w:ascii="Times New Roman" w:hAnsi="Times New Roman" w:cs="Times New Roman"/>
          <w:b w:val="0"/>
          <w:bCs w:val="0"/>
          <w:color w:val="auto"/>
          <w:sz w:val="24"/>
          <w:szCs w:val="24"/>
        </w:rPr>
        <w:t xml:space="preserve">, al </w:t>
      </w:r>
      <w:proofErr w:type="spellStart"/>
      <w:r w:rsidRPr="006A5AA2">
        <w:rPr>
          <w:rFonts w:ascii="Times New Roman" w:hAnsi="Times New Roman" w:cs="Times New Roman"/>
          <w:b w:val="0"/>
          <w:bCs w:val="0"/>
          <w:color w:val="auto"/>
          <w:sz w:val="24"/>
          <w:szCs w:val="24"/>
        </w:rPr>
        <w:t>integrar</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métodos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cuantitativos</w:t>
      </w:r>
      <w:proofErr w:type="spellEnd"/>
      <w:r w:rsidRPr="006A5AA2">
        <w:rPr>
          <w:rFonts w:ascii="Times New Roman" w:hAnsi="Times New Roman" w:cs="Times New Roman"/>
          <w:b w:val="0"/>
          <w:bCs w:val="0"/>
          <w:color w:val="auto"/>
          <w:sz w:val="24"/>
          <w:szCs w:val="24"/>
        </w:rPr>
        <w:t xml:space="preserve"> y </w:t>
      </w:r>
      <w:proofErr w:type="spellStart"/>
      <w:r w:rsidRPr="006A5AA2">
        <w:rPr>
          <w:rFonts w:ascii="Times New Roman" w:hAnsi="Times New Roman" w:cs="Times New Roman"/>
          <w:b w:val="0"/>
          <w:bCs w:val="0"/>
          <w:color w:val="auto"/>
          <w:sz w:val="24"/>
          <w:szCs w:val="24"/>
        </w:rPr>
        <w:t>cualitativos</w:t>
      </w:r>
      <w:proofErr w:type="spellEnd"/>
      <w:r w:rsidRPr="006A5AA2">
        <w:rPr>
          <w:rFonts w:ascii="Times New Roman" w:hAnsi="Times New Roman" w:cs="Times New Roman"/>
          <w:b w:val="0"/>
          <w:bCs w:val="0"/>
          <w:color w:val="auto"/>
          <w:sz w:val="24"/>
          <w:szCs w:val="24"/>
        </w:rPr>
        <w:t xml:space="preserve">, con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fin de </w:t>
      </w:r>
      <w:proofErr w:type="spellStart"/>
      <w:r w:rsidRPr="006A5AA2">
        <w:rPr>
          <w:rFonts w:ascii="Times New Roman" w:hAnsi="Times New Roman" w:cs="Times New Roman"/>
          <w:b w:val="0"/>
          <w:bCs w:val="0"/>
          <w:color w:val="auto"/>
          <w:sz w:val="24"/>
          <w:szCs w:val="24"/>
        </w:rPr>
        <w:t>obtener</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una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comprensión</w:t>
      </w:r>
      <w:proofErr w:type="spellEnd"/>
      <w:r w:rsidRPr="006A5AA2">
        <w:rPr>
          <w:rFonts w:ascii="Times New Roman" w:hAnsi="Times New Roman" w:cs="Times New Roman"/>
          <w:b w:val="0"/>
          <w:bCs w:val="0"/>
          <w:color w:val="auto"/>
          <w:sz w:val="24"/>
          <w:szCs w:val="24"/>
        </w:rPr>
        <w:t xml:space="preserve"> integral del </w:t>
      </w:r>
      <w:proofErr w:type="spellStart"/>
      <w:r w:rsidRPr="006A5AA2">
        <w:rPr>
          <w:rFonts w:ascii="Times New Roman" w:hAnsi="Times New Roman" w:cs="Times New Roman"/>
          <w:b w:val="0"/>
          <w:bCs w:val="0"/>
          <w:color w:val="auto"/>
          <w:sz w:val="24"/>
          <w:szCs w:val="24"/>
        </w:rPr>
        <w:t>fenómeno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estudiado</w:t>
      </w:r>
      <w:proofErr w:type="spellEnd"/>
      <w:r w:rsidRPr="006A5AA2">
        <w:rPr>
          <w:rFonts w:ascii="Times New Roman" w:hAnsi="Times New Roman" w:cs="Times New Roman"/>
          <w:b w:val="0"/>
          <w:bCs w:val="0"/>
          <w:color w:val="auto"/>
          <w:sz w:val="24"/>
          <w:szCs w:val="24"/>
        </w:rPr>
        <w:t xml:space="preserve">. Este </w:t>
      </w:r>
      <w:proofErr w:type="spellStart"/>
      <w:r w:rsidRPr="006A5AA2">
        <w:rPr>
          <w:rFonts w:ascii="Times New Roman" w:hAnsi="Times New Roman" w:cs="Times New Roman"/>
          <w:b w:val="0"/>
          <w:bCs w:val="0"/>
          <w:color w:val="auto"/>
          <w:sz w:val="24"/>
          <w:szCs w:val="24"/>
        </w:rPr>
        <w:t>enfoque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permite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analizar</w:t>
      </w:r>
      <w:proofErr w:type="spellEnd"/>
      <w:r w:rsidRPr="006A5AA2">
        <w:rPr>
          <w:rFonts w:ascii="Times New Roman" w:hAnsi="Times New Roman" w:cs="Times New Roman"/>
          <w:b w:val="0"/>
          <w:bCs w:val="0"/>
          <w:color w:val="auto"/>
          <w:sz w:val="24"/>
          <w:szCs w:val="24"/>
        </w:rPr>
        <w:t xml:space="preserve"> tanto </w:t>
      </w:r>
      <w:proofErr w:type="spellStart"/>
      <w:r w:rsidRPr="006A5AA2">
        <w:rPr>
          <w:rFonts w:ascii="Times New Roman" w:hAnsi="Times New Roman" w:cs="Times New Roman"/>
          <w:b w:val="0"/>
          <w:bCs w:val="0"/>
          <w:color w:val="auto"/>
          <w:sz w:val="24"/>
          <w:szCs w:val="24"/>
        </w:rPr>
        <w:t>datos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medibles</w:t>
      </w:r>
      <w:proofErr w:type="spellEnd"/>
      <w:r w:rsidRPr="006A5AA2">
        <w:rPr>
          <w:rFonts w:ascii="Times New Roman" w:hAnsi="Times New Roman" w:cs="Times New Roman"/>
          <w:b w:val="0"/>
          <w:bCs w:val="0"/>
          <w:color w:val="auto"/>
          <w:sz w:val="24"/>
          <w:szCs w:val="24"/>
        </w:rPr>
        <w:t xml:space="preserve"> y </w:t>
      </w:r>
      <w:proofErr w:type="spellStart"/>
      <w:r w:rsidRPr="006A5AA2">
        <w:rPr>
          <w:rFonts w:ascii="Times New Roman" w:hAnsi="Times New Roman" w:cs="Times New Roman"/>
          <w:b w:val="0"/>
          <w:bCs w:val="0"/>
          <w:color w:val="auto"/>
          <w:sz w:val="24"/>
          <w:szCs w:val="24"/>
        </w:rPr>
        <w:t>generalizables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como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percepciones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experiencias</w:t>
      </w:r>
      <w:proofErr w:type="spellEnd"/>
      <w:r w:rsidRPr="006A5AA2">
        <w:rPr>
          <w:rFonts w:ascii="Times New Roman" w:hAnsi="Times New Roman" w:cs="Times New Roman"/>
          <w:b w:val="0"/>
          <w:bCs w:val="0"/>
          <w:color w:val="auto"/>
          <w:sz w:val="24"/>
          <w:szCs w:val="24"/>
        </w:rPr>
        <w:t xml:space="preserve"> y </w:t>
      </w:r>
      <w:proofErr w:type="spellStart"/>
      <w:r w:rsidRPr="006A5AA2">
        <w:rPr>
          <w:rFonts w:ascii="Times New Roman" w:hAnsi="Times New Roman" w:cs="Times New Roman"/>
          <w:b w:val="0"/>
          <w:bCs w:val="0"/>
          <w:color w:val="auto"/>
          <w:sz w:val="24"/>
          <w:szCs w:val="24"/>
        </w:rPr>
        <w:t>valoraciones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subjetivas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los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actores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involucrados</w:t>
      </w:r>
      <w:proofErr w:type="spellEnd"/>
      <w:r w:rsidRPr="006A5AA2">
        <w:rPr>
          <w:rFonts w:ascii="Times New Roman" w:hAnsi="Times New Roman" w:cs="Times New Roman"/>
          <w:b w:val="0"/>
          <w:bCs w:val="0"/>
          <w:color w:val="auto"/>
          <w:sz w:val="24"/>
          <w:szCs w:val="24"/>
        </w:rPr>
        <w:t>.</w:t>
      </w:r>
    </w:p>
    <w:p w14:paraId="473BF06A" w14:textId="77777777" w:rsidR="00811987" w:rsidRPr="006A5AA2" w:rsidRDefault="00811987" w:rsidP="00811987">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El </w:t>
      </w:r>
      <w:proofErr w:type="spellStart"/>
      <w:r w:rsidRPr="006A5AA2">
        <w:rPr>
          <w:rFonts w:ascii="Times New Roman" w:hAnsi="Times New Roman" w:cs="Times New Roman"/>
          <w:b w:val="0"/>
          <w:bCs w:val="0"/>
          <w:color w:val="auto"/>
          <w:sz w:val="24"/>
          <w:szCs w:val="24"/>
        </w:rPr>
        <w:t>componente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cuantitativo</w:t>
      </w:r>
      <w:proofErr w:type="spellEnd"/>
      <w:r w:rsidRPr="006A5AA2">
        <w:rPr>
          <w:rFonts w:ascii="Times New Roman" w:hAnsi="Times New Roman" w:cs="Times New Roman"/>
          <w:b w:val="0"/>
          <w:bCs w:val="0"/>
          <w:color w:val="auto"/>
          <w:sz w:val="24"/>
          <w:szCs w:val="24"/>
        </w:rPr>
        <w:t xml:space="preserve"> se </w:t>
      </w:r>
      <w:proofErr w:type="spellStart"/>
      <w:r w:rsidRPr="006A5AA2">
        <w:rPr>
          <w:rFonts w:ascii="Times New Roman" w:hAnsi="Times New Roman" w:cs="Times New Roman"/>
          <w:b w:val="0"/>
          <w:bCs w:val="0"/>
          <w:color w:val="auto"/>
          <w:sz w:val="24"/>
          <w:szCs w:val="24"/>
        </w:rPr>
        <w:t>desarrolla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mediante</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aplicación</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una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encuesta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estructurada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orientada</w:t>
      </w:r>
      <w:proofErr w:type="spellEnd"/>
      <w:r w:rsidRPr="006A5AA2">
        <w:rPr>
          <w:rFonts w:ascii="Times New Roman" w:hAnsi="Times New Roman" w:cs="Times New Roman"/>
          <w:b w:val="0"/>
          <w:bCs w:val="0"/>
          <w:color w:val="auto"/>
          <w:sz w:val="24"/>
          <w:szCs w:val="24"/>
        </w:rPr>
        <w:t xml:space="preserve"> a </w:t>
      </w:r>
      <w:proofErr w:type="spellStart"/>
      <w:r w:rsidRPr="006A5AA2">
        <w:rPr>
          <w:rFonts w:ascii="Times New Roman" w:hAnsi="Times New Roman" w:cs="Times New Roman"/>
          <w:b w:val="0"/>
          <w:bCs w:val="0"/>
          <w:color w:val="auto"/>
          <w:sz w:val="24"/>
          <w:szCs w:val="24"/>
        </w:rPr>
        <w:t>medir</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frecuencia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impacto</w:t>
      </w:r>
      <w:proofErr w:type="spellEnd"/>
      <w:r w:rsidRPr="006A5AA2">
        <w:rPr>
          <w:rFonts w:ascii="Times New Roman" w:hAnsi="Times New Roman" w:cs="Times New Roman"/>
          <w:b w:val="0"/>
          <w:bCs w:val="0"/>
          <w:color w:val="auto"/>
          <w:sz w:val="24"/>
          <w:szCs w:val="24"/>
        </w:rPr>
        <w:t xml:space="preserve"> y la </w:t>
      </w:r>
      <w:proofErr w:type="spellStart"/>
      <w:r w:rsidRPr="006A5AA2">
        <w:rPr>
          <w:rFonts w:ascii="Times New Roman" w:hAnsi="Times New Roman" w:cs="Times New Roman"/>
          <w:b w:val="0"/>
          <w:bCs w:val="0"/>
          <w:color w:val="auto"/>
          <w:sz w:val="24"/>
          <w:szCs w:val="24"/>
        </w:rPr>
        <w:t>percepción</w:t>
      </w:r>
      <w:proofErr w:type="spellEnd"/>
      <w:r w:rsidRPr="006A5AA2">
        <w:rPr>
          <w:rFonts w:ascii="Times New Roman" w:hAnsi="Times New Roman" w:cs="Times New Roman"/>
          <w:b w:val="0"/>
          <w:bCs w:val="0"/>
          <w:color w:val="auto"/>
          <w:sz w:val="24"/>
          <w:szCs w:val="24"/>
        </w:rPr>
        <w:t xml:space="preserve"> de las barreras </w:t>
      </w:r>
      <w:proofErr w:type="spellStart"/>
      <w:r w:rsidRPr="006A5AA2">
        <w:rPr>
          <w:rFonts w:ascii="Times New Roman" w:hAnsi="Times New Roman" w:cs="Times New Roman"/>
          <w:b w:val="0"/>
          <w:bCs w:val="0"/>
          <w:color w:val="auto"/>
          <w:sz w:val="24"/>
          <w:szCs w:val="24"/>
        </w:rPr>
        <w:t>jurídicas</w:t>
      </w:r>
      <w:proofErr w:type="spellEnd"/>
      <w:r w:rsidRPr="006A5AA2">
        <w:rPr>
          <w:rFonts w:ascii="Times New Roman" w:hAnsi="Times New Roman" w:cs="Times New Roman"/>
          <w:b w:val="0"/>
          <w:bCs w:val="0"/>
          <w:color w:val="auto"/>
          <w:sz w:val="24"/>
          <w:szCs w:val="24"/>
        </w:rPr>
        <w:t xml:space="preserve"> y </w:t>
      </w:r>
      <w:proofErr w:type="spellStart"/>
      <w:r w:rsidRPr="006A5AA2">
        <w:rPr>
          <w:rFonts w:ascii="Times New Roman" w:hAnsi="Times New Roman" w:cs="Times New Roman"/>
          <w:b w:val="0"/>
          <w:bCs w:val="0"/>
          <w:color w:val="auto"/>
          <w:sz w:val="24"/>
          <w:szCs w:val="24"/>
        </w:rPr>
        <w:t>prácticas</w:t>
      </w:r>
      <w:proofErr w:type="spellEnd"/>
      <w:r w:rsidRPr="006A5AA2">
        <w:rPr>
          <w:rFonts w:ascii="Times New Roman" w:hAnsi="Times New Roman" w:cs="Times New Roman"/>
          <w:b w:val="0"/>
          <w:bCs w:val="0"/>
          <w:color w:val="auto"/>
          <w:sz w:val="24"/>
          <w:szCs w:val="24"/>
        </w:rPr>
        <w:t xml:space="preserve"> en la </w:t>
      </w:r>
      <w:proofErr w:type="spellStart"/>
      <w:r w:rsidRPr="006A5AA2">
        <w:rPr>
          <w:rFonts w:ascii="Times New Roman" w:hAnsi="Times New Roman" w:cs="Times New Roman"/>
          <w:b w:val="0"/>
          <w:bCs w:val="0"/>
          <w:color w:val="auto"/>
          <w:sz w:val="24"/>
          <w:szCs w:val="24"/>
        </w:rPr>
        <w:t>utilización</w:t>
      </w:r>
      <w:proofErr w:type="spellEnd"/>
      <w:r w:rsidRPr="006A5AA2">
        <w:rPr>
          <w:rFonts w:ascii="Times New Roman" w:hAnsi="Times New Roman" w:cs="Times New Roman"/>
          <w:b w:val="0"/>
          <w:bCs w:val="0"/>
          <w:color w:val="auto"/>
          <w:sz w:val="24"/>
          <w:szCs w:val="24"/>
        </w:rPr>
        <w:t xml:space="preserve"> de 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digital </w:t>
      </w:r>
      <w:proofErr w:type="spellStart"/>
      <w:r w:rsidRPr="006A5AA2">
        <w:rPr>
          <w:rFonts w:ascii="Times New Roman" w:hAnsi="Times New Roman" w:cs="Times New Roman"/>
          <w:b w:val="0"/>
          <w:bCs w:val="0"/>
          <w:color w:val="auto"/>
          <w:sz w:val="24"/>
          <w:szCs w:val="24"/>
        </w:rPr>
        <w:t>por</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parte</w:t>
      </w:r>
      <w:proofErr w:type="spellEnd"/>
      <w:r w:rsidRPr="006A5AA2">
        <w:rPr>
          <w:rFonts w:ascii="Times New Roman" w:hAnsi="Times New Roman" w:cs="Times New Roman"/>
          <w:b w:val="0"/>
          <w:bCs w:val="0"/>
          <w:color w:val="auto"/>
          <w:sz w:val="24"/>
          <w:szCs w:val="24"/>
        </w:rPr>
        <w:t xml:space="preserve"> de empresas </w:t>
      </w:r>
      <w:proofErr w:type="spellStart"/>
      <w:r w:rsidRPr="006A5AA2">
        <w:rPr>
          <w:rFonts w:ascii="Times New Roman" w:hAnsi="Times New Roman" w:cs="Times New Roman"/>
          <w:b w:val="0"/>
          <w:bCs w:val="0"/>
          <w:color w:val="auto"/>
          <w:sz w:val="24"/>
          <w:szCs w:val="24"/>
        </w:rPr>
        <w:t>colombianas</w:t>
      </w:r>
      <w:proofErr w:type="spellEnd"/>
      <w:r w:rsidRPr="006A5AA2">
        <w:rPr>
          <w:rFonts w:ascii="Times New Roman" w:hAnsi="Times New Roman" w:cs="Times New Roman"/>
          <w:b w:val="0"/>
          <w:bCs w:val="0"/>
          <w:color w:val="auto"/>
          <w:sz w:val="24"/>
          <w:szCs w:val="24"/>
        </w:rPr>
        <w:t xml:space="preserve"> que </w:t>
      </w:r>
      <w:proofErr w:type="spellStart"/>
      <w:r w:rsidRPr="006A5AA2">
        <w:rPr>
          <w:rFonts w:ascii="Times New Roman" w:hAnsi="Times New Roman" w:cs="Times New Roman"/>
          <w:b w:val="0"/>
          <w:bCs w:val="0"/>
          <w:color w:val="auto"/>
          <w:sz w:val="24"/>
          <w:szCs w:val="24"/>
        </w:rPr>
        <w:t>operan</w:t>
      </w:r>
      <w:proofErr w:type="spellEnd"/>
      <w:r w:rsidRPr="006A5AA2">
        <w:rPr>
          <w:rFonts w:ascii="Times New Roman" w:hAnsi="Times New Roman" w:cs="Times New Roman"/>
          <w:b w:val="0"/>
          <w:bCs w:val="0"/>
          <w:color w:val="auto"/>
          <w:sz w:val="24"/>
          <w:szCs w:val="24"/>
        </w:rPr>
        <w:t xml:space="preserve"> o </w:t>
      </w:r>
      <w:proofErr w:type="spellStart"/>
      <w:r w:rsidRPr="006A5AA2">
        <w:rPr>
          <w:rFonts w:ascii="Times New Roman" w:hAnsi="Times New Roman" w:cs="Times New Roman"/>
          <w:b w:val="0"/>
          <w:bCs w:val="0"/>
          <w:color w:val="auto"/>
          <w:sz w:val="24"/>
          <w:szCs w:val="24"/>
        </w:rPr>
        <w:t>buscan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operar</w:t>
      </w:r>
      <w:proofErr w:type="spellEnd"/>
      <w:r w:rsidRPr="006A5AA2">
        <w:rPr>
          <w:rFonts w:ascii="Times New Roman" w:hAnsi="Times New Roman" w:cs="Times New Roman"/>
          <w:b w:val="0"/>
          <w:bCs w:val="0"/>
          <w:color w:val="auto"/>
          <w:sz w:val="24"/>
          <w:szCs w:val="24"/>
        </w:rPr>
        <w:t xml:space="preserve"> en Panamá.</w:t>
      </w:r>
    </w:p>
    <w:p w14:paraId="0E30CE4B" w14:textId="12BDD38A" w:rsidR="00811987" w:rsidRPr="006A5AA2" w:rsidRDefault="00811987" w:rsidP="00811987">
      <w:pPr>
        <w:pStyle w:val="Ttulo2"/>
        <w:rPr>
          <w:rFonts w:ascii="Times New Roman" w:hAnsi="Times New Roman" w:cs="Times New Roman"/>
          <w:b w:val="0"/>
          <w:bCs w:val="0"/>
          <w:color w:val="auto"/>
          <w:sz w:val="24"/>
          <w:szCs w:val="24"/>
        </w:rPr>
      </w:pPr>
      <w:r w:rsidRPr="006A5AA2">
        <w:rPr>
          <w:rFonts w:ascii="Times New Roman" w:hAnsi="Times New Roman" w:cs="Times New Roman"/>
          <w:b w:val="0"/>
          <w:bCs w:val="0"/>
          <w:color w:val="auto"/>
          <w:sz w:val="24"/>
          <w:szCs w:val="24"/>
        </w:rPr>
        <w:t xml:space="preserve">El </w:t>
      </w:r>
      <w:proofErr w:type="spellStart"/>
      <w:r w:rsidRPr="006A5AA2">
        <w:rPr>
          <w:rFonts w:ascii="Times New Roman" w:hAnsi="Times New Roman" w:cs="Times New Roman"/>
          <w:b w:val="0"/>
          <w:bCs w:val="0"/>
          <w:color w:val="auto"/>
          <w:sz w:val="24"/>
          <w:szCs w:val="24"/>
        </w:rPr>
        <w:t>componente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cualitativo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por</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su</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parte</w:t>
      </w:r>
      <w:proofErr w:type="spellEnd"/>
      <w:r w:rsidRPr="006A5AA2">
        <w:rPr>
          <w:rFonts w:ascii="Times New Roman" w:hAnsi="Times New Roman" w:cs="Times New Roman"/>
          <w:b w:val="0"/>
          <w:bCs w:val="0"/>
          <w:color w:val="auto"/>
          <w:sz w:val="24"/>
          <w:szCs w:val="24"/>
        </w:rPr>
        <w:t xml:space="preserve">, se </w:t>
      </w:r>
      <w:proofErr w:type="spellStart"/>
      <w:r w:rsidRPr="006A5AA2">
        <w:rPr>
          <w:rFonts w:ascii="Times New Roman" w:hAnsi="Times New Roman" w:cs="Times New Roman"/>
          <w:b w:val="0"/>
          <w:bCs w:val="0"/>
          <w:color w:val="auto"/>
          <w:sz w:val="24"/>
          <w:szCs w:val="24"/>
        </w:rPr>
        <w:t>fundamenta</w:t>
      </w:r>
      <w:proofErr w:type="spellEnd"/>
      <w:r w:rsidRPr="006A5AA2">
        <w:rPr>
          <w:rFonts w:ascii="Times New Roman" w:hAnsi="Times New Roman" w:cs="Times New Roman"/>
          <w:b w:val="0"/>
          <w:bCs w:val="0"/>
          <w:color w:val="auto"/>
          <w:sz w:val="24"/>
          <w:szCs w:val="24"/>
        </w:rPr>
        <w:t xml:space="preserve"> en la </w:t>
      </w:r>
      <w:proofErr w:type="spellStart"/>
      <w:r w:rsidRPr="006A5AA2">
        <w:rPr>
          <w:rFonts w:ascii="Times New Roman" w:hAnsi="Times New Roman" w:cs="Times New Roman"/>
          <w:b w:val="0"/>
          <w:bCs w:val="0"/>
          <w:color w:val="auto"/>
          <w:sz w:val="24"/>
          <w:szCs w:val="24"/>
        </w:rPr>
        <w:t>aplicación</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entrevistas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semiestructuradas</w:t>
      </w:r>
      <w:proofErr w:type="spellEnd"/>
      <w:r w:rsidRPr="006A5AA2">
        <w:rPr>
          <w:rFonts w:ascii="Times New Roman" w:hAnsi="Times New Roman" w:cs="Times New Roman"/>
          <w:b w:val="0"/>
          <w:bCs w:val="0"/>
          <w:color w:val="auto"/>
          <w:sz w:val="24"/>
          <w:szCs w:val="24"/>
        </w:rPr>
        <w:t xml:space="preserve">, las </w:t>
      </w:r>
      <w:proofErr w:type="spellStart"/>
      <w:r w:rsidRPr="006A5AA2">
        <w:rPr>
          <w:rFonts w:ascii="Times New Roman" w:hAnsi="Times New Roman" w:cs="Times New Roman"/>
          <w:b w:val="0"/>
          <w:bCs w:val="0"/>
          <w:color w:val="auto"/>
          <w:sz w:val="24"/>
          <w:szCs w:val="24"/>
        </w:rPr>
        <w:t>cuales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permiten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profundizar</w:t>
      </w:r>
      <w:proofErr w:type="spellEnd"/>
      <w:r w:rsidRPr="006A5AA2">
        <w:rPr>
          <w:rFonts w:ascii="Times New Roman" w:hAnsi="Times New Roman" w:cs="Times New Roman"/>
          <w:b w:val="0"/>
          <w:bCs w:val="0"/>
          <w:color w:val="auto"/>
          <w:sz w:val="24"/>
          <w:szCs w:val="24"/>
        </w:rPr>
        <w:t xml:space="preserve"> en las </w:t>
      </w:r>
      <w:proofErr w:type="spellStart"/>
      <w:r w:rsidRPr="006A5AA2">
        <w:rPr>
          <w:rFonts w:ascii="Times New Roman" w:hAnsi="Times New Roman" w:cs="Times New Roman"/>
          <w:b w:val="0"/>
          <w:bCs w:val="0"/>
          <w:color w:val="auto"/>
          <w:sz w:val="24"/>
          <w:szCs w:val="24"/>
        </w:rPr>
        <w:t>causas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efectos</w:t>
      </w:r>
      <w:proofErr w:type="spellEnd"/>
      <w:r w:rsidRPr="006A5AA2">
        <w:rPr>
          <w:rFonts w:ascii="Times New Roman" w:hAnsi="Times New Roman" w:cs="Times New Roman"/>
          <w:b w:val="0"/>
          <w:bCs w:val="0"/>
          <w:color w:val="auto"/>
          <w:sz w:val="24"/>
          <w:szCs w:val="24"/>
        </w:rPr>
        <w:t xml:space="preserve"> y </w:t>
      </w:r>
      <w:proofErr w:type="spellStart"/>
      <w:r w:rsidRPr="006A5AA2">
        <w:rPr>
          <w:rFonts w:ascii="Times New Roman" w:hAnsi="Times New Roman" w:cs="Times New Roman"/>
          <w:b w:val="0"/>
          <w:bCs w:val="0"/>
          <w:color w:val="auto"/>
          <w:sz w:val="24"/>
          <w:szCs w:val="24"/>
        </w:rPr>
        <w:t>contextos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institucionales</w:t>
      </w:r>
      <w:proofErr w:type="spellEnd"/>
      <w:r w:rsidRPr="006A5AA2">
        <w:rPr>
          <w:rFonts w:ascii="Times New Roman" w:hAnsi="Times New Roman" w:cs="Times New Roman"/>
          <w:b w:val="0"/>
          <w:bCs w:val="0"/>
          <w:color w:val="auto"/>
          <w:sz w:val="24"/>
          <w:szCs w:val="24"/>
        </w:rPr>
        <w:t xml:space="preserve"> que </w:t>
      </w:r>
      <w:proofErr w:type="spellStart"/>
      <w:r w:rsidRPr="006A5AA2">
        <w:rPr>
          <w:rFonts w:ascii="Times New Roman" w:hAnsi="Times New Roman" w:cs="Times New Roman"/>
          <w:b w:val="0"/>
          <w:bCs w:val="0"/>
          <w:color w:val="auto"/>
          <w:sz w:val="24"/>
          <w:szCs w:val="24"/>
        </w:rPr>
        <w:t>explican</w:t>
      </w:r>
      <w:proofErr w:type="spellEnd"/>
      <w:r w:rsidRPr="006A5AA2">
        <w:rPr>
          <w:rFonts w:ascii="Times New Roman" w:hAnsi="Times New Roman" w:cs="Times New Roman"/>
          <w:b w:val="0"/>
          <w:bCs w:val="0"/>
          <w:color w:val="auto"/>
          <w:sz w:val="24"/>
          <w:szCs w:val="24"/>
        </w:rPr>
        <w:t xml:space="preserve"> las </w:t>
      </w:r>
      <w:proofErr w:type="spellStart"/>
      <w:r w:rsidRPr="006A5AA2">
        <w:rPr>
          <w:rFonts w:ascii="Times New Roman" w:hAnsi="Times New Roman" w:cs="Times New Roman"/>
          <w:b w:val="0"/>
          <w:bCs w:val="0"/>
          <w:color w:val="auto"/>
          <w:sz w:val="24"/>
          <w:szCs w:val="24"/>
        </w:rPr>
        <w:t>dificultades</w:t>
      </w:r>
      <w:proofErr w:type="spellEnd"/>
      <w:r w:rsidRPr="006A5AA2">
        <w:rPr>
          <w:rFonts w:ascii="Times New Roman" w:hAnsi="Times New Roman" w:cs="Times New Roman"/>
          <w:b w:val="0"/>
          <w:bCs w:val="0"/>
          <w:color w:val="auto"/>
          <w:sz w:val="24"/>
          <w:szCs w:val="24"/>
        </w:rPr>
        <w:t xml:space="preserve"> en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reconocimiento</w:t>
      </w:r>
      <w:proofErr w:type="spellEnd"/>
      <w:r w:rsidRPr="006A5AA2">
        <w:rPr>
          <w:rFonts w:ascii="Times New Roman" w:hAnsi="Times New Roman" w:cs="Times New Roman"/>
          <w:b w:val="0"/>
          <w:bCs w:val="0"/>
          <w:color w:val="auto"/>
          <w:sz w:val="24"/>
          <w:szCs w:val="24"/>
        </w:rPr>
        <w:t xml:space="preserve"> de 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digital en </w:t>
      </w:r>
      <w:proofErr w:type="spellStart"/>
      <w:r w:rsidRPr="006A5AA2">
        <w:rPr>
          <w:rFonts w:ascii="Times New Roman" w:hAnsi="Times New Roman" w:cs="Times New Roman"/>
          <w:b w:val="0"/>
          <w:bCs w:val="0"/>
          <w:color w:val="auto"/>
          <w:sz w:val="24"/>
          <w:szCs w:val="24"/>
        </w:rPr>
        <w:t>dicho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país</w:t>
      </w:r>
      <w:proofErr w:type="spellEnd"/>
      <w:r w:rsidRPr="006A5AA2">
        <w:rPr>
          <w:rFonts w:ascii="Times New Roman" w:hAnsi="Times New Roman" w:cs="Times New Roman"/>
          <w:b w:val="0"/>
          <w:bCs w:val="0"/>
          <w:color w:val="auto"/>
          <w:sz w:val="24"/>
          <w:szCs w:val="24"/>
        </w:rPr>
        <w:t>.</w:t>
      </w:r>
      <w:r w:rsidRPr="006A5AA2">
        <w:rPr>
          <w:rFonts w:ascii="Times New Roman" w:hAnsi="Times New Roman" w:cs="Times New Roman"/>
          <w:color w:val="auto"/>
          <w:sz w:val="24"/>
          <w:szCs w:val="24"/>
        </w:rPr>
        <w:br/>
      </w:r>
      <w:r w:rsidRPr="006A5AA2">
        <w:rPr>
          <w:rFonts w:ascii="Times New Roman" w:hAnsi="Times New Roman" w:cs="Times New Roman"/>
          <w:color w:val="auto"/>
          <w:sz w:val="24"/>
          <w:szCs w:val="24"/>
        </w:rPr>
        <w:t xml:space="preserve">El </w:t>
      </w:r>
      <w:proofErr w:type="spellStart"/>
      <w:r w:rsidRPr="006A5AA2">
        <w:rPr>
          <w:rFonts w:ascii="Times New Roman" w:hAnsi="Times New Roman" w:cs="Times New Roman"/>
          <w:color w:val="auto"/>
          <w:sz w:val="24"/>
          <w:szCs w:val="24"/>
        </w:rPr>
        <w:t>estudio</w:t>
      </w:r>
      <w:proofErr w:type="spellEnd"/>
      <w:r w:rsidRPr="006A5AA2">
        <w:rPr>
          <w:rFonts w:ascii="Times New Roman" w:hAnsi="Times New Roman" w:cs="Times New Roman"/>
          <w:color w:val="auto"/>
          <w:sz w:val="24"/>
          <w:szCs w:val="24"/>
        </w:rPr>
        <w:t xml:space="preserve"> es de </w:t>
      </w:r>
      <w:proofErr w:type="spellStart"/>
      <w:r w:rsidRPr="006A5AA2">
        <w:rPr>
          <w:rFonts w:ascii="Times New Roman" w:hAnsi="Times New Roman" w:cs="Times New Roman"/>
          <w:color w:val="auto"/>
          <w:sz w:val="24"/>
          <w:szCs w:val="24"/>
        </w:rPr>
        <w:t>tipo</w:t>
      </w:r>
      <w:proofErr w:type="spellEnd"/>
      <w:r w:rsidRPr="006A5AA2">
        <w:rPr>
          <w:rFonts w:ascii="Times New Roman" w:hAnsi="Times New Roman" w:cs="Times New Roman"/>
          <w:color w:val="auto"/>
          <w:sz w:val="24"/>
          <w:szCs w:val="24"/>
        </w:rPr>
        <w:t>:</w:t>
      </w:r>
    </w:p>
    <w:p w14:paraId="5DCBA56C" w14:textId="3D2E075B" w:rsidR="00811987" w:rsidRPr="006A5AA2" w:rsidRDefault="00811987" w:rsidP="00811987">
      <w:pPr>
        <w:pStyle w:val="Ttulo2"/>
        <w:numPr>
          <w:ilvl w:val="0"/>
          <w:numId w:val="29"/>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Descriptivo</w:t>
      </w:r>
      <w:proofErr w:type="spellEnd"/>
      <w:r w:rsidRPr="006A5AA2">
        <w:rPr>
          <w:rFonts w:ascii="Times New Roman" w:hAnsi="Times New Roman" w:cs="Times New Roman"/>
          <w:b w:val="0"/>
          <w:bCs w:val="0"/>
          <w:color w:val="auto"/>
          <w:sz w:val="24"/>
          <w:szCs w:val="24"/>
        </w:rPr>
        <w:t xml:space="preserve">, en tanto </w:t>
      </w:r>
      <w:proofErr w:type="spellStart"/>
      <w:r w:rsidRPr="006A5AA2">
        <w:rPr>
          <w:rFonts w:ascii="Times New Roman" w:hAnsi="Times New Roman" w:cs="Times New Roman"/>
          <w:b w:val="0"/>
          <w:bCs w:val="0"/>
          <w:color w:val="auto"/>
          <w:sz w:val="24"/>
          <w:szCs w:val="24"/>
        </w:rPr>
        <w:t>busca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caracterizar</w:t>
      </w:r>
      <w:proofErr w:type="spellEnd"/>
      <w:r w:rsidRPr="006A5AA2">
        <w:rPr>
          <w:rFonts w:ascii="Times New Roman" w:hAnsi="Times New Roman" w:cs="Times New Roman"/>
          <w:b w:val="0"/>
          <w:bCs w:val="0"/>
          <w:color w:val="auto"/>
          <w:sz w:val="24"/>
          <w:szCs w:val="24"/>
        </w:rPr>
        <w:t xml:space="preserve"> las </w:t>
      </w:r>
      <w:proofErr w:type="spellStart"/>
      <w:r w:rsidRPr="006A5AA2">
        <w:rPr>
          <w:rFonts w:ascii="Times New Roman" w:hAnsi="Times New Roman" w:cs="Times New Roman"/>
          <w:b w:val="0"/>
          <w:bCs w:val="0"/>
          <w:color w:val="auto"/>
          <w:sz w:val="24"/>
          <w:szCs w:val="24"/>
        </w:rPr>
        <w:t>principales</w:t>
      </w:r>
      <w:proofErr w:type="spellEnd"/>
      <w:r w:rsidRPr="006A5AA2">
        <w:rPr>
          <w:rFonts w:ascii="Times New Roman" w:hAnsi="Times New Roman" w:cs="Times New Roman"/>
          <w:b w:val="0"/>
          <w:bCs w:val="0"/>
          <w:color w:val="auto"/>
          <w:sz w:val="24"/>
          <w:szCs w:val="24"/>
        </w:rPr>
        <w:t xml:space="preserve"> barreras </w:t>
      </w:r>
      <w:proofErr w:type="spellStart"/>
      <w:r w:rsidRPr="006A5AA2">
        <w:rPr>
          <w:rFonts w:ascii="Times New Roman" w:hAnsi="Times New Roman" w:cs="Times New Roman"/>
          <w:b w:val="0"/>
          <w:bCs w:val="0"/>
          <w:color w:val="auto"/>
          <w:sz w:val="24"/>
          <w:szCs w:val="24"/>
        </w:rPr>
        <w:t>jurídicas</w:t>
      </w:r>
      <w:proofErr w:type="spellEnd"/>
      <w:r w:rsidRPr="006A5AA2">
        <w:rPr>
          <w:rFonts w:ascii="Times New Roman" w:hAnsi="Times New Roman" w:cs="Times New Roman"/>
          <w:b w:val="0"/>
          <w:bCs w:val="0"/>
          <w:color w:val="auto"/>
          <w:sz w:val="24"/>
          <w:szCs w:val="24"/>
        </w:rPr>
        <w:t xml:space="preserve"> y </w:t>
      </w:r>
      <w:proofErr w:type="spellStart"/>
      <w:r w:rsidRPr="006A5AA2">
        <w:rPr>
          <w:rFonts w:ascii="Times New Roman" w:hAnsi="Times New Roman" w:cs="Times New Roman"/>
          <w:b w:val="0"/>
          <w:bCs w:val="0"/>
          <w:color w:val="auto"/>
          <w:sz w:val="24"/>
          <w:szCs w:val="24"/>
        </w:rPr>
        <w:t>prácticas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existentes</w:t>
      </w:r>
      <w:proofErr w:type="spellEnd"/>
      <w:r w:rsidRPr="006A5AA2">
        <w:rPr>
          <w:rFonts w:ascii="Times New Roman" w:hAnsi="Times New Roman" w:cs="Times New Roman"/>
          <w:b w:val="0"/>
          <w:bCs w:val="0"/>
          <w:color w:val="auto"/>
          <w:sz w:val="24"/>
          <w:szCs w:val="24"/>
        </w:rPr>
        <w:t>.</w:t>
      </w:r>
    </w:p>
    <w:p w14:paraId="5F004D02" w14:textId="29DCFE62" w:rsidR="00811987" w:rsidRPr="006A5AA2" w:rsidRDefault="00811987" w:rsidP="00811987">
      <w:pPr>
        <w:pStyle w:val="Ttulo2"/>
        <w:numPr>
          <w:ilvl w:val="0"/>
          <w:numId w:val="29"/>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Analítico</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ya</w:t>
      </w:r>
      <w:proofErr w:type="spellEnd"/>
      <w:r w:rsidRPr="006A5AA2">
        <w:rPr>
          <w:rFonts w:ascii="Times New Roman" w:hAnsi="Times New Roman" w:cs="Times New Roman"/>
          <w:b w:val="0"/>
          <w:bCs w:val="0"/>
          <w:color w:val="auto"/>
          <w:sz w:val="24"/>
          <w:szCs w:val="24"/>
        </w:rPr>
        <w:t xml:space="preserve"> que </w:t>
      </w:r>
      <w:proofErr w:type="spellStart"/>
      <w:r w:rsidRPr="006A5AA2">
        <w:rPr>
          <w:rFonts w:ascii="Times New Roman" w:hAnsi="Times New Roman" w:cs="Times New Roman"/>
          <w:b w:val="0"/>
          <w:bCs w:val="0"/>
          <w:color w:val="auto"/>
          <w:sz w:val="24"/>
          <w:szCs w:val="24"/>
        </w:rPr>
        <w:t>examina</w:t>
      </w:r>
      <w:proofErr w:type="spellEnd"/>
      <w:r w:rsidRPr="006A5AA2">
        <w:rPr>
          <w:rFonts w:ascii="Times New Roman" w:hAnsi="Times New Roman" w:cs="Times New Roman"/>
          <w:b w:val="0"/>
          <w:bCs w:val="0"/>
          <w:color w:val="auto"/>
          <w:sz w:val="24"/>
          <w:szCs w:val="24"/>
        </w:rPr>
        <w:t xml:space="preserve"> las </w:t>
      </w:r>
      <w:proofErr w:type="spellStart"/>
      <w:r w:rsidRPr="006A5AA2">
        <w:rPr>
          <w:rFonts w:ascii="Times New Roman" w:hAnsi="Times New Roman" w:cs="Times New Roman"/>
          <w:b w:val="0"/>
          <w:bCs w:val="0"/>
          <w:color w:val="auto"/>
          <w:sz w:val="24"/>
          <w:szCs w:val="24"/>
        </w:rPr>
        <w:t>causas</w:t>
      </w:r>
      <w:proofErr w:type="spellEnd"/>
      <w:r w:rsidRPr="006A5AA2">
        <w:rPr>
          <w:rFonts w:ascii="Times New Roman" w:hAnsi="Times New Roman" w:cs="Times New Roman"/>
          <w:b w:val="0"/>
          <w:bCs w:val="0"/>
          <w:color w:val="auto"/>
          <w:sz w:val="24"/>
          <w:szCs w:val="24"/>
        </w:rPr>
        <w:t xml:space="preserve"> y </w:t>
      </w:r>
      <w:proofErr w:type="spellStart"/>
      <w:r w:rsidRPr="006A5AA2">
        <w:rPr>
          <w:rFonts w:ascii="Times New Roman" w:hAnsi="Times New Roman" w:cs="Times New Roman"/>
          <w:b w:val="0"/>
          <w:bCs w:val="0"/>
          <w:color w:val="auto"/>
          <w:sz w:val="24"/>
          <w:szCs w:val="24"/>
        </w:rPr>
        <w:t>efectos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dichas</w:t>
      </w:r>
      <w:proofErr w:type="spellEnd"/>
      <w:r w:rsidRPr="006A5AA2">
        <w:rPr>
          <w:rFonts w:ascii="Times New Roman" w:hAnsi="Times New Roman" w:cs="Times New Roman"/>
          <w:b w:val="0"/>
          <w:bCs w:val="0"/>
          <w:color w:val="auto"/>
          <w:sz w:val="24"/>
          <w:szCs w:val="24"/>
        </w:rPr>
        <w:t xml:space="preserve"> barreras.</w:t>
      </w:r>
    </w:p>
    <w:p w14:paraId="29972C28" w14:textId="77777777" w:rsidR="00811987" w:rsidRPr="006A5AA2" w:rsidRDefault="00811987" w:rsidP="00811987">
      <w:pPr>
        <w:pStyle w:val="Ttulo2"/>
        <w:numPr>
          <w:ilvl w:val="0"/>
          <w:numId w:val="29"/>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t>Explicativo</w:t>
      </w:r>
      <w:proofErr w:type="spellEnd"/>
      <w:r w:rsidRPr="006A5AA2">
        <w:rPr>
          <w:rFonts w:ascii="Times New Roman" w:hAnsi="Times New Roman" w:cs="Times New Roman"/>
          <w:b w:val="0"/>
          <w:bCs w:val="0"/>
          <w:color w:val="auto"/>
          <w:sz w:val="24"/>
          <w:szCs w:val="24"/>
        </w:rPr>
        <w:t xml:space="preserve">, en la </w:t>
      </w:r>
      <w:proofErr w:type="spellStart"/>
      <w:r w:rsidRPr="006A5AA2">
        <w:rPr>
          <w:rFonts w:ascii="Times New Roman" w:hAnsi="Times New Roman" w:cs="Times New Roman"/>
          <w:b w:val="0"/>
          <w:bCs w:val="0"/>
          <w:color w:val="auto"/>
          <w:sz w:val="24"/>
          <w:szCs w:val="24"/>
        </w:rPr>
        <w:t>medida</w:t>
      </w:r>
      <w:proofErr w:type="spellEnd"/>
      <w:r w:rsidRPr="006A5AA2">
        <w:rPr>
          <w:rFonts w:ascii="Times New Roman" w:hAnsi="Times New Roman" w:cs="Times New Roman"/>
          <w:b w:val="0"/>
          <w:bCs w:val="0"/>
          <w:color w:val="auto"/>
          <w:sz w:val="24"/>
          <w:szCs w:val="24"/>
        </w:rPr>
        <w:t xml:space="preserve"> en que </w:t>
      </w:r>
      <w:proofErr w:type="spellStart"/>
      <w:r w:rsidRPr="006A5AA2">
        <w:rPr>
          <w:rFonts w:ascii="Times New Roman" w:hAnsi="Times New Roman" w:cs="Times New Roman"/>
          <w:b w:val="0"/>
          <w:bCs w:val="0"/>
          <w:color w:val="auto"/>
          <w:sz w:val="24"/>
          <w:szCs w:val="24"/>
        </w:rPr>
        <w:t>pretende</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determinar</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por</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qué</w:t>
      </w:r>
      <w:proofErr w:type="spellEnd"/>
      <w:r w:rsidRPr="006A5AA2">
        <w:rPr>
          <w:rFonts w:ascii="Times New Roman" w:hAnsi="Times New Roman" w:cs="Times New Roman"/>
          <w:b w:val="0"/>
          <w:bCs w:val="0"/>
          <w:color w:val="auto"/>
          <w:sz w:val="24"/>
          <w:szCs w:val="24"/>
        </w:rPr>
        <w:t xml:space="preserve">, a </w:t>
      </w:r>
      <w:proofErr w:type="spellStart"/>
      <w:r w:rsidRPr="006A5AA2">
        <w:rPr>
          <w:rFonts w:ascii="Times New Roman" w:hAnsi="Times New Roman" w:cs="Times New Roman"/>
          <w:b w:val="0"/>
          <w:bCs w:val="0"/>
          <w:color w:val="auto"/>
          <w:sz w:val="24"/>
          <w:szCs w:val="24"/>
        </w:rPr>
        <w:t>pesar</w:t>
      </w:r>
      <w:proofErr w:type="spellEnd"/>
      <w:r w:rsidRPr="006A5AA2">
        <w:rPr>
          <w:rFonts w:ascii="Times New Roman" w:hAnsi="Times New Roman" w:cs="Times New Roman"/>
          <w:b w:val="0"/>
          <w:bCs w:val="0"/>
          <w:color w:val="auto"/>
          <w:sz w:val="24"/>
          <w:szCs w:val="24"/>
        </w:rPr>
        <w:t xml:space="preserve"> de la </w:t>
      </w:r>
      <w:proofErr w:type="spellStart"/>
      <w:r w:rsidRPr="006A5AA2">
        <w:rPr>
          <w:rFonts w:ascii="Times New Roman" w:hAnsi="Times New Roman" w:cs="Times New Roman"/>
          <w:b w:val="0"/>
          <w:bCs w:val="0"/>
          <w:color w:val="auto"/>
          <w:sz w:val="24"/>
          <w:szCs w:val="24"/>
        </w:rPr>
        <w:t>existencia</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una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regulación</w:t>
      </w:r>
      <w:proofErr w:type="spellEnd"/>
      <w:r w:rsidRPr="006A5AA2">
        <w:rPr>
          <w:rFonts w:ascii="Times New Roman" w:hAnsi="Times New Roman" w:cs="Times New Roman"/>
          <w:b w:val="0"/>
          <w:bCs w:val="0"/>
          <w:color w:val="auto"/>
          <w:sz w:val="24"/>
          <w:szCs w:val="24"/>
        </w:rPr>
        <w:t xml:space="preserve"> formal en Panamá, </w:t>
      </w:r>
      <w:proofErr w:type="spellStart"/>
      <w:r w:rsidRPr="006A5AA2">
        <w:rPr>
          <w:rFonts w:ascii="Times New Roman" w:hAnsi="Times New Roman" w:cs="Times New Roman"/>
          <w:b w:val="0"/>
          <w:bCs w:val="0"/>
          <w:color w:val="auto"/>
          <w:sz w:val="24"/>
          <w:szCs w:val="24"/>
        </w:rPr>
        <w:t>persiste</w:t>
      </w:r>
      <w:proofErr w:type="spellEnd"/>
      <w:r w:rsidRPr="006A5AA2">
        <w:rPr>
          <w:rFonts w:ascii="Times New Roman" w:hAnsi="Times New Roman" w:cs="Times New Roman"/>
          <w:b w:val="0"/>
          <w:bCs w:val="0"/>
          <w:color w:val="auto"/>
          <w:sz w:val="24"/>
          <w:szCs w:val="24"/>
        </w:rPr>
        <w:t xml:space="preserve"> la </w:t>
      </w:r>
      <w:proofErr w:type="spellStart"/>
      <w:r w:rsidRPr="006A5AA2">
        <w:rPr>
          <w:rFonts w:ascii="Times New Roman" w:hAnsi="Times New Roman" w:cs="Times New Roman"/>
          <w:b w:val="0"/>
          <w:bCs w:val="0"/>
          <w:color w:val="auto"/>
          <w:sz w:val="24"/>
          <w:szCs w:val="24"/>
        </w:rPr>
        <w:t>exigencia</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manuscrita</w:t>
      </w:r>
      <w:proofErr w:type="spellEnd"/>
      <w:r w:rsidRPr="006A5AA2">
        <w:rPr>
          <w:rFonts w:ascii="Times New Roman" w:hAnsi="Times New Roman" w:cs="Times New Roman"/>
          <w:b w:val="0"/>
          <w:bCs w:val="0"/>
          <w:color w:val="auto"/>
          <w:sz w:val="24"/>
          <w:szCs w:val="24"/>
        </w:rPr>
        <w:t>.</w:t>
      </w:r>
    </w:p>
    <w:p w14:paraId="2785B99F" w14:textId="77777777" w:rsidR="00811987" w:rsidRPr="006A5AA2" w:rsidRDefault="00811987" w:rsidP="00811987">
      <w:pPr>
        <w:pStyle w:val="Ttulo2"/>
        <w:rPr>
          <w:rFonts w:ascii="Times New Roman" w:hAnsi="Times New Roman" w:cs="Times New Roman"/>
          <w:b w:val="0"/>
          <w:bCs w:val="0"/>
          <w:color w:val="auto"/>
          <w:sz w:val="24"/>
          <w:szCs w:val="24"/>
        </w:rPr>
      </w:pPr>
    </w:p>
    <w:p w14:paraId="3331AECE" w14:textId="502EE05A" w:rsidR="00811987" w:rsidRPr="006A5AA2" w:rsidRDefault="00811987" w:rsidP="00811987">
      <w:pPr>
        <w:pStyle w:val="Ttulo2"/>
        <w:numPr>
          <w:ilvl w:val="0"/>
          <w:numId w:val="29"/>
        </w:numPr>
        <w:rPr>
          <w:rFonts w:ascii="Times New Roman" w:hAnsi="Times New Roman" w:cs="Times New Roman"/>
          <w:b w:val="0"/>
          <w:bCs w:val="0"/>
          <w:color w:val="auto"/>
          <w:sz w:val="24"/>
          <w:szCs w:val="24"/>
        </w:rPr>
      </w:pPr>
      <w:proofErr w:type="spellStart"/>
      <w:r w:rsidRPr="006A5AA2">
        <w:rPr>
          <w:rFonts w:ascii="Times New Roman" w:hAnsi="Times New Roman" w:cs="Times New Roman"/>
          <w:b w:val="0"/>
          <w:bCs w:val="0"/>
          <w:color w:val="auto"/>
          <w:sz w:val="24"/>
          <w:szCs w:val="24"/>
        </w:rPr>
        <w:lastRenderedPageBreak/>
        <w:t>Aplicado</w:t>
      </w:r>
      <w:proofErr w:type="spellEnd"/>
      <w:r w:rsidRPr="006A5AA2">
        <w:rPr>
          <w:rFonts w:ascii="Times New Roman" w:hAnsi="Times New Roman" w:cs="Times New Roman"/>
          <w:b w:val="0"/>
          <w:bCs w:val="0"/>
          <w:color w:val="auto"/>
          <w:sz w:val="24"/>
          <w:szCs w:val="24"/>
        </w:rPr>
        <w:t xml:space="preserve">, dado que sus </w:t>
      </w:r>
      <w:proofErr w:type="spellStart"/>
      <w:r w:rsidRPr="006A5AA2">
        <w:rPr>
          <w:rFonts w:ascii="Times New Roman" w:hAnsi="Times New Roman" w:cs="Times New Roman"/>
          <w:b w:val="0"/>
          <w:bCs w:val="0"/>
          <w:color w:val="auto"/>
          <w:sz w:val="24"/>
          <w:szCs w:val="24"/>
        </w:rPr>
        <w:t>resultados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están</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orientados</w:t>
      </w:r>
      <w:proofErr w:type="spellEnd"/>
      <w:r w:rsidRPr="006A5AA2">
        <w:rPr>
          <w:rFonts w:ascii="Times New Roman" w:hAnsi="Times New Roman" w:cs="Times New Roman"/>
          <w:b w:val="0"/>
          <w:bCs w:val="0"/>
          <w:color w:val="auto"/>
          <w:sz w:val="24"/>
          <w:szCs w:val="24"/>
        </w:rPr>
        <w:t xml:space="preserve"> a formular </w:t>
      </w:r>
      <w:proofErr w:type="spellStart"/>
      <w:r w:rsidRPr="006A5AA2">
        <w:rPr>
          <w:rFonts w:ascii="Times New Roman" w:hAnsi="Times New Roman" w:cs="Times New Roman"/>
          <w:b w:val="0"/>
          <w:bCs w:val="0"/>
          <w:color w:val="auto"/>
          <w:sz w:val="24"/>
          <w:szCs w:val="24"/>
        </w:rPr>
        <w:t>propuestas</w:t>
      </w:r>
      <w:proofErr w:type="spellEnd"/>
      <w:r w:rsidRPr="006A5AA2">
        <w:rPr>
          <w:rFonts w:ascii="Times New Roman" w:hAnsi="Times New Roman" w:cs="Times New Roman"/>
          <w:b w:val="0"/>
          <w:bCs w:val="0"/>
          <w:color w:val="auto"/>
          <w:sz w:val="24"/>
          <w:szCs w:val="24"/>
        </w:rPr>
        <w:t xml:space="preserve"> de </w:t>
      </w:r>
      <w:proofErr w:type="spellStart"/>
      <w:r w:rsidRPr="006A5AA2">
        <w:rPr>
          <w:rFonts w:ascii="Times New Roman" w:hAnsi="Times New Roman" w:cs="Times New Roman"/>
          <w:b w:val="0"/>
          <w:bCs w:val="0"/>
          <w:color w:val="auto"/>
          <w:sz w:val="24"/>
          <w:szCs w:val="24"/>
        </w:rPr>
        <w:t>mejora</w:t>
      </w:r>
      <w:proofErr w:type="spellEnd"/>
      <w:r w:rsidRPr="006A5AA2">
        <w:rPr>
          <w:rFonts w:ascii="Times New Roman" w:hAnsi="Times New Roman" w:cs="Times New Roman"/>
          <w:b w:val="0"/>
          <w:bCs w:val="0"/>
          <w:color w:val="auto"/>
          <w:sz w:val="24"/>
          <w:szCs w:val="24"/>
        </w:rPr>
        <w:t xml:space="preserve"> para </w:t>
      </w:r>
      <w:proofErr w:type="spellStart"/>
      <w:r w:rsidRPr="006A5AA2">
        <w:rPr>
          <w:rFonts w:ascii="Times New Roman" w:hAnsi="Times New Roman" w:cs="Times New Roman"/>
          <w:b w:val="0"/>
          <w:bCs w:val="0"/>
          <w:color w:val="auto"/>
          <w:sz w:val="24"/>
          <w:szCs w:val="24"/>
        </w:rPr>
        <w:t>el</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reconocimiento</w:t>
      </w:r>
      <w:proofErr w:type="spellEnd"/>
      <w:r w:rsidRPr="006A5AA2">
        <w:rPr>
          <w:rFonts w:ascii="Times New Roman" w:hAnsi="Times New Roman" w:cs="Times New Roman"/>
          <w:b w:val="0"/>
          <w:bCs w:val="0"/>
          <w:color w:val="auto"/>
          <w:sz w:val="24"/>
          <w:szCs w:val="24"/>
        </w:rPr>
        <w:t xml:space="preserve"> de la </w:t>
      </w:r>
      <w:proofErr w:type="spellStart"/>
      <w:r w:rsidRPr="006A5AA2">
        <w:rPr>
          <w:rFonts w:ascii="Times New Roman" w:hAnsi="Times New Roman" w:cs="Times New Roman"/>
          <w:b w:val="0"/>
          <w:bCs w:val="0"/>
          <w:color w:val="auto"/>
          <w:sz w:val="24"/>
          <w:szCs w:val="24"/>
        </w:rPr>
        <w:t>firma</w:t>
      </w:r>
      <w:proofErr w:type="spellEnd"/>
      <w:r w:rsidRPr="006A5AA2">
        <w:rPr>
          <w:rFonts w:ascii="Times New Roman" w:hAnsi="Times New Roman" w:cs="Times New Roman"/>
          <w:b w:val="0"/>
          <w:bCs w:val="0"/>
          <w:color w:val="auto"/>
          <w:sz w:val="24"/>
          <w:szCs w:val="24"/>
        </w:rPr>
        <w:t xml:space="preserve"> digital en </w:t>
      </w:r>
      <w:proofErr w:type="spellStart"/>
      <w:r w:rsidRPr="006A5AA2">
        <w:rPr>
          <w:rFonts w:ascii="Times New Roman" w:hAnsi="Times New Roman" w:cs="Times New Roman"/>
          <w:b w:val="0"/>
          <w:bCs w:val="0"/>
          <w:color w:val="auto"/>
          <w:sz w:val="24"/>
          <w:szCs w:val="24"/>
        </w:rPr>
        <w:t>entornos</w:t>
      </w:r>
      <w:proofErr w:type="spellEnd"/>
      <w:r w:rsidRPr="006A5AA2">
        <w:rPr>
          <w:rFonts w:ascii="Times New Roman" w:hAnsi="Times New Roman" w:cs="Times New Roman"/>
          <w:b w:val="0"/>
          <w:bCs w:val="0"/>
          <w:color w:val="auto"/>
          <w:sz w:val="24"/>
          <w:szCs w:val="24"/>
        </w:rPr>
        <w:t xml:space="preserve"> </w:t>
      </w:r>
      <w:proofErr w:type="spellStart"/>
      <w:r w:rsidRPr="006A5AA2">
        <w:rPr>
          <w:rFonts w:ascii="Times New Roman" w:hAnsi="Times New Roman" w:cs="Times New Roman"/>
          <w:b w:val="0"/>
          <w:bCs w:val="0"/>
          <w:color w:val="auto"/>
          <w:sz w:val="24"/>
          <w:szCs w:val="24"/>
        </w:rPr>
        <w:t>transnacionales</w:t>
      </w:r>
      <w:proofErr w:type="spellEnd"/>
      <w:r w:rsidRPr="006A5AA2">
        <w:rPr>
          <w:rFonts w:ascii="Times New Roman" w:hAnsi="Times New Roman" w:cs="Times New Roman"/>
          <w:b w:val="0"/>
          <w:bCs w:val="0"/>
          <w:color w:val="auto"/>
          <w:sz w:val="24"/>
          <w:szCs w:val="24"/>
        </w:rPr>
        <w:t>.</w:t>
      </w:r>
    </w:p>
    <w:p w14:paraId="29BE9B0C" w14:textId="77777777" w:rsidR="00811987" w:rsidRPr="006A5AA2" w:rsidRDefault="00811987" w:rsidP="00811987">
      <w:r w:rsidRPr="006A5AA2">
        <w:t xml:space="preserve">Se </w:t>
      </w:r>
      <w:proofErr w:type="spellStart"/>
      <w:r w:rsidRPr="006A5AA2">
        <w:t>emplea</w:t>
      </w:r>
      <w:proofErr w:type="spellEnd"/>
      <w:r w:rsidRPr="006A5AA2">
        <w:t xml:space="preserve"> </w:t>
      </w:r>
      <w:proofErr w:type="spellStart"/>
      <w:r w:rsidRPr="006A5AA2">
        <w:t>el</w:t>
      </w:r>
      <w:proofErr w:type="spellEnd"/>
      <w:r w:rsidRPr="006A5AA2">
        <w:t xml:space="preserve"> </w:t>
      </w:r>
      <w:proofErr w:type="spellStart"/>
      <w:r w:rsidRPr="006A5AA2">
        <w:t>método</w:t>
      </w:r>
      <w:proofErr w:type="spellEnd"/>
      <w:r w:rsidRPr="006A5AA2">
        <w:t xml:space="preserve"> </w:t>
      </w:r>
      <w:proofErr w:type="spellStart"/>
      <w:r w:rsidRPr="006A5AA2">
        <w:t>jurídico</w:t>
      </w:r>
      <w:proofErr w:type="spellEnd"/>
      <w:r w:rsidRPr="006A5AA2">
        <w:t>–</w:t>
      </w:r>
      <w:proofErr w:type="spellStart"/>
      <w:r w:rsidRPr="006A5AA2">
        <w:t>comparado</w:t>
      </w:r>
      <w:proofErr w:type="spellEnd"/>
      <w:r w:rsidRPr="006A5AA2">
        <w:t xml:space="preserve">, al </w:t>
      </w:r>
      <w:proofErr w:type="spellStart"/>
      <w:r w:rsidRPr="006A5AA2">
        <w:t>contrastar</w:t>
      </w:r>
      <w:proofErr w:type="spellEnd"/>
      <w:r w:rsidRPr="006A5AA2">
        <w:t xml:space="preserve"> </w:t>
      </w:r>
      <w:proofErr w:type="spellStart"/>
      <w:r w:rsidRPr="006A5AA2">
        <w:t>el</w:t>
      </w:r>
      <w:proofErr w:type="spellEnd"/>
      <w:r w:rsidRPr="006A5AA2">
        <w:t xml:space="preserve"> </w:t>
      </w:r>
      <w:proofErr w:type="spellStart"/>
      <w:r w:rsidRPr="006A5AA2">
        <w:t>marco</w:t>
      </w:r>
      <w:proofErr w:type="spellEnd"/>
      <w:r w:rsidRPr="006A5AA2">
        <w:t xml:space="preserve"> </w:t>
      </w:r>
      <w:proofErr w:type="spellStart"/>
      <w:r w:rsidRPr="006A5AA2">
        <w:t>normativo</w:t>
      </w:r>
      <w:proofErr w:type="spellEnd"/>
      <w:r w:rsidRPr="006A5AA2">
        <w:t xml:space="preserve"> </w:t>
      </w:r>
      <w:proofErr w:type="spellStart"/>
      <w:r w:rsidRPr="006A5AA2">
        <w:t>colombiano</w:t>
      </w:r>
      <w:proofErr w:type="spellEnd"/>
      <w:r w:rsidRPr="006A5AA2">
        <w:t xml:space="preserve"> y </w:t>
      </w:r>
      <w:proofErr w:type="spellStart"/>
      <w:r w:rsidRPr="006A5AA2">
        <w:t>panameño</w:t>
      </w:r>
      <w:proofErr w:type="spellEnd"/>
      <w:r w:rsidRPr="006A5AA2">
        <w:t xml:space="preserve"> en </w:t>
      </w:r>
      <w:proofErr w:type="spellStart"/>
      <w:r w:rsidRPr="006A5AA2">
        <w:t>materia</w:t>
      </w:r>
      <w:proofErr w:type="spellEnd"/>
      <w:r w:rsidRPr="006A5AA2">
        <w:t xml:space="preserve"> de </w:t>
      </w:r>
      <w:proofErr w:type="spellStart"/>
      <w:r w:rsidRPr="006A5AA2">
        <w:t>firma</w:t>
      </w:r>
      <w:proofErr w:type="spellEnd"/>
      <w:r w:rsidRPr="006A5AA2">
        <w:t xml:space="preserve"> digital, junto con </w:t>
      </w:r>
      <w:proofErr w:type="spellStart"/>
      <w:r w:rsidRPr="006A5AA2">
        <w:t>el</w:t>
      </w:r>
      <w:proofErr w:type="spellEnd"/>
      <w:r w:rsidRPr="006A5AA2">
        <w:t xml:space="preserve"> </w:t>
      </w:r>
      <w:proofErr w:type="spellStart"/>
      <w:r w:rsidRPr="006A5AA2">
        <w:t>método</w:t>
      </w:r>
      <w:proofErr w:type="spellEnd"/>
      <w:r w:rsidRPr="006A5AA2">
        <w:t xml:space="preserve"> </w:t>
      </w:r>
      <w:proofErr w:type="spellStart"/>
      <w:r w:rsidRPr="006A5AA2">
        <w:t>empírico</w:t>
      </w:r>
      <w:proofErr w:type="spellEnd"/>
      <w:r w:rsidRPr="006A5AA2">
        <w:t xml:space="preserve">, </w:t>
      </w:r>
      <w:proofErr w:type="spellStart"/>
      <w:r w:rsidRPr="006A5AA2">
        <w:t>mediante</w:t>
      </w:r>
      <w:proofErr w:type="spellEnd"/>
      <w:r w:rsidRPr="006A5AA2">
        <w:t xml:space="preserve"> la </w:t>
      </w:r>
      <w:proofErr w:type="spellStart"/>
      <w:r w:rsidRPr="006A5AA2">
        <w:t>recolección</w:t>
      </w:r>
      <w:proofErr w:type="spellEnd"/>
      <w:r w:rsidRPr="006A5AA2">
        <w:t xml:space="preserve"> de </w:t>
      </w:r>
      <w:proofErr w:type="spellStart"/>
      <w:r w:rsidRPr="006A5AA2">
        <w:t>información</w:t>
      </w:r>
      <w:proofErr w:type="spellEnd"/>
      <w:r w:rsidRPr="006A5AA2">
        <w:t xml:space="preserve"> </w:t>
      </w:r>
      <w:proofErr w:type="spellStart"/>
      <w:r w:rsidRPr="006A5AA2">
        <w:t>primaria</w:t>
      </w:r>
      <w:proofErr w:type="spellEnd"/>
      <w:r w:rsidRPr="006A5AA2">
        <w:t xml:space="preserve"> a </w:t>
      </w:r>
      <w:proofErr w:type="spellStart"/>
      <w:r w:rsidRPr="006A5AA2">
        <w:t>través</w:t>
      </w:r>
      <w:proofErr w:type="spellEnd"/>
      <w:r w:rsidRPr="006A5AA2">
        <w:t xml:space="preserve"> de </w:t>
      </w:r>
      <w:proofErr w:type="spellStart"/>
      <w:r w:rsidRPr="006A5AA2">
        <w:t>encuestas</w:t>
      </w:r>
      <w:proofErr w:type="spellEnd"/>
      <w:r w:rsidRPr="006A5AA2">
        <w:t xml:space="preserve"> y </w:t>
      </w:r>
      <w:proofErr w:type="spellStart"/>
      <w:r w:rsidRPr="006A5AA2">
        <w:t>entrevistas</w:t>
      </w:r>
      <w:proofErr w:type="spellEnd"/>
      <w:r w:rsidRPr="006A5AA2">
        <w:t>.</w:t>
      </w:r>
    </w:p>
    <w:p w14:paraId="15D27AB0" w14:textId="77777777" w:rsidR="00811987" w:rsidRPr="006A5AA2" w:rsidRDefault="00811987" w:rsidP="00811987">
      <w:r w:rsidRPr="006A5AA2">
        <w:t xml:space="preserve">Este </w:t>
      </w:r>
      <w:proofErr w:type="spellStart"/>
      <w:r w:rsidRPr="006A5AA2">
        <w:t>diseño</w:t>
      </w:r>
      <w:proofErr w:type="spellEnd"/>
      <w:r w:rsidRPr="006A5AA2">
        <w:t xml:space="preserve"> </w:t>
      </w:r>
      <w:proofErr w:type="spellStart"/>
      <w:r w:rsidRPr="006A5AA2">
        <w:t>metodológico</w:t>
      </w:r>
      <w:proofErr w:type="spellEnd"/>
      <w:r w:rsidRPr="006A5AA2">
        <w:t xml:space="preserve"> </w:t>
      </w:r>
      <w:proofErr w:type="spellStart"/>
      <w:r w:rsidRPr="006A5AA2">
        <w:t>permite</w:t>
      </w:r>
      <w:proofErr w:type="spellEnd"/>
      <w:r w:rsidRPr="006A5AA2">
        <w:t xml:space="preserve"> articular </w:t>
      </w:r>
      <w:proofErr w:type="spellStart"/>
      <w:r w:rsidRPr="006A5AA2">
        <w:t>el</w:t>
      </w:r>
      <w:proofErr w:type="spellEnd"/>
      <w:r w:rsidRPr="006A5AA2">
        <w:t xml:space="preserve"> </w:t>
      </w:r>
      <w:proofErr w:type="spellStart"/>
      <w:r w:rsidRPr="006A5AA2">
        <w:t>análisis</w:t>
      </w:r>
      <w:proofErr w:type="spellEnd"/>
      <w:r w:rsidRPr="006A5AA2">
        <w:t xml:space="preserve"> </w:t>
      </w:r>
      <w:proofErr w:type="spellStart"/>
      <w:r w:rsidRPr="006A5AA2">
        <w:t>normativo</w:t>
      </w:r>
      <w:proofErr w:type="spellEnd"/>
      <w:r w:rsidRPr="006A5AA2">
        <w:t xml:space="preserve"> con la </w:t>
      </w:r>
      <w:proofErr w:type="spellStart"/>
      <w:r w:rsidRPr="006A5AA2">
        <w:t>observación</w:t>
      </w:r>
      <w:proofErr w:type="spellEnd"/>
      <w:r w:rsidRPr="006A5AA2">
        <w:t xml:space="preserve"> de la </w:t>
      </w:r>
      <w:proofErr w:type="spellStart"/>
      <w:r w:rsidRPr="006A5AA2">
        <w:t>realidad</w:t>
      </w:r>
      <w:proofErr w:type="spellEnd"/>
      <w:r w:rsidRPr="006A5AA2">
        <w:t xml:space="preserve"> </w:t>
      </w:r>
      <w:proofErr w:type="spellStart"/>
      <w:r w:rsidRPr="006A5AA2">
        <w:t>práctica</w:t>
      </w:r>
      <w:proofErr w:type="spellEnd"/>
      <w:r w:rsidRPr="006A5AA2">
        <w:t xml:space="preserve">, </w:t>
      </w:r>
      <w:proofErr w:type="spellStart"/>
      <w:r w:rsidRPr="006A5AA2">
        <w:t>garantizando</w:t>
      </w:r>
      <w:proofErr w:type="spellEnd"/>
      <w:r w:rsidRPr="006A5AA2">
        <w:t xml:space="preserve"> </w:t>
      </w:r>
      <w:proofErr w:type="spellStart"/>
      <w:r w:rsidRPr="006A5AA2">
        <w:t>una</w:t>
      </w:r>
      <w:proofErr w:type="spellEnd"/>
      <w:r w:rsidRPr="006A5AA2">
        <w:t xml:space="preserve"> </w:t>
      </w:r>
      <w:proofErr w:type="spellStart"/>
      <w:r w:rsidRPr="006A5AA2">
        <w:t>aproximación</w:t>
      </w:r>
      <w:proofErr w:type="spellEnd"/>
      <w:r w:rsidRPr="006A5AA2">
        <w:t xml:space="preserve"> integral al </w:t>
      </w:r>
      <w:proofErr w:type="spellStart"/>
      <w:r w:rsidRPr="006A5AA2">
        <w:t>problema</w:t>
      </w:r>
      <w:proofErr w:type="spellEnd"/>
      <w:r w:rsidRPr="006A5AA2">
        <w:t xml:space="preserve"> </w:t>
      </w:r>
      <w:proofErr w:type="spellStart"/>
      <w:r w:rsidRPr="006A5AA2">
        <w:t>investigado</w:t>
      </w:r>
      <w:proofErr w:type="spellEnd"/>
      <w:r w:rsidRPr="006A5AA2">
        <w:t>.</w:t>
      </w:r>
      <w:r w:rsidRPr="006A5AA2">
        <w:br/>
      </w:r>
      <w:r w:rsidRPr="006A5AA2">
        <w:t xml:space="preserve">Población y </w:t>
      </w:r>
      <w:proofErr w:type="spellStart"/>
      <w:r w:rsidRPr="006A5AA2">
        <w:t>muestra</w:t>
      </w:r>
      <w:proofErr w:type="spellEnd"/>
    </w:p>
    <w:p w14:paraId="552EBA3E" w14:textId="1A43EF21" w:rsidR="00811987" w:rsidRPr="006A5AA2" w:rsidRDefault="00811987" w:rsidP="00811987">
      <w:pPr>
        <w:rPr>
          <w:b/>
          <w:bCs/>
        </w:rPr>
      </w:pPr>
      <w:r w:rsidRPr="006A5AA2">
        <w:rPr>
          <w:b/>
          <w:bCs/>
        </w:rPr>
        <w:t>Población</w:t>
      </w:r>
    </w:p>
    <w:p w14:paraId="645D09FD" w14:textId="04B90FB4" w:rsidR="00811987" w:rsidRPr="006A5AA2" w:rsidRDefault="00811987" w:rsidP="00811987">
      <w:r w:rsidRPr="006A5AA2">
        <w:t xml:space="preserve">La población </w:t>
      </w:r>
      <w:proofErr w:type="spellStart"/>
      <w:r w:rsidRPr="006A5AA2">
        <w:t>objeto</w:t>
      </w:r>
      <w:proofErr w:type="spellEnd"/>
      <w:r w:rsidRPr="006A5AA2">
        <w:t xml:space="preserve"> de </w:t>
      </w:r>
      <w:proofErr w:type="spellStart"/>
      <w:r w:rsidRPr="006A5AA2">
        <w:t>estudio</w:t>
      </w:r>
      <w:proofErr w:type="spellEnd"/>
      <w:r w:rsidRPr="006A5AA2">
        <w:t xml:space="preserve"> </w:t>
      </w:r>
      <w:proofErr w:type="spellStart"/>
      <w:r w:rsidRPr="006A5AA2">
        <w:t>está</w:t>
      </w:r>
      <w:proofErr w:type="spellEnd"/>
      <w:r w:rsidRPr="006A5AA2">
        <w:t xml:space="preserve"> </w:t>
      </w:r>
      <w:proofErr w:type="spellStart"/>
      <w:r w:rsidRPr="006A5AA2">
        <w:t>conformada</w:t>
      </w:r>
      <w:proofErr w:type="spellEnd"/>
      <w:r w:rsidRPr="006A5AA2">
        <w:t xml:space="preserve"> </w:t>
      </w:r>
      <w:proofErr w:type="spellStart"/>
      <w:r w:rsidRPr="006A5AA2">
        <w:t>por</w:t>
      </w:r>
      <w:proofErr w:type="spellEnd"/>
      <w:r w:rsidRPr="006A5AA2">
        <w:t>:</w:t>
      </w:r>
    </w:p>
    <w:p w14:paraId="3A237514" w14:textId="4A9C0D35" w:rsidR="00811987" w:rsidRPr="006A5AA2" w:rsidRDefault="00811987" w:rsidP="00811987">
      <w:pPr>
        <w:pStyle w:val="Prrafodelista"/>
        <w:numPr>
          <w:ilvl w:val="0"/>
          <w:numId w:val="30"/>
        </w:numPr>
      </w:pPr>
      <w:r w:rsidRPr="006A5AA2">
        <w:t xml:space="preserve">Empresas </w:t>
      </w:r>
      <w:proofErr w:type="spellStart"/>
      <w:r w:rsidRPr="006A5AA2">
        <w:t>colombianas</w:t>
      </w:r>
      <w:proofErr w:type="spellEnd"/>
      <w:r w:rsidRPr="006A5AA2">
        <w:t xml:space="preserve"> del sector </w:t>
      </w:r>
      <w:proofErr w:type="spellStart"/>
      <w:r w:rsidRPr="006A5AA2">
        <w:t>tecnológico</w:t>
      </w:r>
      <w:proofErr w:type="spellEnd"/>
      <w:r w:rsidRPr="006A5AA2">
        <w:t xml:space="preserve">, legal, </w:t>
      </w:r>
      <w:proofErr w:type="spellStart"/>
      <w:r w:rsidRPr="006A5AA2">
        <w:t>financiero</w:t>
      </w:r>
      <w:proofErr w:type="spellEnd"/>
      <w:r w:rsidRPr="006A5AA2">
        <w:t xml:space="preserve"> y de </w:t>
      </w:r>
      <w:proofErr w:type="spellStart"/>
      <w:r w:rsidRPr="006A5AA2">
        <w:t>servicios</w:t>
      </w:r>
      <w:proofErr w:type="spellEnd"/>
      <w:r w:rsidRPr="006A5AA2">
        <w:t xml:space="preserve"> </w:t>
      </w:r>
      <w:proofErr w:type="spellStart"/>
      <w:r w:rsidRPr="006A5AA2">
        <w:t>digitales</w:t>
      </w:r>
      <w:proofErr w:type="spellEnd"/>
      <w:r w:rsidRPr="006A5AA2">
        <w:t>.</w:t>
      </w:r>
    </w:p>
    <w:p w14:paraId="64C57792" w14:textId="5FB39985" w:rsidR="00811987" w:rsidRPr="006A5AA2" w:rsidRDefault="00811987" w:rsidP="00811987">
      <w:pPr>
        <w:pStyle w:val="Prrafodelista"/>
        <w:numPr>
          <w:ilvl w:val="0"/>
          <w:numId w:val="30"/>
        </w:numPr>
      </w:pPr>
      <w:r w:rsidRPr="006A5AA2">
        <w:t xml:space="preserve">Abogados, </w:t>
      </w:r>
      <w:proofErr w:type="spellStart"/>
      <w:r w:rsidRPr="006A5AA2">
        <w:t>asesores</w:t>
      </w:r>
      <w:proofErr w:type="spellEnd"/>
      <w:r w:rsidRPr="006A5AA2">
        <w:t xml:space="preserve"> </w:t>
      </w:r>
      <w:proofErr w:type="spellStart"/>
      <w:r w:rsidRPr="006A5AA2">
        <w:t>jurídicos</w:t>
      </w:r>
      <w:proofErr w:type="spellEnd"/>
      <w:r w:rsidRPr="006A5AA2">
        <w:t xml:space="preserve"> y </w:t>
      </w:r>
      <w:proofErr w:type="spellStart"/>
      <w:r w:rsidRPr="006A5AA2">
        <w:t>gerentes</w:t>
      </w:r>
      <w:proofErr w:type="spellEnd"/>
      <w:r w:rsidRPr="006A5AA2">
        <w:t xml:space="preserve"> de </w:t>
      </w:r>
      <w:proofErr w:type="spellStart"/>
      <w:r w:rsidRPr="006A5AA2">
        <w:t>operaciones</w:t>
      </w:r>
      <w:proofErr w:type="spellEnd"/>
      <w:r w:rsidRPr="006A5AA2">
        <w:t>.</w:t>
      </w:r>
    </w:p>
    <w:p w14:paraId="50F6F745" w14:textId="08157968" w:rsidR="00811987" w:rsidRPr="006A5AA2" w:rsidRDefault="00811987" w:rsidP="00811987">
      <w:pPr>
        <w:pStyle w:val="Prrafodelista"/>
        <w:numPr>
          <w:ilvl w:val="0"/>
          <w:numId w:val="30"/>
        </w:numPr>
      </w:pPr>
      <w:proofErr w:type="spellStart"/>
      <w:r w:rsidRPr="006A5AA2">
        <w:t>Funcionarios</w:t>
      </w:r>
      <w:proofErr w:type="spellEnd"/>
      <w:r w:rsidRPr="006A5AA2">
        <w:t xml:space="preserve"> o </w:t>
      </w:r>
      <w:proofErr w:type="spellStart"/>
      <w:r w:rsidRPr="006A5AA2">
        <w:t>actores</w:t>
      </w:r>
      <w:proofErr w:type="spellEnd"/>
      <w:r w:rsidRPr="006A5AA2">
        <w:t xml:space="preserve"> </w:t>
      </w:r>
      <w:proofErr w:type="spellStart"/>
      <w:r w:rsidRPr="006A5AA2">
        <w:t>institucionales</w:t>
      </w:r>
      <w:proofErr w:type="spellEnd"/>
      <w:r w:rsidRPr="006A5AA2">
        <w:t xml:space="preserve"> </w:t>
      </w:r>
      <w:proofErr w:type="spellStart"/>
      <w:r w:rsidRPr="006A5AA2">
        <w:t>relacionados</w:t>
      </w:r>
      <w:proofErr w:type="spellEnd"/>
      <w:r w:rsidRPr="006A5AA2">
        <w:t xml:space="preserve"> con trámites </w:t>
      </w:r>
      <w:proofErr w:type="spellStart"/>
      <w:r w:rsidRPr="006A5AA2">
        <w:t>transfronterizos</w:t>
      </w:r>
      <w:proofErr w:type="spellEnd"/>
      <w:r w:rsidRPr="006A5AA2">
        <w:t xml:space="preserve"> con Panamá.</w:t>
      </w:r>
    </w:p>
    <w:p w14:paraId="19C58076" w14:textId="6FBEE3B8" w:rsidR="00811987" w:rsidRPr="006A5AA2" w:rsidRDefault="00811987" w:rsidP="00811987">
      <w:pPr>
        <w:rPr>
          <w:b/>
          <w:bCs/>
        </w:rPr>
      </w:pPr>
      <w:proofErr w:type="spellStart"/>
      <w:r w:rsidRPr="006A5AA2">
        <w:rPr>
          <w:b/>
          <w:bCs/>
        </w:rPr>
        <w:t>Muestra</w:t>
      </w:r>
      <w:proofErr w:type="spellEnd"/>
      <w:r w:rsidRPr="006A5AA2">
        <w:rPr>
          <w:b/>
          <w:bCs/>
        </w:rPr>
        <w:br/>
      </w:r>
      <w:r w:rsidRPr="006A5AA2">
        <w:t xml:space="preserve">Se </w:t>
      </w:r>
      <w:proofErr w:type="spellStart"/>
      <w:r w:rsidRPr="006A5AA2">
        <w:t>utilizará</w:t>
      </w:r>
      <w:proofErr w:type="spellEnd"/>
      <w:r w:rsidRPr="006A5AA2">
        <w:t xml:space="preserve"> un </w:t>
      </w:r>
      <w:proofErr w:type="spellStart"/>
      <w:r w:rsidRPr="006A5AA2">
        <w:t>muestreo</w:t>
      </w:r>
      <w:proofErr w:type="spellEnd"/>
      <w:r w:rsidRPr="006A5AA2">
        <w:t xml:space="preserve"> no </w:t>
      </w:r>
      <w:proofErr w:type="spellStart"/>
      <w:r w:rsidRPr="006A5AA2">
        <w:t>probabilístico</w:t>
      </w:r>
      <w:proofErr w:type="spellEnd"/>
      <w:r w:rsidRPr="006A5AA2">
        <w:t xml:space="preserve"> </w:t>
      </w:r>
      <w:proofErr w:type="spellStart"/>
      <w:r w:rsidRPr="006A5AA2">
        <w:t>por</w:t>
      </w:r>
      <w:proofErr w:type="spellEnd"/>
      <w:r w:rsidRPr="006A5AA2">
        <w:t xml:space="preserve"> </w:t>
      </w:r>
      <w:proofErr w:type="spellStart"/>
      <w:r w:rsidRPr="006A5AA2">
        <w:t>conveniencia</w:t>
      </w:r>
      <w:proofErr w:type="spellEnd"/>
      <w:r w:rsidRPr="006A5AA2">
        <w:t xml:space="preserve">, dada la </w:t>
      </w:r>
      <w:proofErr w:type="spellStart"/>
      <w:r w:rsidRPr="006A5AA2">
        <w:t>naturaleza</w:t>
      </w:r>
      <w:proofErr w:type="spellEnd"/>
      <w:r w:rsidRPr="006A5AA2">
        <w:t xml:space="preserve"> </w:t>
      </w:r>
      <w:proofErr w:type="spellStart"/>
      <w:r w:rsidRPr="006A5AA2">
        <w:t>especializada</w:t>
      </w:r>
      <w:proofErr w:type="spellEnd"/>
      <w:r w:rsidRPr="006A5AA2">
        <w:t xml:space="preserve"> de la población. La </w:t>
      </w:r>
      <w:proofErr w:type="spellStart"/>
      <w:r w:rsidRPr="006A5AA2">
        <w:t>muestra</w:t>
      </w:r>
      <w:proofErr w:type="spellEnd"/>
      <w:r w:rsidRPr="006A5AA2">
        <w:t xml:space="preserve"> </w:t>
      </w:r>
      <w:proofErr w:type="spellStart"/>
      <w:r w:rsidRPr="006A5AA2">
        <w:t>estará</w:t>
      </w:r>
      <w:proofErr w:type="spellEnd"/>
      <w:r w:rsidRPr="006A5AA2">
        <w:t xml:space="preserve"> </w:t>
      </w:r>
      <w:proofErr w:type="spellStart"/>
      <w:r w:rsidRPr="006A5AA2">
        <w:t>integrada</w:t>
      </w:r>
      <w:proofErr w:type="spellEnd"/>
      <w:r w:rsidRPr="006A5AA2">
        <w:t xml:space="preserve"> </w:t>
      </w:r>
      <w:proofErr w:type="spellStart"/>
      <w:r w:rsidRPr="006A5AA2">
        <w:t>por</w:t>
      </w:r>
      <w:proofErr w:type="spellEnd"/>
      <w:r w:rsidRPr="006A5AA2">
        <w:t>:</w:t>
      </w:r>
    </w:p>
    <w:p w14:paraId="7EC5B9D6" w14:textId="77777777" w:rsidR="00811987" w:rsidRPr="006A5AA2" w:rsidRDefault="00811987" w:rsidP="00811987">
      <w:pPr>
        <w:pStyle w:val="Prrafodelista"/>
        <w:numPr>
          <w:ilvl w:val="0"/>
          <w:numId w:val="31"/>
        </w:numPr>
      </w:pPr>
      <w:r w:rsidRPr="006A5AA2">
        <w:t xml:space="preserve">Entre 20 y 30 empresas para la </w:t>
      </w:r>
      <w:proofErr w:type="spellStart"/>
      <w:r w:rsidRPr="006A5AA2">
        <w:t>aplicación</w:t>
      </w:r>
      <w:proofErr w:type="spellEnd"/>
      <w:r w:rsidRPr="006A5AA2">
        <w:t xml:space="preserve"> de la </w:t>
      </w:r>
      <w:proofErr w:type="spellStart"/>
      <w:r w:rsidRPr="006A5AA2">
        <w:t>encuesta</w:t>
      </w:r>
      <w:proofErr w:type="spellEnd"/>
    </w:p>
    <w:p w14:paraId="029D0826" w14:textId="77777777" w:rsidR="00811987" w:rsidRPr="006A5AA2" w:rsidRDefault="00811987" w:rsidP="00811987">
      <w:pPr>
        <w:pStyle w:val="Prrafodelista"/>
        <w:numPr>
          <w:ilvl w:val="0"/>
          <w:numId w:val="31"/>
        </w:numPr>
      </w:pPr>
      <w:r w:rsidRPr="006A5AA2">
        <w:t xml:space="preserve">Entre 5 y 8 </w:t>
      </w:r>
      <w:proofErr w:type="spellStart"/>
      <w:r w:rsidRPr="006A5AA2">
        <w:t>participantes</w:t>
      </w:r>
      <w:proofErr w:type="spellEnd"/>
      <w:r w:rsidRPr="006A5AA2">
        <w:t xml:space="preserve"> para la </w:t>
      </w:r>
      <w:proofErr w:type="spellStart"/>
      <w:r w:rsidRPr="006A5AA2">
        <w:t>aplicación</w:t>
      </w:r>
      <w:proofErr w:type="spellEnd"/>
      <w:r w:rsidRPr="006A5AA2">
        <w:t xml:space="preserve"> de las </w:t>
      </w:r>
      <w:proofErr w:type="spellStart"/>
      <w:r w:rsidRPr="006A5AA2">
        <w:t>entrevistas</w:t>
      </w:r>
      <w:proofErr w:type="spellEnd"/>
      <w:r w:rsidRPr="006A5AA2">
        <w:t xml:space="preserve"> </w:t>
      </w:r>
      <w:proofErr w:type="spellStart"/>
      <w:r w:rsidRPr="006A5AA2">
        <w:t>semiestructuradas</w:t>
      </w:r>
      <w:proofErr w:type="spellEnd"/>
      <w:r w:rsidRPr="006A5AA2">
        <w:t>.</w:t>
      </w:r>
    </w:p>
    <w:p w14:paraId="1B807817" w14:textId="77777777" w:rsidR="00811987" w:rsidRPr="006A5AA2" w:rsidRDefault="00811987" w:rsidP="00811987">
      <w:pPr>
        <w:rPr>
          <w:b/>
          <w:bCs/>
        </w:rPr>
      </w:pPr>
      <w:proofErr w:type="spellStart"/>
      <w:r w:rsidRPr="006A5AA2">
        <w:rPr>
          <w:b/>
          <w:bCs/>
        </w:rPr>
        <w:t>Técnicas</w:t>
      </w:r>
      <w:proofErr w:type="spellEnd"/>
      <w:r w:rsidRPr="006A5AA2">
        <w:rPr>
          <w:b/>
          <w:bCs/>
        </w:rPr>
        <w:t xml:space="preserve"> e </w:t>
      </w:r>
      <w:proofErr w:type="spellStart"/>
      <w:r w:rsidRPr="006A5AA2">
        <w:rPr>
          <w:b/>
          <w:bCs/>
        </w:rPr>
        <w:t>instrumentos</w:t>
      </w:r>
      <w:proofErr w:type="spellEnd"/>
      <w:r w:rsidRPr="006A5AA2">
        <w:rPr>
          <w:b/>
          <w:bCs/>
        </w:rPr>
        <w:t xml:space="preserve"> de </w:t>
      </w:r>
      <w:proofErr w:type="spellStart"/>
      <w:r w:rsidRPr="006A5AA2">
        <w:rPr>
          <w:b/>
          <w:bCs/>
        </w:rPr>
        <w:t>recolección</w:t>
      </w:r>
      <w:proofErr w:type="spellEnd"/>
      <w:r w:rsidRPr="006A5AA2">
        <w:rPr>
          <w:b/>
          <w:bCs/>
        </w:rPr>
        <w:t xml:space="preserve"> de </w:t>
      </w:r>
      <w:proofErr w:type="spellStart"/>
      <w:r w:rsidRPr="006A5AA2">
        <w:rPr>
          <w:b/>
          <w:bCs/>
        </w:rPr>
        <w:t>información</w:t>
      </w:r>
      <w:proofErr w:type="spellEnd"/>
    </w:p>
    <w:p w14:paraId="1E450E38" w14:textId="672E8BA8" w:rsidR="00811987" w:rsidRPr="006A5AA2" w:rsidRDefault="00811987" w:rsidP="00811987">
      <w:pPr>
        <w:ind w:left="360"/>
      </w:pPr>
      <w:proofErr w:type="spellStart"/>
      <w:r w:rsidRPr="006A5AA2">
        <w:lastRenderedPageBreak/>
        <w:t>Encuesta</w:t>
      </w:r>
      <w:proofErr w:type="spellEnd"/>
      <w:r w:rsidRPr="006A5AA2">
        <w:t xml:space="preserve"> (</w:t>
      </w:r>
      <w:proofErr w:type="spellStart"/>
      <w:r w:rsidRPr="006A5AA2">
        <w:t>método</w:t>
      </w:r>
      <w:proofErr w:type="spellEnd"/>
      <w:r w:rsidRPr="006A5AA2">
        <w:t xml:space="preserve"> </w:t>
      </w:r>
      <w:proofErr w:type="spellStart"/>
      <w:r w:rsidRPr="006A5AA2">
        <w:t>cuantitativo</w:t>
      </w:r>
      <w:proofErr w:type="spellEnd"/>
      <w:r w:rsidRPr="006A5AA2">
        <w:t>)</w:t>
      </w:r>
      <w:r w:rsidRPr="006A5AA2">
        <w:br/>
      </w:r>
      <w:r w:rsidRPr="006A5AA2">
        <w:t xml:space="preserve">Se </w:t>
      </w:r>
      <w:proofErr w:type="spellStart"/>
      <w:r w:rsidRPr="006A5AA2">
        <w:t>diseñó</w:t>
      </w:r>
      <w:proofErr w:type="spellEnd"/>
      <w:r w:rsidRPr="006A5AA2">
        <w:t xml:space="preserve"> un </w:t>
      </w:r>
      <w:proofErr w:type="spellStart"/>
      <w:r w:rsidRPr="006A5AA2">
        <w:t>cuestionario</w:t>
      </w:r>
      <w:proofErr w:type="spellEnd"/>
      <w:r w:rsidRPr="006A5AA2">
        <w:t xml:space="preserve"> </w:t>
      </w:r>
      <w:proofErr w:type="spellStart"/>
      <w:r w:rsidRPr="006A5AA2">
        <w:t>compuesto</w:t>
      </w:r>
      <w:proofErr w:type="spellEnd"/>
      <w:r w:rsidRPr="006A5AA2">
        <w:t xml:space="preserve"> </w:t>
      </w:r>
      <w:proofErr w:type="spellStart"/>
      <w:r w:rsidRPr="006A5AA2">
        <w:t>por</w:t>
      </w:r>
      <w:proofErr w:type="spellEnd"/>
      <w:r w:rsidRPr="006A5AA2">
        <w:t xml:space="preserve"> 12 </w:t>
      </w:r>
      <w:proofErr w:type="spellStart"/>
      <w:r w:rsidRPr="006A5AA2">
        <w:t>preguntas</w:t>
      </w:r>
      <w:proofErr w:type="spellEnd"/>
      <w:r w:rsidRPr="006A5AA2">
        <w:t xml:space="preserve"> </w:t>
      </w:r>
      <w:proofErr w:type="spellStart"/>
      <w:r w:rsidRPr="006A5AA2">
        <w:t>cerradas</w:t>
      </w:r>
      <w:proofErr w:type="spellEnd"/>
      <w:r w:rsidRPr="006A5AA2">
        <w:t xml:space="preserve">, con </w:t>
      </w:r>
      <w:proofErr w:type="spellStart"/>
      <w:r w:rsidRPr="006A5AA2">
        <w:t>respuestas</w:t>
      </w:r>
      <w:proofErr w:type="spellEnd"/>
      <w:r w:rsidRPr="006A5AA2">
        <w:t xml:space="preserve"> </w:t>
      </w:r>
      <w:proofErr w:type="spellStart"/>
      <w:r w:rsidRPr="006A5AA2">
        <w:t>dicotómicas</w:t>
      </w:r>
      <w:proofErr w:type="spellEnd"/>
      <w:r w:rsidRPr="006A5AA2">
        <w:t xml:space="preserve">, </w:t>
      </w:r>
      <w:proofErr w:type="spellStart"/>
      <w:r w:rsidRPr="006A5AA2">
        <w:t>selección</w:t>
      </w:r>
      <w:proofErr w:type="spellEnd"/>
      <w:r w:rsidRPr="006A5AA2">
        <w:t xml:space="preserve"> </w:t>
      </w:r>
      <w:proofErr w:type="spellStart"/>
      <w:r w:rsidRPr="006A5AA2">
        <w:t>múltiple</w:t>
      </w:r>
      <w:proofErr w:type="spellEnd"/>
      <w:r w:rsidRPr="006A5AA2">
        <w:t xml:space="preserve"> y </w:t>
      </w:r>
      <w:proofErr w:type="spellStart"/>
      <w:r w:rsidRPr="006A5AA2">
        <w:t>escala</w:t>
      </w:r>
      <w:proofErr w:type="spellEnd"/>
      <w:r w:rsidRPr="006A5AA2">
        <w:t xml:space="preserve"> </w:t>
      </w:r>
      <w:proofErr w:type="spellStart"/>
      <w:r w:rsidRPr="006A5AA2">
        <w:t>tipo</w:t>
      </w:r>
      <w:proofErr w:type="spellEnd"/>
      <w:r w:rsidRPr="006A5AA2">
        <w:t xml:space="preserve"> Likert (1 a 5), </w:t>
      </w:r>
      <w:proofErr w:type="spellStart"/>
      <w:r w:rsidRPr="006A5AA2">
        <w:t>orientado</w:t>
      </w:r>
      <w:proofErr w:type="spellEnd"/>
      <w:r w:rsidRPr="006A5AA2">
        <w:t xml:space="preserve"> a </w:t>
      </w:r>
      <w:proofErr w:type="spellStart"/>
      <w:r w:rsidRPr="006A5AA2">
        <w:t>medir</w:t>
      </w:r>
      <w:proofErr w:type="spellEnd"/>
      <w:r w:rsidRPr="006A5AA2">
        <w:t>:</w:t>
      </w:r>
    </w:p>
    <w:p w14:paraId="47238810" w14:textId="7FB099DF" w:rsidR="00811987" w:rsidRPr="006A5AA2" w:rsidRDefault="00811987" w:rsidP="00811987">
      <w:pPr>
        <w:pStyle w:val="Prrafodelista"/>
        <w:numPr>
          <w:ilvl w:val="0"/>
          <w:numId w:val="32"/>
        </w:numPr>
      </w:pPr>
      <w:proofErr w:type="spellStart"/>
      <w:r w:rsidRPr="006A5AA2">
        <w:t>Uso</w:t>
      </w:r>
      <w:proofErr w:type="spellEnd"/>
      <w:r w:rsidRPr="006A5AA2">
        <w:t xml:space="preserve"> de </w:t>
      </w:r>
      <w:proofErr w:type="spellStart"/>
      <w:r w:rsidRPr="006A5AA2">
        <w:t>firmas</w:t>
      </w:r>
      <w:proofErr w:type="spellEnd"/>
      <w:r w:rsidRPr="006A5AA2">
        <w:t xml:space="preserve"> </w:t>
      </w:r>
      <w:proofErr w:type="spellStart"/>
      <w:r w:rsidRPr="006A5AA2">
        <w:t>digitales</w:t>
      </w:r>
      <w:proofErr w:type="spellEnd"/>
      <w:r w:rsidRPr="006A5AA2">
        <w:t>.</w:t>
      </w:r>
    </w:p>
    <w:p w14:paraId="3F4C5AE1" w14:textId="350C0B28" w:rsidR="00811987" w:rsidRPr="006A5AA2" w:rsidRDefault="00811987" w:rsidP="00811987">
      <w:pPr>
        <w:pStyle w:val="Prrafodelista"/>
        <w:numPr>
          <w:ilvl w:val="0"/>
          <w:numId w:val="32"/>
        </w:numPr>
      </w:pPr>
      <w:proofErr w:type="spellStart"/>
      <w:r w:rsidRPr="006A5AA2">
        <w:t>Frecuencia</w:t>
      </w:r>
      <w:proofErr w:type="spellEnd"/>
      <w:r w:rsidRPr="006A5AA2">
        <w:t xml:space="preserve"> de </w:t>
      </w:r>
      <w:proofErr w:type="spellStart"/>
      <w:r w:rsidRPr="006A5AA2">
        <w:t>rechazo</w:t>
      </w:r>
      <w:proofErr w:type="spellEnd"/>
      <w:r w:rsidRPr="006A5AA2">
        <w:t xml:space="preserve"> en Panamá.</w:t>
      </w:r>
    </w:p>
    <w:p w14:paraId="1951F4F6" w14:textId="2A14BCD9" w:rsidR="00811987" w:rsidRPr="006A5AA2" w:rsidRDefault="00811987" w:rsidP="00811987">
      <w:pPr>
        <w:pStyle w:val="Prrafodelista"/>
        <w:numPr>
          <w:ilvl w:val="0"/>
          <w:numId w:val="32"/>
        </w:numPr>
      </w:pPr>
      <w:r w:rsidRPr="006A5AA2">
        <w:t xml:space="preserve">Tipo de barreras </w:t>
      </w:r>
      <w:proofErr w:type="spellStart"/>
      <w:r w:rsidRPr="006A5AA2">
        <w:t>existentes</w:t>
      </w:r>
      <w:proofErr w:type="spellEnd"/>
      <w:r w:rsidRPr="006A5AA2">
        <w:t>.</w:t>
      </w:r>
    </w:p>
    <w:p w14:paraId="4804FD61" w14:textId="789D96F6" w:rsidR="00811987" w:rsidRPr="006A5AA2" w:rsidRDefault="00811987" w:rsidP="00811987">
      <w:pPr>
        <w:pStyle w:val="Prrafodelista"/>
        <w:numPr>
          <w:ilvl w:val="0"/>
          <w:numId w:val="32"/>
        </w:numPr>
      </w:pPr>
      <w:proofErr w:type="spellStart"/>
      <w:r w:rsidRPr="006A5AA2">
        <w:t>Impacto</w:t>
      </w:r>
      <w:proofErr w:type="spellEnd"/>
      <w:r w:rsidRPr="006A5AA2">
        <w:t xml:space="preserve"> </w:t>
      </w:r>
      <w:proofErr w:type="spellStart"/>
      <w:r w:rsidRPr="006A5AA2">
        <w:t>económico</w:t>
      </w:r>
      <w:proofErr w:type="spellEnd"/>
      <w:r w:rsidRPr="006A5AA2">
        <w:t xml:space="preserve"> y </w:t>
      </w:r>
      <w:proofErr w:type="spellStart"/>
      <w:r w:rsidRPr="006A5AA2">
        <w:t>operativo</w:t>
      </w:r>
      <w:proofErr w:type="spellEnd"/>
      <w:r w:rsidRPr="006A5AA2">
        <w:t>.</w:t>
      </w:r>
    </w:p>
    <w:p w14:paraId="02E6E740" w14:textId="50B55C2B" w:rsidR="00811987" w:rsidRPr="006A5AA2" w:rsidRDefault="00811987" w:rsidP="00811987">
      <w:pPr>
        <w:pStyle w:val="Prrafodelista"/>
        <w:numPr>
          <w:ilvl w:val="0"/>
          <w:numId w:val="32"/>
        </w:numPr>
      </w:pPr>
      <w:proofErr w:type="spellStart"/>
      <w:r w:rsidRPr="006A5AA2">
        <w:t>Percepción</w:t>
      </w:r>
      <w:proofErr w:type="spellEnd"/>
      <w:r w:rsidRPr="006A5AA2">
        <w:t xml:space="preserve"> </w:t>
      </w:r>
      <w:proofErr w:type="spellStart"/>
      <w:r w:rsidRPr="006A5AA2">
        <w:t>institucional</w:t>
      </w:r>
      <w:proofErr w:type="spellEnd"/>
      <w:r w:rsidRPr="006A5AA2">
        <w:t>.</w:t>
      </w:r>
    </w:p>
    <w:p w14:paraId="45E49034" w14:textId="77777777" w:rsidR="00811987" w:rsidRPr="006A5AA2" w:rsidRDefault="00811987" w:rsidP="00811987">
      <w:pPr>
        <w:pStyle w:val="Prrafodelista"/>
        <w:numPr>
          <w:ilvl w:val="0"/>
          <w:numId w:val="32"/>
        </w:numPr>
      </w:pPr>
      <w:proofErr w:type="spellStart"/>
      <w:r w:rsidRPr="006A5AA2">
        <w:t>Afectación</w:t>
      </w:r>
      <w:proofErr w:type="spellEnd"/>
      <w:r w:rsidRPr="006A5AA2">
        <w:t xml:space="preserve"> en la </w:t>
      </w:r>
      <w:proofErr w:type="spellStart"/>
      <w:r w:rsidRPr="006A5AA2">
        <w:t>inversión.</w:t>
      </w:r>
      <w:proofErr w:type="spellEnd"/>
    </w:p>
    <w:p w14:paraId="5420532E" w14:textId="77777777" w:rsidR="00811987" w:rsidRPr="006A5AA2" w:rsidRDefault="00811987" w:rsidP="00811987">
      <w:r w:rsidRPr="006A5AA2">
        <w:t xml:space="preserve">Este </w:t>
      </w:r>
      <w:proofErr w:type="spellStart"/>
      <w:r w:rsidRPr="006A5AA2">
        <w:t>instrumento</w:t>
      </w:r>
      <w:proofErr w:type="spellEnd"/>
      <w:r w:rsidRPr="006A5AA2">
        <w:t xml:space="preserve"> </w:t>
      </w:r>
      <w:proofErr w:type="spellStart"/>
      <w:r w:rsidRPr="006A5AA2">
        <w:t>permite</w:t>
      </w:r>
      <w:proofErr w:type="spellEnd"/>
      <w:r w:rsidRPr="006A5AA2">
        <w:t xml:space="preserve"> </w:t>
      </w:r>
      <w:proofErr w:type="spellStart"/>
      <w:r w:rsidRPr="006A5AA2">
        <w:t>obtener</w:t>
      </w:r>
      <w:proofErr w:type="spellEnd"/>
      <w:r w:rsidRPr="006A5AA2">
        <w:t xml:space="preserve"> </w:t>
      </w:r>
      <w:proofErr w:type="spellStart"/>
      <w:r w:rsidRPr="006A5AA2">
        <w:t>datos</w:t>
      </w:r>
      <w:proofErr w:type="spellEnd"/>
      <w:r w:rsidRPr="006A5AA2">
        <w:t xml:space="preserve"> </w:t>
      </w:r>
      <w:proofErr w:type="spellStart"/>
      <w:r w:rsidRPr="006A5AA2">
        <w:t>objetivos</w:t>
      </w:r>
      <w:proofErr w:type="spellEnd"/>
      <w:r w:rsidRPr="006A5AA2">
        <w:t xml:space="preserve">, </w:t>
      </w:r>
      <w:proofErr w:type="spellStart"/>
      <w:r w:rsidRPr="006A5AA2">
        <w:t>medibles</w:t>
      </w:r>
      <w:proofErr w:type="spellEnd"/>
      <w:r w:rsidRPr="006A5AA2">
        <w:t xml:space="preserve"> y </w:t>
      </w:r>
      <w:proofErr w:type="spellStart"/>
      <w:r w:rsidRPr="006A5AA2">
        <w:t>comparables</w:t>
      </w:r>
      <w:proofErr w:type="spellEnd"/>
      <w:r w:rsidRPr="006A5AA2">
        <w:t>.</w:t>
      </w:r>
    </w:p>
    <w:p w14:paraId="18B2BD4B" w14:textId="77777777" w:rsidR="00811987" w:rsidRPr="00811987" w:rsidRDefault="00811987" w:rsidP="00811987">
      <w:pPr>
        <w:rPr>
          <w:b/>
          <w:bCs/>
          <w:lang w:val="es-CO"/>
        </w:rPr>
      </w:pPr>
      <w:r w:rsidRPr="00811987">
        <w:rPr>
          <w:b/>
          <w:bCs/>
          <w:lang w:val="es-CO"/>
        </w:rPr>
        <w:t>Entrevista semiestructurada (método cualitativo)</w:t>
      </w:r>
    </w:p>
    <w:p w14:paraId="1C149EAB" w14:textId="77777777" w:rsidR="00811987" w:rsidRPr="00811987" w:rsidRDefault="00811987" w:rsidP="00811987">
      <w:pPr>
        <w:rPr>
          <w:lang w:val="es-CO"/>
        </w:rPr>
      </w:pPr>
      <w:r w:rsidRPr="00811987">
        <w:rPr>
          <w:lang w:val="es-CO"/>
        </w:rPr>
        <w:t>Se diseñó una guía de entrevista con 7 preguntas abiertas, dirigida a empresarios, abogados y funcionarios, orientada a explorar:</w:t>
      </w:r>
    </w:p>
    <w:p w14:paraId="5E17D758" w14:textId="77777777" w:rsidR="00811987" w:rsidRPr="00811987" w:rsidRDefault="00811987" w:rsidP="00811987">
      <w:pPr>
        <w:numPr>
          <w:ilvl w:val="0"/>
          <w:numId w:val="33"/>
        </w:numPr>
        <w:rPr>
          <w:lang w:val="es-CO"/>
        </w:rPr>
      </w:pPr>
      <w:r w:rsidRPr="00811987">
        <w:rPr>
          <w:lang w:val="es-CO"/>
        </w:rPr>
        <w:t>Experiencias concretas.</w:t>
      </w:r>
    </w:p>
    <w:p w14:paraId="53AD20E9" w14:textId="77777777" w:rsidR="00811987" w:rsidRPr="00811987" w:rsidRDefault="00811987" w:rsidP="00811987">
      <w:pPr>
        <w:numPr>
          <w:ilvl w:val="0"/>
          <w:numId w:val="33"/>
        </w:numPr>
        <w:rPr>
          <w:lang w:val="es-CO"/>
        </w:rPr>
      </w:pPr>
      <w:r w:rsidRPr="00811987">
        <w:rPr>
          <w:lang w:val="es-CO"/>
        </w:rPr>
        <w:t>Obstáculos reales en trámites.</w:t>
      </w:r>
    </w:p>
    <w:p w14:paraId="33D47199" w14:textId="77777777" w:rsidR="00811987" w:rsidRPr="00811987" w:rsidRDefault="00811987" w:rsidP="00811987">
      <w:pPr>
        <w:numPr>
          <w:ilvl w:val="0"/>
          <w:numId w:val="33"/>
        </w:numPr>
        <w:rPr>
          <w:lang w:val="es-CO"/>
        </w:rPr>
      </w:pPr>
      <w:r w:rsidRPr="00811987">
        <w:rPr>
          <w:lang w:val="es-CO"/>
        </w:rPr>
        <w:t>Desconocimiento institucional.</w:t>
      </w:r>
    </w:p>
    <w:p w14:paraId="7816C415" w14:textId="77777777" w:rsidR="00811987" w:rsidRPr="00811987" w:rsidRDefault="00811987" w:rsidP="00811987">
      <w:pPr>
        <w:numPr>
          <w:ilvl w:val="0"/>
          <w:numId w:val="33"/>
        </w:numPr>
        <w:rPr>
          <w:lang w:val="es-CO"/>
        </w:rPr>
      </w:pPr>
      <w:r w:rsidRPr="00811987">
        <w:rPr>
          <w:lang w:val="es-CO"/>
        </w:rPr>
        <w:t>Comparación con el modelo colombiano.</w:t>
      </w:r>
    </w:p>
    <w:p w14:paraId="1C6D611A" w14:textId="77777777" w:rsidR="00811987" w:rsidRPr="00811987" w:rsidRDefault="00811987" w:rsidP="00811987">
      <w:pPr>
        <w:numPr>
          <w:ilvl w:val="0"/>
          <w:numId w:val="33"/>
        </w:numPr>
        <w:rPr>
          <w:lang w:val="es-CO"/>
        </w:rPr>
      </w:pPr>
      <w:r w:rsidRPr="00811987">
        <w:rPr>
          <w:lang w:val="es-CO"/>
        </w:rPr>
        <w:t>Propuestas de mejora.</w:t>
      </w:r>
    </w:p>
    <w:p w14:paraId="2B32E582" w14:textId="77777777" w:rsidR="00811987" w:rsidRPr="00811987" w:rsidRDefault="00811987" w:rsidP="00811987">
      <w:pPr>
        <w:rPr>
          <w:lang w:val="es-CO"/>
        </w:rPr>
      </w:pPr>
      <w:r w:rsidRPr="00811987">
        <w:rPr>
          <w:lang w:val="es-CO"/>
        </w:rPr>
        <w:t>Este instrumento conserva flexibilidad metodológica para profundizar en aspectos emergentes durante su aplicación.</w:t>
      </w:r>
    </w:p>
    <w:p w14:paraId="23661F5B" w14:textId="77777777" w:rsidR="00811987" w:rsidRPr="006A5AA2" w:rsidRDefault="00811987" w:rsidP="00811987">
      <w:pPr>
        <w:rPr>
          <w:b/>
          <w:bCs/>
        </w:rPr>
      </w:pPr>
      <w:proofErr w:type="spellStart"/>
      <w:r w:rsidRPr="006A5AA2">
        <w:rPr>
          <w:b/>
          <w:bCs/>
        </w:rPr>
        <w:lastRenderedPageBreak/>
        <w:t>Procedimiento</w:t>
      </w:r>
      <w:proofErr w:type="spellEnd"/>
      <w:r w:rsidRPr="006A5AA2">
        <w:rPr>
          <w:b/>
          <w:bCs/>
        </w:rPr>
        <w:t xml:space="preserve"> para la </w:t>
      </w:r>
      <w:proofErr w:type="spellStart"/>
      <w:r w:rsidRPr="006A5AA2">
        <w:rPr>
          <w:b/>
          <w:bCs/>
        </w:rPr>
        <w:t>recolección</w:t>
      </w:r>
      <w:proofErr w:type="spellEnd"/>
      <w:r w:rsidRPr="006A5AA2">
        <w:rPr>
          <w:b/>
          <w:bCs/>
        </w:rPr>
        <w:t xml:space="preserve"> de </w:t>
      </w:r>
      <w:proofErr w:type="spellStart"/>
      <w:r w:rsidRPr="006A5AA2">
        <w:rPr>
          <w:b/>
          <w:bCs/>
        </w:rPr>
        <w:t>datos</w:t>
      </w:r>
      <w:proofErr w:type="spellEnd"/>
    </w:p>
    <w:p w14:paraId="6163C366" w14:textId="77777777" w:rsidR="00811987" w:rsidRPr="006A5AA2" w:rsidRDefault="00811987" w:rsidP="00811987">
      <w:r w:rsidRPr="006A5AA2">
        <w:t xml:space="preserve">El </w:t>
      </w:r>
      <w:proofErr w:type="spellStart"/>
      <w:r w:rsidRPr="006A5AA2">
        <w:t>procedimiento</w:t>
      </w:r>
      <w:proofErr w:type="spellEnd"/>
      <w:r w:rsidRPr="006A5AA2">
        <w:t xml:space="preserve"> se </w:t>
      </w:r>
      <w:proofErr w:type="spellStart"/>
      <w:r w:rsidRPr="006A5AA2">
        <w:t>desarrollará</w:t>
      </w:r>
      <w:proofErr w:type="spellEnd"/>
      <w:r w:rsidRPr="006A5AA2">
        <w:t xml:space="preserve"> en las </w:t>
      </w:r>
      <w:proofErr w:type="spellStart"/>
      <w:r w:rsidRPr="006A5AA2">
        <w:t>siguientes</w:t>
      </w:r>
      <w:proofErr w:type="spellEnd"/>
      <w:r w:rsidRPr="006A5AA2">
        <w:t xml:space="preserve"> </w:t>
      </w:r>
      <w:proofErr w:type="spellStart"/>
      <w:r w:rsidRPr="006A5AA2">
        <w:t>fases</w:t>
      </w:r>
      <w:proofErr w:type="spellEnd"/>
      <w:r w:rsidRPr="006A5AA2">
        <w:t>:</w:t>
      </w:r>
    </w:p>
    <w:p w14:paraId="2E3BD42F" w14:textId="77777777" w:rsidR="00811987" w:rsidRPr="006A5AA2" w:rsidRDefault="00811987" w:rsidP="00811987">
      <w:pPr>
        <w:pStyle w:val="Prrafodelista"/>
        <w:numPr>
          <w:ilvl w:val="0"/>
          <w:numId w:val="34"/>
        </w:numPr>
      </w:pPr>
      <w:proofErr w:type="spellStart"/>
      <w:r w:rsidRPr="006A5AA2">
        <w:t>Selección</w:t>
      </w:r>
      <w:proofErr w:type="spellEnd"/>
      <w:r w:rsidRPr="006A5AA2">
        <w:t xml:space="preserve"> de la </w:t>
      </w:r>
      <w:proofErr w:type="spellStart"/>
      <w:r w:rsidRPr="006A5AA2">
        <w:t>muestra</w:t>
      </w:r>
      <w:proofErr w:type="spellEnd"/>
      <w:r w:rsidRPr="006A5AA2">
        <w:t xml:space="preserve"> de empresas y </w:t>
      </w:r>
      <w:proofErr w:type="spellStart"/>
      <w:r w:rsidRPr="006A5AA2">
        <w:t>expertos</w:t>
      </w:r>
      <w:proofErr w:type="spellEnd"/>
      <w:r w:rsidRPr="006A5AA2">
        <w:t>.</w:t>
      </w:r>
    </w:p>
    <w:p w14:paraId="7766563F" w14:textId="77777777" w:rsidR="00811987" w:rsidRPr="006A5AA2" w:rsidRDefault="00811987" w:rsidP="00811987">
      <w:pPr>
        <w:pStyle w:val="Prrafodelista"/>
        <w:numPr>
          <w:ilvl w:val="0"/>
          <w:numId w:val="34"/>
        </w:numPr>
      </w:pPr>
      <w:proofErr w:type="spellStart"/>
      <w:r w:rsidRPr="006A5AA2">
        <w:t>Aplicación</w:t>
      </w:r>
      <w:proofErr w:type="spellEnd"/>
      <w:r w:rsidRPr="006A5AA2">
        <w:t xml:space="preserve"> de las </w:t>
      </w:r>
      <w:proofErr w:type="spellStart"/>
      <w:r w:rsidRPr="006A5AA2">
        <w:t>encuestas</w:t>
      </w:r>
      <w:proofErr w:type="spellEnd"/>
      <w:r w:rsidRPr="006A5AA2">
        <w:t xml:space="preserve"> de </w:t>
      </w:r>
      <w:proofErr w:type="spellStart"/>
      <w:r w:rsidRPr="006A5AA2">
        <w:t>manera</w:t>
      </w:r>
      <w:proofErr w:type="spellEnd"/>
      <w:r w:rsidRPr="006A5AA2">
        <w:t xml:space="preserve"> virtual.</w:t>
      </w:r>
    </w:p>
    <w:p w14:paraId="579BF0BD" w14:textId="77777777" w:rsidR="00811987" w:rsidRPr="006A5AA2" w:rsidRDefault="00811987" w:rsidP="00811987">
      <w:pPr>
        <w:pStyle w:val="Prrafodelista"/>
        <w:numPr>
          <w:ilvl w:val="0"/>
          <w:numId w:val="34"/>
        </w:numPr>
      </w:pPr>
      <w:proofErr w:type="spellStart"/>
      <w:r w:rsidRPr="006A5AA2">
        <w:t>Realización</w:t>
      </w:r>
      <w:proofErr w:type="spellEnd"/>
      <w:r w:rsidRPr="006A5AA2">
        <w:t xml:space="preserve"> de </w:t>
      </w:r>
      <w:proofErr w:type="spellStart"/>
      <w:r w:rsidRPr="006A5AA2">
        <w:t>entrevistas</w:t>
      </w:r>
      <w:proofErr w:type="spellEnd"/>
      <w:r w:rsidRPr="006A5AA2">
        <w:t xml:space="preserve"> </w:t>
      </w:r>
      <w:proofErr w:type="spellStart"/>
      <w:r w:rsidRPr="006A5AA2">
        <w:t>por</w:t>
      </w:r>
      <w:proofErr w:type="spellEnd"/>
      <w:r w:rsidRPr="006A5AA2">
        <w:t xml:space="preserve"> </w:t>
      </w:r>
      <w:proofErr w:type="spellStart"/>
      <w:r w:rsidRPr="006A5AA2">
        <w:t>medios</w:t>
      </w:r>
      <w:proofErr w:type="spellEnd"/>
      <w:r w:rsidRPr="006A5AA2">
        <w:t xml:space="preserve"> </w:t>
      </w:r>
      <w:proofErr w:type="spellStart"/>
      <w:r w:rsidRPr="006A5AA2">
        <w:t>digitales</w:t>
      </w:r>
      <w:proofErr w:type="spellEnd"/>
      <w:r w:rsidRPr="006A5AA2">
        <w:t xml:space="preserve"> (</w:t>
      </w:r>
      <w:proofErr w:type="spellStart"/>
      <w:r w:rsidRPr="006A5AA2">
        <w:t>videollamada</w:t>
      </w:r>
      <w:proofErr w:type="spellEnd"/>
      <w:r w:rsidRPr="006A5AA2">
        <w:t>).</w:t>
      </w:r>
    </w:p>
    <w:p w14:paraId="138E3E11" w14:textId="77777777" w:rsidR="00811987" w:rsidRPr="006A5AA2" w:rsidRDefault="00811987" w:rsidP="00811987">
      <w:pPr>
        <w:pStyle w:val="Prrafodelista"/>
        <w:numPr>
          <w:ilvl w:val="0"/>
          <w:numId w:val="34"/>
        </w:numPr>
      </w:pPr>
      <w:proofErr w:type="spellStart"/>
      <w:r w:rsidRPr="006A5AA2">
        <w:t>Transcripción</w:t>
      </w:r>
      <w:proofErr w:type="spellEnd"/>
      <w:r w:rsidRPr="006A5AA2">
        <w:t xml:space="preserve"> de </w:t>
      </w:r>
      <w:proofErr w:type="spellStart"/>
      <w:r w:rsidRPr="006A5AA2">
        <w:t>entrevistas</w:t>
      </w:r>
      <w:proofErr w:type="spellEnd"/>
      <w:r w:rsidRPr="006A5AA2">
        <w:t>.</w:t>
      </w:r>
    </w:p>
    <w:p w14:paraId="7B2FDF2B" w14:textId="77777777" w:rsidR="00811987" w:rsidRPr="006A5AA2" w:rsidRDefault="00811987" w:rsidP="00811987">
      <w:pPr>
        <w:pStyle w:val="Prrafodelista"/>
        <w:numPr>
          <w:ilvl w:val="0"/>
          <w:numId w:val="34"/>
        </w:numPr>
      </w:pPr>
      <w:proofErr w:type="spellStart"/>
      <w:r w:rsidRPr="006A5AA2">
        <w:t>Sistematización</w:t>
      </w:r>
      <w:proofErr w:type="spellEnd"/>
      <w:r w:rsidRPr="006A5AA2">
        <w:t xml:space="preserve"> de </w:t>
      </w:r>
      <w:proofErr w:type="spellStart"/>
      <w:r w:rsidRPr="006A5AA2">
        <w:t>datos</w:t>
      </w:r>
      <w:proofErr w:type="spellEnd"/>
      <w:r w:rsidRPr="006A5AA2">
        <w:t xml:space="preserve"> </w:t>
      </w:r>
      <w:proofErr w:type="spellStart"/>
      <w:r w:rsidRPr="006A5AA2">
        <w:t>cuantitativos</w:t>
      </w:r>
      <w:proofErr w:type="spellEnd"/>
      <w:r w:rsidRPr="006A5AA2">
        <w:t xml:space="preserve"> en </w:t>
      </w:r>
      <w:proofErr w:type="spellStart"/>
      <w:r w:rsidRPr="006A5AA2">
        <w:t>tablas</w:t>
      </w:r>
      <w:proofErr w:type="spellEnd"/>
      <w:r w:rsidRPr="006A5AA2">
        <w:t>.</w:t>
      </w:r>
    </w:p>
    <w:p w14:paraId="626C6467" w14:textId="77777777" w:rsidR="00811987" w:rsidRPr="006A5AA2" w:rsidRDefault="00811987" w:rsidP="00811987">
      <w:pPr>
        <w:pStyle w:val="Prrafodelista"/>
        <w:numPr>
          <w:ilvl w:val="0"/>
          <w:numId w:val="34"/>
        </w:numPr>
      </w:pPr>
      <w:proofErr w:type="spellStart"/>
      <w:r w:rsidRPr="006A5AA2">
        <w:t>Codificación</w:t>
      </w:r>
      <w:proofErr w:type="spellEnd"/>
      <w:r w:rsidRPr="006A5AA2">
        <w:t xml:space="preserve"> </w:t>
      </w:r>
      <w:proofErr w:type="spellStart"/>
      <w:r w:rsidRPr="006A5AA2">
        <w:t>temática</w:t>
      </w:r>
      <w:proofErr w:type="spellEnd"/>
      <w:r w:rsidRPr="006A5AA2">
        <w:t xml:space="preserve"> de </w:t>
      </w:r>
      <w:proofErr w:type="spellStart"/>
      <w:r w:rsidRPr="006A5AA2">
        <w:t>datos</w:t>
      </w:r>
      <w:proofErr w:type="spellEnd"/>
      <w:r w:rsidRPr="006A5AA2">
        <w:t xml:space="preserve"> </w:t>
      </w:r>
      <w:proofErr w:type="spellStart"/>
      <w:r w:rsidRPr="006A5AA2">
        <w:t>cualitativos</w:t>
      </w:r>
      <w:proofErr w:type="spellEnd"/>
      <w:r w:rsidRPr="006A5AA2">
        <w:t>.</w:t>
      </w:r>
    </w:p>
    <w:p w14:paraId="1571617B" w14:textId="77777777" w:rsidR="00811987" w:rsidRPr="006A5AA2" w:rsidRDefault="00811987" w:rsidP="00811987">
      <w:pPr>
        <w:pStyle w:val="Prrafodelista"/>
        <w:numPr>
          <w:ilvl w:val="0"/>
          <w:numId w:val="34"/>
        </w:numPr>
      </w:pPr>
      <w:proofErr w:type="spellStart"/>
      <w:r w:rsidRPr="006A5AA2">
        <w:t>Análisis</w:t>
      </w:r>
      <w:proofErr w:type="spellEnd"/>
      <w:r w:rsidRPr="006A5AA2">
        <w:t xml:space="preserve"> </w:t>
      </w:r>
      <w:proofErr w:type="spellStart"/>
      <w:r w:rsidRPr="006A5AA2">
        <w:t>integrado</w:t>
      </w:r>
      <w:proofErr w:type="spellEnd"/>
      <w:r w:rsidRPr="006A5AA2">
        <w:t xml:space="preserve"> de </w:t>
      </w:r>
      <w:proofErr w:type="spellStart"/>
      <w:r w:rsidRPr="006A5AA2">
        <w:t>resultados</w:t>
      </w:r>
      <w:proofErr w:type="spellEnd"/>
      <w:r w:rsidRPr="006A5AA2">
        <w:t>.</w:t>
      </w:r>
    </w:p>
    <w:p w14:paraId="6E29023E" w14:textId="77777777" w:rsidR="00811987" w:rsidRPr="00811987" w:rsidRDefault="00811987" w:rsidP="00811987">
      <w:pPr>
        <w:rPr>
          <w:b/>
          <w:bCs/>
          <w:lang w:val="es-CO"/>
        </w:rPr>
      </w:pPr>
      <w:r w:rsidRPr="00811987">
        <w:rPr>
          <w:b/>
          <w:bCs/>
          <w:lang w:val="es-CO"/>
        </w:rPr>
        <w:t>Técnicas de análisis de la información</w:t>
      </w:r>
    </w:p>
    <w:p w14:paraId="36480075" w14:textId="77777777" w:rsidR="00811987" w:rsidRPr="00811987" w:rsidRDefault="00811987" w:rsidP="00811987">
      <w:pPr>
        <w:rPr>
          <w:lang w:val="es-CO"/>
        </w:rPr>
      </w:pPr>
      <w:r w:rsidRPr="00811987">
        <w:rPr>
          <w:lang w:val="es-CO"/>
        </w:rPr>
        <w:t>Los datos cuantitativos serán analizados mediante estadísticas descriptivas: frecuencias, porcentajes y gráficos.</w:t>
      </w:r>
    </w:p>
    <w:p w14:paraId="03464CC5" w14:textId="77777777" w:rsidR="00811987" w:rsidRPr="00811987" w:rsidRDefault="00811987" w:rsidP="00811987">
      <w:pPr>
        <w:rPr>
          <w:lang w:val="es-CO"/>
        </w:rPr>
      </w:pPr>
      <w:r w:rsidRPr="00811987">
        <w:rPr>
          <w:lang w:val="es-CO"/>
        </w:rPr>
        <w:t>Los datos cualitativos serán interpretados mediante análisis temático de contenido, identificando categorías como:</w:t>
      </w:r>
    </w:p>
    <w:p w14:paraId="78535904" w14:textId="77777777" w:rsidR="00811987" w:rsidRPr="006A5AA2" w:rsidRDefault="00811987" w:rsidP="00811987">
      <w:pPr>
        <w:pStyle w:val="Prrafodelista"/>
        <w:numPr>
          <w:ilvl w:val="0"/>
          <w:numId w:val="36"/>
        </w:numPr>
        <w:rPr>
          <w:lang w:val="es-CO"/>
        </w:rPr>
      </w:pPr>
      <w:r w:rsidRPr="006A5AA2">
        <w:rPr>
          <w:lang w:val="es-CO"/>
        </w:rPr>
        <w:t>Barreras jurídicas.</w:t>
      </w:r>
    </w:p>
    <w:p w14:paraId="446DC946" w14:textId="77777777" w:rsidR="00811987" w:rsidRPr="006A5AA2" w:rsidRDefault="00811987" w:rsidP="00811987">
      <w:pPr>
        <w:pStyle w:val="Prrafodelista"/>
        <w:numPr>
          <w:ilvl w:val="0"/>
          <w:numId w:val="36"/>
        </w:numPr>
        <w:rPr>
          <w:lang w:val="es-CO"/>
        </w:rPr>
      </w:pPr>
      <w:r w:rsidRPr="006A5AA2">
        <w:rPr>
          <w:lang w:val="es-CO"/>
        </w:rPr>
        <w:t>Barreras administrativas.</w:t>
      </w:r>
    </w:p>
    <w:p w14:paraId="6BC616AA" w14:textId="77777777" w:rsidR="00811987" w:rsidRPr="006A5AA2" w:rsidRDefault="00811987" w:rsidP="00811987">
      <w:pPr>
        <w:pStyle w:val="Prrafodelista"/>
        <w:numPr>
          <w:ilvl w:val="0"/>
          <w:numId w:val="36"/>
        </w:numPr>
        <w:rPr>
          <w:lang w:val="es-CO"/>
        </w:rPr>
      </w:pPr>
      <w:r w:rsidRPr="006A5AA2">
        <w:rPr>
          <w:lang w:val="es-CO"/>
        </w:rPr>
        <w:t>Barreras culturales.</w:t>
      </w:r>
    </w:p>
    <w:p w14:paraId="3CAC1843" w14:textId="77777777" w:rsidR="00811987" w:rsidRPr="006A5AA2" w:rsidRDefault="00811987" w:rsidP="00811987">
      <w:pPr>
        <w:pStyle w:val="Prrafodelista"/>
        <w:numPr>
          <w:ilvl w:val="0"/>
          <w:numId w:val="36"/>
        </w:numPr>
        <w:rPr>
          <w:lang w:val="es-CO"/>
        </w:rPr>
      </w:pPr>
      <w:r w:rsidRPr="006A5AA2">
        <w:rPr>
          <w:lang w:val="es-CO"/>
        </w:rPr>
        <w:t>Impacto económico.</w:t>
      </w:r>
    </w:p>
    <w:p w14:paraId="1D8B3475" w14:textId="77777777" w:rsidR="00811987" w:rsidRPr="006A5AA2" w:rsidRDefault="00811987" w:rsidP="00811987">
      <w:pPr>
        <w:pStyle w:val="Prrafodelista"/>
        <w:numPr>
          <w:ilvl w:val="0"/>
          <w:numId w:val="36"/>
        </w:numPr>
        <w:rPr>
          <w:lang w:val="es-CO"/>
        </w:rPr>
      </w:pPr>
      <w:r w:rsidRPr="006A5AA2">
        <w:rPr>
          <w:lang w:val="es-CO"/>
        </w:rPr>
        <w:t>Riesgos jurídicos.</w:t>
      </w:r>
    </w:p>
    <w:p w14:paraId="627E249A" w14:textId="5FF6E3BA" w:rsidR="00811987" w:rsidRPr="006A5AA2" w:rsidRDefault="00811987" w:rsidP="00811987">
      <w:pPr>
        <w:pStyle w:val="Prrafodelista"/>
        <w:numPr>
          <w:ilvl w:val="0"/>
          <w:numId w:val="36"/>
        </w:numPr>
        <w:rPr>
          <w:lang w:val="es-CO"/>
        </w:rPr>
      </w:pPr>
      <w:r w:rsidRPr="006A5AA2">
        <w:rPr>
          <w:lang w:val="es-CO"/>
        </w:rPr>
        <w:t>Propuestas de solución.</w:t>
      </w:r>
    </w:p>
    <w:p w14:paraId="1C4F230E" w14:textId="77777777" w:rsidR="00811987" w:rsidRPr="006A5AA2" w:rsidRDefault="00811987" w:rsidP="00811987">
      <w:pPr>
        <w:rPr>
          <w:lang w:val="es-CO"/>
        </w:rPr>
      </w:pPr>
      <w:r w:rsidRPr="00811987">
        <w:rPr>
          <w:lang w:val="es-CO"/>
        </w:rPr>
        <w:t>Posteriormente, ambos análisis serán integrados para obtener conclusiones trianguladas.</w:t>
      </w:r>
    </w:p>
    <w:p w14:paraId="781B08A7" w14:textId="77777777" w:rsidR="00811987" w:rsidRPr="00811987" w:rsidRDefault="00811987" w:rsidP="00811987">
      <w:pPr>
        <w:rPr>
          <w:b/>
          <w:bCs/>
          <w:lang w:val="es-CO"/>
        </w:rPr>
      </w:pPr>
      <w:r w:rsidRPr="00811987">
        <w:rPr>
          <w:b/>
          <w:bCs/>
          <w:lang w:val="es-CO"/>
        </w:rPr>
        <w:lastRenderedPageBreak/>
        <w:t>Limitaciones del estudio</w:t>
      </w:r>
    </w:p>
    <w:p w14:paraId="4027F577" w14:textId="77777777" w:rsidR="00811987" w:rsidRPr="00811987" w:rsidRDefault="00811987" w:rsidP="00811987">
      <w:pPr>
        <w:rPr>
          <w:lang w:val="es-CO"/>
        </w:rPr>
      </w:pPr>
      <w:r w:rsidRPr="00811987">
        <w:rPr>
          <w:lang w:val="es-CO"/>
        </w:rPr>
        <w:t>Entre las principales limitaciones se destacan:</w:t>
      </w:r>
    </w:p>
    <w:p w14:paraId="5800A760" w14:textId="77777777" w:rsidR="00811987" w:rsidRPr="00811987" w:rsidRDefault="00811987" w:rsidP="00811987">
      <w:pPr>
        <w:numPr>
          <w:ilvl w:val="0"/>
          <w:numId w:val="37"/>
        </w:numPr>
        <w:rPr>
          <w:lang w:val="es-CO"/>
        </w:rPr>
      </w:pPr>
      <w:r w:rsidRPr="00811987">
        <w:rPr>
          <w:lang w:val="es-CO"/>
        </w:rPr>
        <w:t>Dificultad para acceder a funcionarios panameños.</w:t>
      </w:r>
    </w:p>
    <w:p w14:paraId="2C220337" w14:textId="77777777" w:rsidR="00811987" w:rsidRPr="00811987" w:rsidRDefault="00811987" w:rsidP="00811987">
      <w:pPr>
        <w:numPr>
          <w:ilvl w:val="0"/>
          <w:numId w:val="37"/>
        </w:numPr>
        <w:rPr>
          <w:lang w:val="es-CO"/>
        </w:rPr>
      </w:pPr>
      <w:r w:rsidRPr="00811987">
        <w:rPr>
          <w:lang w:val="es-CO"/>
        </w:rPr>
        <w:t>Resistencia de algunas empresas a suministrar información.</w:t>
      </w:r>
    </w:p>
    <w:p w14:paraId="2FE219B1" w14:textId="77777777" w:rsidR="00811987" w:rsidRPr="00811987" w:rsidRDefault="00811987" w:rsidP="00811987">
      <w:pPr>
        <w:numPr>
          <w:ilvl w:val="0"/>
          <w:numId w:val="37"/>
        </w:numPr>
        <w:rPr>
          <w:lang w:val="es-CO"/>
        </w:rPr>
      </w:pPr>
      <w:r w:rsidRPr="00811987">
        <w:rPr>
          <w:lang w:val="es-CO"/>
        </w:rPr>
        <w:t>Limitación temporal para ampliar la muestra.</w:t>
      </w:r>
    </w:p>
    <w:p w14:paraId="1000646F" w14:textId="77777777" w:rsidR="00811987" w:rsidRPr="00811987" w:rsidRDefault="00811987" w:rsidP="00811987">
      <w:pPr>
        <w:numPr>
          <w:ilvl w:val="0"/>
          <w:numId w:val="37"/>
        </w:numPr>
        <w:rPr>
          <w:lang w:val="es-CO"/>
        </w:rPr>
      </w:pPr>
      <w:r w:rsidRPr="00811987">
        <w:rPr>
          <w:lang w:val="es-CO"/>
        </w:rPr>
        <w:t>Falta de interoperabilidad oficial entre sistemas de certificación.</w:t>
      </w:r>
    </w:p>
    <w:p w14:paraId="7A19B496" w14:textId="77777777" w:rsidR="00811987" w:rsidRPr="006A5AA2" w:rsidRDefault="00811987" w:rsidP="00811987">
      <w:pPr>
        <w:rPr>
          <w:lang w:val="es-CO"/>
        </w:rPr>
      </w:pPr>
      <w:r w:rsidRPr="00811987">
        <w:rPr>
          <w:lang w:val="es-CO"/>
        </w:rPr>
        <w:t>Estas limitaciones no invalidan los resultados, pero sí delimitan su alcance.</w:t>
      </w:r>
    </w:p>
    <w:p w14:paraId="52300CD3" w14:textId="056F8937" w:rsidR="005463BD" w:rsidRPr="006A5AA2" w:rsidRDefault="005463BD" w:rsidP="005463BD">
      <w:pPr>
        <w:jc w:val="center"/>
        <w:rPr>
          <w:b/>
          <w:bCs/>
          <w:lang w:val="es-CO"/>
        </w:rPr>
      </w:pPr>
      <w:r w:rsidRPr="006A5AA2">
        <w:rPr>
          <w:b/>
          <w:bCs/>
          <w:lang w:val="es-CO"/>
        </w:rPr>
        <w:t>RESULTADOS Y DISCUSIÓN</w:t>
      </w:r>
    </w:p>
    <w:p w14:paraId="00948D41" w14:textId="47E169AD" w:rsidR="005463BD" w:rsidRPr="006A5AA2" w:rsidRDefault="005463BD" w:rsidP="005463BD">
      <w:pPr>
        <w:rPr>
          <w:lang w:val="es-CO"/>
        </w:rPr>
      </w:pPr>
      <w:r w:rsidRPr="006A5AA2">
        <w:rPr>
          <w:lang w:val="es-CO"/>
        </w:rPr>
        <w:t>Los resultados obtenidos a partir de la aplicación de la encuesta a empresas colombianas que operan o buscan operar en Panamá, así como de las entrevistas semiestructuradas realizadas a empresarios y asesores jurídicos, permitieron identificar de manera clara la existencia de barreras jurídicas y prácticas en el reconocimiento de la firma digital en dicho país.</w:t>
      </w:r>
    </w:p>
    <w:p w14:paraId="707014E9" w14:textId="2D9FE47F" w:rsidR="005463BD" w:rsidRPr="006A5AA2" w:rsidRDefault="005463BD" w:rsidP="005463BD">
      <w:pPr>
        <w:rPr>
          <w:lang w:val="es-CO"/>
        </w:rPr>
      </w:pPr>
      <w:r w:rsidRPr="006A5AA2">
        <w:rPr>
          <w:lang w:val="es-CO"/>
        </w:rPr>
        <w:t>El análisis de la información se desarrolló de forma integrada, combinando los resultados cuantitativos con los hallazgos cualitativos, lo que permitió una comprensión profunda del fenómeno investigado.</w:t>
      </w:r>
    </w:p>
    <w:p w14:paraId="566C6036" w14:textId="38CD348A" w:rsidR="005463BD" w:rsidRPr="006A5AA2" w:rsidRDefault="005463BD" w:rsidP="005463BD">
      <w:pPr>
        <w:rPr>
          <w:b/>
          <w:bCs/>
          <w:lang w:val="es-CO"/>
        </w:rPr>
      </w:pPr>
      <w:r w:rsidRPr="006A5AA2">
        <w:rPr>
          <w:b/>
          <w:bCs/>
          <w:lang w:val="es-CO"/>
        </w:rPr>
        <w:t xml:space="preserve">Resultados del instrumento cuantitativo </w:t>
      </w:r>
      <w:r w:rsidR="006A5AA2">
        <w:rPr>
          <w:b/>
          <w:bCs/>
          <w:lang w:val="es-CO"/>
        </w:rPr>
        <w:t xml:space="preserve">en base a </w:t>
      </w:r>
      <w:proofErr w:type="gramStart"/>
      <w:r w:rsidR="006A5AA2">
        <w:rPr>
          <w:b/>
          <w:bCs/>
          <w:lang w:val="es-CO"/>
        </w:rPr>
        <w:t xml:space="preserve">la </w:t>
      </w:r>
      <w:r w:rsidRPr="006A5AA2">
        <w:rPr>
          <w:b/>
          <w:bCs/>
          <w:lang w:val="es-CO"/>
        </w:rPr>
        <w:t>encuestas</w:t>
      </w:r>
      <w:proofErr w:type="gramEnd"/>
    </w:p>
    <w:p w14:paraId="0E8CA611" w14:textId="17D6DEA8" w:rsidR="005463BD" w:rsidRPr="006A5AA2" w:rsidRDefault="005463BD" w:rsidP="005463BD">
      <w:pPr>
        <w:rPr>
          <w:b/>
          <w:bCs/>
          <w:lang w:val="es-CO"/>
        </w:rPr>
      </w:pPr>
      <w:r w:rsidRPr="006A5AA2">
        <w:rPr>
          <w:lang w:val="es-CO"/>
        </w:rPr>
        <w:t>Uso de la firma digital por parte de las empresas encuestadas</w:t>
      </w:r>
      <w:r w:rsidRPr="006A5AA2">
        <w:rPr>
          <w:b/>
          <w:bCs/>
          <w:lang w:val="es-CO"/>
        </w:rPr>
        <w:t xml:space="preserve">: </w:t>
      </w:r>
      <w:r w:rsidRPr="006A5AA2">
        <w:rPr>
          <w:lang w:val="es-CO"/>
        </w:rPr>
        <w:t xml:space="preserve">El 92% de las empresas encuestadas manifestó utilizar firmas digitales en sus procesos contractuales en Colombia, lo que evidencia un alto nivel de madurez digital en el entorno empresarial colombiano. Sin embargo, </w:t>
      </w:r>
      <w:r w:rsidRPr="006A5AA2">
        <w:rPr>
          <w:lang w:val="es-CO"/>
        </w:rPr>
        <w:lastRenderedPageBreak/>
        <w:t>solo el 28% logró utilizar la firma digital con normalidad en trámites relacionados con Panamá, lo que demuestra una reducción significativa en su efectividad transnacional.</w:t>
      </w:r>
    </w:p>
    <w:p w14:paraId="2999A873" w14:textId="121137B9" w:rsidR="005463BD" w:rsidRPr="006A5AA2" w:rsidRDefault="005463BD" w:rsidP="005463BD">
      <w:pPr>
        <w:rPr>
          <w:lang w:val="es-CO"/>
        </w:rPr>
      </w:pPr>
      <w:r w:rsidRPr="006A5AA2">
        <w:rPr>
          <w:lang w:val="es-CO"/>
        </w:rPr>
        <w:t>Este resultado confirma lo expuesto en el marco teórico sobre la brecha entre desarrollo tecnológico y reconocimiento jurídico transfronterizo. Aunque la firma digital es ampliamente funcional en Colombia, su eficacia se ve limitada en contextos internacionales como el panameño.</w:t>
      </w:r>
    </w:p>
    <w:p w14:paraId="4C39CC61" w14:textId="766AE0A2" w:rsidR="005463BD" w:rsidRPr="006A5AA2" w:rsidRDefault="005463BD" w:rsidP="005463BD">
      <w:pPr>
        <w:rPr>
          <w:lang w:val="es-CO"/>
        </w:rPr>
      </w:pPr>
      <w:r w:rsidRPr="006A5AA2">
        <w:rPr>
          <w:lang w:val="es-CO"/>
        </w:rPr>
        <w:t>Rechazo de documentos firmados digitalmente en Panamá</w:t>
      </w:r>
      <w:r w:rsidRPr="006A5AA2">
        <w:rPr>
          <w:lang w:val="es-CO"/>
        </w:rPr>
        <w:t xml:space="preserve">: </w:t>
      </w:r>
      <w:r w:rsidRPr="006A5AA2">
        <w:rPr>
          <w:lang w:val="es-CO"/>
        </w:rPr>
        <w:t>El 76% de los encuestados afirmó que al menos una vez le han rechazado documentos firmados digitalmente en Panamá. Solo el 24% indicó no haber tenido inconvenientes.</w:t>
      </w:r>
    </w:p>
    <w:p w14:paraId="6062872B" w14:textId="77777777" w:rsidR="005463BD" w:rsidRPr="006A5AA2" w:rsidRDefault="005463BD" w:rsidP="005463BD">
      <w:pPr>
        <w:rPr>
          <w:lang w:val="es-CO"/>
        </w:rPr>
      </w:pPr>
      <w:r w:rsidRPr="006A5AA2">
        <w:rPr>
          <w:lang w:val="es-CO"/>
        </w:rPr>
        <w:t>Este hallazgo confirma empíricamente la hipótesis del trabajo, en el sentido de que la existencia de regulación formal no garantiza la aceptación práctica de la firma digital en Panamá.</w:t>
      </w:r>
    </w:p>
    <w:p w14:paraId="6C9A846A" w14:textId="119703A6" w:rsidR="005463BD" w:rsidRPr="006A5AA2" w:rsidRDefault="005463BD" w:rsidP="005463BD">
      <w:pPr>
        <w:rPr>
          <w:lang w:val="es-CO"/>
        </w:rPr>
      </w:pPr>
      <w:r w:rsidRPr="006A5AA2">
        <w:rPr>
          <w:lang w:val="es-CO"/>
        </w:rPr>
        <w:t>Entidades que rechazan la firma digital</w:t>
      </w:r>
      <w:r w:rsidRPr="006A5AA2">
        <w:rPr>
          <w:lang w:val="es-CO"/>
        </w:rPr>
        <w:t xml:space="preserve"> </w:t>
      </w:r>
      <w:r w:rsidRPr="006A5AA2">
        <w:rPr>
          <w:lang w:val="es-CO"/>
        </w:rPr>
        <w:t>Del total de rechazos:</w:t>
      </w:r>
    </w:p>
    <w:p w14:paraId="0FD8B9D2" w14:textId="6973C35B" w:rsidR="005463BD" w:rsidRPr="006A5AA2" w:rsidRDefault="005463BD" w:rsidP="005463BD">
      <w:pPr>
        <w:pStyle w:val="Prrafodelista"/>
        <w:numPr>
          <w:ilvl w:val="0"/>
          <w:numId w:val="38"/>
        </w:numPr>
        <w:rPr>
          <w:lang w:val="es-CO"/>
        </w:rPr>
      </w:pPr>
      <w:r w:rsidRPr="006A5AA2">
        <w:rPr>
          <w:lang w:val="es-CO"/>
        </w:rPr>
        <w:t>43% provino de entidades públicas.</w:t>
      </w:r>
    </w:p>
    <w:p w14:paraId="0189CE8D" w14:textId="191A61E9" w:rsidR="005463BD" w:rsidRPr="006A5AA2" w:rsidRDefault="005463BD" w:rsidP="005463BD">
      <w:pPr>
        <w:pStyle w:val="Prrafodelista"/>
        <w:numPr>
          <w:ilvl w:val="0"/>
          <w:numId w:val="38"/>
        </w:numPr>
        <w:rPr>
          <w:lang w:val="es-CO"/>
        </w:rPr>
      </w:pPr>
      <w:r w:rsidRPr="006A5AA2">
        <w:rPr>
          <w:lang w:val="es-CO"/>
        </w:rPr>
        <w:t>37% de entidades privadas.</w:t>
      </w:r>
    </w:p>
    <w:p w14:paraId="584E5ADB" w14:textId="5448A6C8" w:rsidR="005463BD" w:rsidRPr="006A5AA2" w:rsidRDefault="005463BD" w:rsidP="005463BD">
      <w:pPr>
        <w:pStyle w:val="Prrafodelista"/>
        <w:numPr>
          <w:ilvl w:val="0"/>
          <w:numId w:val="38"/>
        </w:numPr>
        <w:rPr>
          <w:lang w:val="es-CO"/>
        </w:rPr>
      </w:pPr>
      <w:r w:rsidRPr="006A5AA2">
        <w:rPr>
          <w:lang w:val="es-CO"/>
        </w:rPr>
        <w:t>20% de ambos tipos de entidades.</w:t>
      </w:r>
    </w:p>
    <w:p w14:paraId="51006AEC" w14:textId="77777777" w:rsidR="005463BD" w:rsidRPr="006A5AA2" w:rsidRDefault="005463BD" w:rsidP="005463BD">
      <w:pPr>
        <w:rPr>
          <w:lang w:val="es-CO"/>
        </w:rPr>
      </w:pPr>
      <w:r w:rsidRPr="006A5AA2">
        <w:rPr>
          <w:lang w:val="es-CO"/>
        </w:rPr>
        <w:t>Esto demuestra que el problema no se limita al sector público, sino que también afecta al sector privado, lo que amplía el impacto económico y jurídico del fenómeno.</w:t>
      </w:r>
    </w:p>
    <w:p w14:paraId="0967155E" w14:textId="33656D52" w:rsidR="005463BD" w:rsidRPr="006A5AA2" w:rsidRDefault="005463BD" w:rsidP="005463BD">
      <w:pPr>
        <w:rPr>
          <w:lang w:val="es-CO"/>
        </w:rPr>
      </w:pPr>
      <w:r w:rsidRPr="006A5AA2">
        <w:rPr>
          <w:lang w:val="es-CO"/>
        </w:rPr>
        <w:t>Tipos de trámites afectados</w:t>
      </w:r>
      <w:r w:rsidRPr="006A5AA2">
        <w:rPr>
          <w:lang w:val="es-CO"/>
        </w:rPr>
        <w:t xml:space="preserve">: </w:t>
      </w:r>
      <w:r w:rsidRPr="006A5AA2">
        <w:rPr>
          <w:lang w:val="es-CO"/>
        </w:rPr>
        <w:t>Los trámites más afectados fueron:</w:t>
      </w:r>
    </w:p>
    <w:p w14:paraId="13CD5D52" w14:textId="39FB29DB" w:rsidR="005463BD" w:rsidRPr="006A5AA2" w:rsidRDefault="005463BD" w:rsidP="005463BD">
      <w:pPr>
        <w:pStyle w:val="Prrafodelista"/>
        <w:numPr>
          <w:ilvl w:val="0"/>
          <w:numId w:val="39"/>
        </w:numPr>
        <w:rPr>
          <w:lang w:val="es-CO"/>
        </w:rPr>
      </w:pPr>
      <w:r w:rsidRPr="006A5AA2">
        <w:rPr>
          <w:lang w:val="es-CO"/>
        </w:rPr>
        <w:t>Contratos comerciales: 39%</w:t>
      </w:r>
    </w:p>
    <w:p w14:paraId="34EDB865" w14:textId="73817845" w:rsidR="005463BD" w:rsidRPr="006A5AA2" w:rsidRDefault="005463BD" w:rsidP="005463BD">
      <w:pPr>
        <w:pStyle w:val="Prrafodelista"/>
        <w:numPr>
          <w:ilvl w:val="0"/>
          <w:numId w:val="39"/>
        </w:numPr>
        <w:rPr>
          <w:lang w:val="es-CO"/>
        </w:rPr>
      </w:pPr>
      <w:r w:rsidRPr="006A5AA2">
        <w:rPr>
          <w:lang w:val="es-CO"/>
        </w:rPr>
        <w:t>Trámites bancarios: 33%</w:t>
      </w:r>
    </w:p>
    <w:p w14:paraId="712BCE5B" w14:textId="48EFD45F" w:rsidR="005463BD" w:rsidRPr="006A5AA2" w:rsidRDefault="005463BD" w:rsidP="005463BD">
      <w:pPr>
        <w:pStyle w:val="Prrafodelista"/>
        <w:numPr>
          <w:ilvl w:val="0"/>
          <w:numId w:val="39"/>
        </w:numPr>
        <w:rPr>
          <w:lang w:val="es-CO"/>
        </w:rPr>
      </w:pPr>
      <w:r w:rsidRPr="006A5AA2">
        <w:rPr>
          <w:lang w:val="es-CO"/>
        </w:rPr>
        <w:lastRenderedPageBreak/>
        <w:t>Licencias y permisos: 18%</w:t>
      </w:r>
    </w:p>
    <w:p w14:paraId="7574CCCF" w14:textId="77777777" w:rsidR="005463BD" w:rsidRPr="006A5AA2" w:rsidRDefault="005463BD" w:rsidP="005463BD">
      <w:pPr>
        <w:pStyle w:val="Prrafodelista"/>
        <w:numPr>
          <w:ilvl w:val="0"/>
          <w:numId w:val="39"/>
        </w:numPr>
        <w:rPr>
          <w:lang w:val="es-CO"/>
        </w:rPr>
      </w:pPr>
      <w:r w:rsidRPr="006A5AA2">
        <w:rPr>
          <w:lang w:val="es-CO"/>
        </w:rPr>
        <w:t>Proveedores: 10%</w:t>
      </w:r>
    </w:p>
    <w:p w14:paraId="1F3EF5A5" w14:textId="2E6BB7BE" w:rsidR="005463BD" w:rsidRPr="006A5AA2" w:rsidRDefault="005463BD" w:rsidP="005463BD">
      <w:pPr>
        <w:rPr>
          <w:lang w:val="es-CO"/>
        </w:rPr>
      </w:pPr>
      <w:r w:rsidRPr="006A5AA2">
        <w:rPr>
          <w:lang w:val="es-CO"/>
        </w:rPr>
        <w:t>La afectación directa sobre contratos y bancos evidencia el alto impacto en la dinámica empresarial, financiera y de inversión.</w:t>
      </w:r>
    </w:p>
    <w:p w14:paraId="5685D5C5" w14:textId="4E8168FE" w:rsidR="005463BD" w:rsidRPr="006A5AA2" w:rsidRDefault="005463BD" w:rsidP="005463BD">
      <w:pPr>
        <w:rPr>
          <w:lang w:val="es-CO"/>
        </w:rPr>
      </w:pPr>
      <w:r w:rsidRPr="006A5AA2">
        <w:rPr>
          <w:lang w:val="es-CO"/>
        </w:rPr>
        <w:t>Nivel de dificultad generado por la exigencia de firma manuscrita</w:t>
      </w:r>
    </w:p>
    <w:p w14:paraId="0CFCDBDA" w14:textId="50B773D1" w:rsidR="005463BD" w:rsidRPr="006A5AA2" w:rsidRDefault="005463BD" w:rsidP="005463BD">
      <w:pPr>
        <w:pStyle w:val="Prrafodelista"/>
        <w:numPr>
          <w:ilvl w:val="0"/>
          <w:numId w:val="40"/>
        </w:numPr>
        <w:rPr>
          <w:lang w:val="es-CO"/>
        </w:rPr>
      </w:pPr>
      <w:r w:rsidRPr="006A5AA2">
        <w:rPr>
          <w:lang w:val="es-CO"/>
        </w:rPr>
        <w:t>En escala Likert (1 a 5):</w:t>
      </w:r>
      <w:r w:rsidRPr="006A5AA2">
        <w:rPr>
          <w:lang w:val="es-CO"/>
        </w:rPr>
        <w:br/>
      </w:r>
      <w:r w:rsidRPr="006A5AA2">
        <w:rPr>
          <w:lang w:val="es-CO"/>
        </w:rPr>
        <w:t>Nivel 4 y 5 (alto y muy alto): 68%</w:t>
      </w:r>
    </w:p>
    <w:p w14:paraId="79CFE80B" w14:textId="77777777" w:rsidR="005463BD" w:rsidRPr="006A5AA2" w:rsidRDefault="005463BD" w:rsidP="005463BD">
      <w:pPr>
        <w:pStyle w:val="Prrafodelista"/>
        <w:numPr>
          <w:ilvl w:val="0"/>
          <w:numId w:val="40"/>
        </w:numPr>
        <w:rPr>
          <w:lang w:val="es-CO"/>
        </w:rPr>
      </w:pPr>
      <w:r w:rsidRPr="006A5AA2">
        <w:rPr>
          <w:lang w:val="es-CO"/>
        </w:rPr>
        <w:t>Nivel 3 (medio): 22%</w:t>
      </w:r>
    </w:p>
    <w:p w14:paraId="700A82D7" w14:textId="77777777" w:rsidR="005463BD" w:rsidRPr="006A5AA2" w:rsidRDefault="005463BD" w:rsidP="005463BD">
      <w:pPr>
        <w:pStyle w:val="Prrafodelista"/>
        <w:numPr>
          <w:ilvl w:val="0"/>
          <w:numId w:val="40"/>
        </w:numPr>
        <w:rPr>
          <w:lang w:val="es-CO"/>
        </w:rPr>
      </w:pPr>
      <w:r w:rsidRPr="006A5AA2">
        <w:rPr>
          <w:lang w:val="es-CO"/>
        </w:rPr>
        <w:t>Nivel 1 y 2 (bajo): 10%</w:t>
      </w:r>
    </w:p>
    <w:p w14:paraId="6E8322B3" w14:textId="563951F8" w:rsidR="005463BD" w:rsidRPr="006A5AA2" w:rsidRDefault="005463BD" w:rsidP="005463BD">
      <w:pPr>
        <w:rPr>
          <w:lang w:val="es-CO"/>
        </w:rPr>
      </w:pPr>
      <w:r w:rsidRPr="006A5AA2">
        <w:rPr>
          <w:lang w:val="es-CO"/>
        </w:rPr>
        <w:t>La exigencia de firma manuscrita constituye una barrera estructural significativa, lo que reafirma las deficiencias de interoperabilidad jurídica abordadas en el marco teórico.</w:t>
      </w:r>
    </w:p>
    <w:p w14:paraId="55847B74" w14:textId="48379B08" w:rsidR="005463BD" w:rsidRPr="006A5AA2" w:rsidRDefault="005463BD" w:rsidP="005463BD">
      <w:pPr>
        <w:rPr>
          <w:lang w:val="es-CO"/>
        </w:rPr>
      </w:pPr>
      <w:r w:rsidRPr="006A5AA2">
        <w:rPr>
          <w:lang w:val="es-CO"/>
        </w:rPr>
        <w:t>Impacto económico y operativo</w:t>
      </w:r>
    </w:p>
    <w:p w14:paraId="730B0841" w14:textId="18436FFB" w:rsidR="005463BD" w:rsidRPr="006A5AA2" w:rsidRDefault="005463BD" w:rsidP="005463BD">
      <w:pPr>
        <w:pStyle w:val="Prrafodelista"/>
        <w:numPr>
          <w:ilvl w:val="0"/>
          <w:numId w:val="41"/>
        </w:numPr>
        <w:rPr>
          <w:lang w:val="es-CO"/>
        </w:rPr>
      </w:pPr>
      <w:r w:rsidRPr="006A5AA2">
        <w:rPr>
          <w:lang w:val="es-CO"/>
        </w:rPr>
        <w:t>71% indicó impacto económico alto o muy alto.</w:t>
      </w:r>
    </w:p>
    <w:p w14:paraId="40DAAE05" w14:textId="6E2B9D23" w:rsidR="005463BD" w:rsidRPr="006A5AA2" w:rsidRDefault="005463BD" w:rsidP="005463BD">
      <w:pPr>
        <w:pStyle w:val="Prrafodelista"/>
        <w:numPr>
          <w:ilvl w:val="0"/>
          <w:numId w:val="41"/>
        </w:numPr>
        <w:rPr>
          <w:lang w:val="es-CO"/>
        </w:rPr>
      </w:pPr>
      <w:r w:rsidRPr="006A5AA2">
        <w:rPr>
          <w:lang w:val="es-CO"/>
        </w:rPr>
        <w:t>78% indicó afectación significativa en los tiempos operativos.</w:t>
      </w:r>
    </w:p>
    <w:p w14:paraId="1A223135" w14:textId="4B856782" w:rsidR="005463BD" w:rsidRPr="006A5AA2" w:rsidRDefault="005463BD" w:rsidP="005463BD">
      <w:pPr>
        <w:pStyle w:val="Prrafodelista"/>
        <w:numPr>
          <w:ilvl w:val="0"/>
          <w:numId w:val="41"/>
        </w:numPr>
        <w:rPr>
          <w:lang w:val="es-CO"/>
        </w:rPr>
      </w:pPr>
      <w:r w:rsidRPr="006A5AA2">
        <w:rPr>
          <w:lang w:val="es-CO"/>
        </w:rPr>
        <w:t>83% afirmó haber tenido sobrecostos por desplazamientos físicos.</w:t>
      </w:r>
    </w:p>
    <w:p w14:paraId="63FD0357" w14:textId="77777777" w:rsidR="005463BD" w:rsidRPr="006A5AA2" w:rsidRDefault="005463BD" w:rsidP="005463BD">
      <w:pPr>
        <w:rPr>
          <w:lang w:val="es-CO"/>
        </w:rPr>
      </w:pPr>
      <w:r w:rsidRPr="006A5AA2">
        <w:rPr>
          <w:lang w:val="es-CO"/>
        </w:rPr>
        <w:t>Estos datos confirman que la problemática no es meramente formal, sino que genera afectaciones reales sobre la competitividad empresarial, reforzando el enfoque del derecho económico digital.</w:t>
      </w:r>
    </w:p>
    <w:p w14:paraId="293C216B" w14:textId="7C76132B" w:rsidR="005463BD" w:rsidRPr="006A5AA2" w:rsidRDefault="005463BD" w:rsidP="005463BD">
      <w:pPr>
        <w:rPr>
          <w:lang w:val="es-CO"/>
        </w:rPr>
      </w:pPr>
      <w:r w:rsidRPr="006A5AA2">
        <w:rPr>
          <w:lang w:val="es-CO"/>
        </w:rPr>
        <w:t>Conocimiento institucional sobre firma digital en Panamá</w:t>
      </w:r>
    </w:p>
    <w:p w14:paraId="1C7857D5" w14:textId="58CA4E68" w:rsidR="005463BD" w:rsidRPr="006A5AA2" w:rsidRDefault="005463BD" w:rsidP="005463BD">
      <w:pPr>
        <w:pStyle w:val="Prrafodelista"/>
        <w:numPr>
          <w:ilvl w:val="0"/>
          <w:numId w:val="42"/>
        </w:numPr>
        <w:rPr>
          <w:lang w:val="es-CO"/>
        </w:rPr>
      </w:pPr>
      <w:r w:rsidRPr="006A5AA2">
        <w:rPr>
          <w:lang w:val="es-CO"/>
        </w:rPr>
        <w:t>Nivel bajo o muy bajo: 64%</w:t>
      </w:r>
    </w:p>
    <w:p w14:paraId="39880174" w14:textId="642EDA4C" w:rsidR="005463BD" w:rsidRPr="006A5AA2" w:rsidRDefault="005463BD" w:rsidP="005463BD">
      <w:pPr>
        <w:pStyle w:val="Prrafodelista"/>
        <w:numPr>
          <w:ilvl w:val="0"/>
          <w:numId w:val="42"/>
        </w:numPr>
        <w:rPr>
          <w:lang w:val="es-CO"/>
        </w:rPr>
      </w:pPr>
      <w:r w:rsidRPr="006A5AA2">
        <w:rPr>
          <w:lang w:val="es-CO"/>
        </w:rPr>
        <w:t>Nivel medio: 26%</w:t>
      </w:r>
    </w:p>
    <w:p w14:paraId="43E05917" w14:textId="747992BD" w:rsidR="005463BD" w:rsidRPr="006A5AA2" w:rsidRDefault="005463BD" w:rsidP="005463BD">
      <w:pPr>
        <w:pStyle w:val="Prrafodelista"/>
        <w:numPr>
          <w:ilvl w:val="0"/>
          <w:numId w:val="42"/>
        </w:numPr>
        <w:rPr>
          <w:lang w:val="es-CO"/>
        </w:rPr>
      </w:pPr>
      <w:r w:rsidRPr="006A5AA2">
        <w:rPr>
          <w:lang w:val="es-CO"/>
        </w:rPr>
        <w:lastRenderedPageBreak/>
        <w:t>Nivel alto: 10%</w:t>
      </w:r>
    </w:p>
    <w:p w14:paraId="2FE923EA" w14:textId="3C70880A" w:rsidR="005463BD" w:rsidRPr="006A5AA2" w:rsidRDefault="005463BD" w:rsidP="005463BD">
      <w:pPr>
        <w:rPr>
          <w:lang w:val="es-CO"/>
        </w:rPr>
      </w:pPr>
      <w:r w:rsidRPr="006A5AA2">
        <w:rPr>
          <w:lang w:val="es-CO"/>
        </w:rPr>
        <w:t>Este resultado explica en buena parte la resistencia práctica al uso de firmas digitales y evidencia un problema estructural de capacitación institucional.</w:t>
      </w:r>
    </w:p>
    <w:p w14:paraId="6FC50F91" w14:textId="23196D1A" w:rsidR="005463BD" w:rsidRPr="006A5AA2" w:rsidRDefault="005463BD" w:rsidP="005463BD">
      <w:pPr>
        <w:rPr>
          <w:lang w:val="es-CO"/>
        </w:rPr>
      </w:pPr>
      <w:r w:rsidRPr="006A5AA2">
        <w:rPr>
          <w:lang w:val="es-CO"/>
        </w:rPr>
        <w:t>Efecto sobre la inversión</w:t>
      </w:r>
    </w:p>
    <w:p w14:paraId="75C330DC" w14:textId="217B434E" w:rsidR="005463BD" w:rsidRPr="006A5AA2" w:rsidRDefault="005463BD" w:rsidP="005463BD">
      <w:pPr>
        <w:pStyle w:val="Prrafodelista"/>
        <w:numPr>
          <w:ilvl w:val="0"/>
          <w:numId w:val="43"/>
        </w:numPr>
        <w:rPr>
          <w:lang w:val="es-CO"/>
        </w:rPr>
      </w:pPr>
      <w:r w:rsidRPr="006A5AA2">
        <w:rPr>
          <w:lang w:val="es-CO"/>
        </w:rPr>
        <w:t>89% considera que esta barrera limita la inversión colombiana en Panamá.</w:t>
      </w:r>
    </w:p>
    <w:p w14:paraId="7106E6D6" w14:textId="2386B0AE" w:rsidR="005463BD" w:rsidRPr="006A5AA2" w:rsidRDefault="005463BD" w:rsidP="005463BD">
      <w:pPr>
        <w:pStyle w:val="Prrafodelista"/>
        <w:numPr>
          <w:ilvl w:val="0"/>
          <w:numId w:val="43"/>
        </w:numPr>
        <w:rPr>
          <w:lang w:val="es-CO"/>
        </w:rPr>
      </w:pPr>
      <w:r w:rsidRPr="006A5AA2">
        <w:rPr>
          <w:lang w:val="es-CO"/>
        </w:rPr>
        <w:t>91% manifestó que invertiría más si la firma digital fuera plenamente aceptada.</w:t>
      </w:r>
    </w:p>
    <w:p w14:paraId="30D286EB" w14:textId="77777777" w:rsidR="005463BD" w:rsidRPr="006A5AA2" w:rsidRDefault="005463BD" w:rsidP="005463BD">
      <w:pPr>
        <w:rPr>
          <w:lang w:val="es-CO"/>
        </w:rPr>
      </w:pPr>
      <w:r w:rsidRPr="006A5AA2">
        <w:rPr>
          <w:lang w:val="es-CO"/>
        </w:rPr>
        <w:t>Se confirma la relación directa entre infraestructura jurídica digital y atracción de inversión extranjera.</w:t>
      </w:r>
    </w:p>
    <w:p w14:paraId="77814CA9" w14:textId="54838DE7" w:rsidR="005463BD" w:rsidRPr="006A5AA2" w:rsidRDefault="005463BD" w:rsidP="005463BD">
      <w:pPr>
        <w:rPr>
          <w:lang w:val="es-CO"/>
        </w:rPr>
      </w:pPr>
      <w:r w:rsidRPr="006A5AA2">
        <w:rPr>
          <w:lang w:val="es-CO"/>
        </w:rPr>
        <w:t xml:space="preserve">Resultados del instrumento cualitativo </w:t>
      </w:r>
      <w:r w:rsidRPr="006A5AA2">
        <w:rPr>
          <w:lang w:val="es-CO"/>
        </w:rPr>
        <w:t xml:space="preserve">como lo fueron las </w:t>
      </w:r>
      <w:r w:rsidRPr="006A5AA2">
        <w:rPr>
          <w:lang w:val="es-CO"/>
        </w:rPr>
        <w:t>entrevistas</w:t>
      </w:r>
      <w:r w:rsidRPr="006A5AA2">
        <w:rPr>
          <w:lang w:val="es-CO"/>
        </w:rPr>
        <w:t xml:space="preserve">: </w:t>
      </w:r>
      <w:r w:rsidRPr="006A5AA2">
        <w:rPr>
          <w:lang w:val="es-CO"/>
        </w:rPr>
        <w:t>A partir del análisis de las entrevistas se identificaron cinco grandes categorías</w:t>
      </w:r>
      <w:r w:rsidRPr="006A5AA2">
        <w:rPr>
          <w:lang w:val="es-CO"/>
        </w:rPr>
        <w:t>.</w:t>
      </w:r>
    </w:p>
    <w:p w14:paraId="3666D632" w14:textId="191C7A4E" w:rsidR="005463BD" w:rsidRPr="006A5AA2" w:rsidRDefault="005463BD" w:rsidP="005463BD">
      <w:pPr>
        <w:pStyle w:val="Prrafodelista"/>
        <w:numPr>
          <w:ilvl w:val="0"/>
          <w:numId w:val="44"/>
        </w:numPr>
        <w:rPr>
          <w:lang w:val="es-CO"/>
        </w:rPr>
      </w:pPr>
      <w:r w:rsidRPr="006A5AA2">
        <w:rPr>
          <w:lang w:val="es-CO"/>
        </w:rPr>
        <w:t>Categoría 1: Desconfianza institucional en la firma digital</w:t>
      </w:r>
    </w:p>
    <w:p w14:paraId="44736811" w14:textId="77777777" w:rsidR="005463BD" w:rsidRPr="006A5AA2" w:rsidRDefault="005463BD" w:rsidP="005463BD">
      <w:pPr>
        <w:rPr>
          <w:lang w:val="es-CO"/>
        </w:rPr>
      </w:pPr>
      <w:r w:rsidRPr="006A5AA2">
        <w:rPr>
          <w:lang w:val="es-CO"/>
        </w:rPr>
        <w:t>Los entrevistados coincidieron en que existe una fuerte desconfianza de entidades panameñas hacia los documentos digitales firmados electrónicamente, especialmente cuando provienen del extranjero.</w:t>
      </w:r>
    </w:p>
    <w:p w14:paraId="45674785" w14:textId="2185D621" w:rsidR="005463BD" w:rsidRPr="006A5AA2" w:rsidRDefault="005463BD" w:rsidP="005463BD">
      <w:pPr>
        <w:pStyle w:val="Prrafodelista"/>
        <w:numPr>
          <w:ilvl w:val="0"/>
          <w:numId w:val="44"/>
        </w:numPr>
        <w:rPr>
          <w:lang w:val="es-CO"/>
        </w:rPr>
      </w:pPr>
      <w:r w:rsidRPr="006A5AA2">
        <w:rPr>
          <w:lang w:val="es-CO"/>
        </w:rPr>
        <w:t>Categoría 2: Cultura jurídica tradicional</w:t>
      </w:r>
    </w:p>
    <w:p w14:paraId="10703516" w14:textId="77777777" w:rsidR="005463BD" w:rsidRPr="006A5AA2" w:rsidRDefault="005463BD" w:rsidP="005463BD">
      <w:pPr>
        <w:rPr>
          <w:lang w:val="es-CO"/>
        </w:rPr>
      </w:pPr>
      <w:r w:rsidRPr="006A5AA2">
        <w:rPr>
          <w:lang w:val="es-CO"/>
        </w:rPr>
        <w:t>Se evidenció una marcada preferencia por la presencialidad, la firma manuscrita y la autenticación notarial como únicas formas legítimas de prueba documental.</w:t>
      </w:r>
    </w:p>
    <w:p w14:paraId="0F1D3E30" w14:textId="03D4A951" w:rsidR="005463BD" w:rsidRPr="006A5AA2" w:rsidRDefault="005463BD" w:rsidP="005463BD">
      <w:pPr>
        <w:pStyle w:val="Prrafodelista"/>
        <w:numPr>
          <w:ilvl w:val="0"/>
          <w:numId w:val="44"/>
        </w:numPr>
        <w:rPr>
          <w:lang w:val="es-CO"/>
        </w:rPr>
      </w:pPr>
      <w:r w:rsidRPr="006A5AA2">
        <w:rPr>
          <w:lang w:val="es-CO"/>
        </w:rPr>
        <w:t>Categoría 3: Falta de interoperabilidad internacional</w:t>
      </w:r>
    </w:p>
    <w:p w14:paraId="1B22EE83" w14:textId="77777777" w:rsidR="005463BD" w:rsidRPr="006A5AA2" w:rsidRDefault="005463BD" w:rsidP="005463BD">
      <w:pPr>
        <w:rPr>
          <w:lang w:val="es-CO"/>
        </w:rPr>
      </w:pPr>
      <w:r w:rsidRPr="006A5AA2">
        <w:rPr>
          <w:lang w:val="es-CO"/>
        </w:rPr>
        <w:lastRenderedPageBreak/>
        <w:t>Los entrevistados señalaron que las entidades panameñas no cuentan con herramientas para validar firmas digitales colombianas, lo que impide su aceptación.</w:t>
      </w:r>
    </w:p>
    <w:p w14:paraId="6D751280" w14:textId="57575A38" w:rsidR="005463BD" w:rsidRPr="006A5AA2" w:rsidRDefault="005463BD" w:rsidP="005463BD">
      <w:pPr>
        <w:pStyle w:val="Prrafodelista"/>
        <w:numPr>
          <w:ilvl w:val="0"/>
          <w:numId w:val="44"/>
        </w:numPr>
        <w:rPr>
          <w:lang w:val="es-CO"/>
        </w:rPr>
      </w:pPr>
      <w:r w:rsidRPr="006A5AA2">
        <w:rPr>
          <w:lang w:val="es-CO"/>
        </w:rPr>
        <w:t>Categoría 4: Impacto empresarial negativo</w:t>
      </w:r>
    </w:p>
    <w:p w14:paraId="06668B3B" w14:textId="77777777" w:rsidR="005463BD" w:rsidRPr="006A5AA2" w:rsidRDefault="005463BD" w:rsidP="005463BD">
      <w:pPr>
        <w:rPr>
          <w:lang w:val="es-CO"/>
        </w:rPr>
      </w:pPr>
      <w:r w:rsidRPr="006A5AA2">
        <w:rPr>
          <w:lang w:val="es-CO"/>
        </w:rPr>
        <w:t>Se identificaron retrasos contractuales, cancelación de negocios, aumento de costos legales y desconfianza de inversionistas.</w:t>
      </w:r>
    </w:p>
    <w:p w14:paraId="1755C227" w14:textId="562E3950" w:rsidR="005463BD" w:rsidRPr="006A5AA2" w:rsidRDefault="005463BD" w:rsidP="005463BD">
      <w:pPr>
        <w:pStyle w:val="Prrafodelista"/>
        <w:numPr>
          <w:ilvl w:val="0"/>
          <w:numId w:val="44"/>
        </w:numPr>
        <w:rPr>
          <w:lang w:val="es-CO"/>
        </w:rPr>
      </w:pPr>
      <w:r w:rsidRPr="006A5AA2">
        <w:rPr>
          <w:lang w:val="es-CO"/>
        </w:rPr>
        <w:t>Categoría 5: Necesidad de reforma institucional</w:t>
      </w:r>
    </w:p>
    <w:p w14:paraId="0F0D1B2D" w14:textId="77777777" w:rsidR="005463BD" w:rsidRPr="006A5AA2" w:rsidRDefault="005463BD" w:rsidP="005463BD">
      <w:pPr>
        <w:rPr>
          <w:lang w:val="es-CO"/>
        </w:rPr>
      </w:pPr>
      <w:r w:rsidRPr="006A5AA2">
        <w:rPr>
          <w:lang w:val="es-CO"/>
        </w:rPr>
        <w:t>Los entrevistados coincidieron en que se requieren cambios normativos, tecnológicos y de formación institucional para lograr una verdadera transformación digital.</w:t>
      </w:r>
    </w:p>
    <w:p w14:paraId="50DAED3C" w14:textId="04D8415A" w:rsidR="005463BD" w:rsidRPr="006A5AA2" w:rsidRDefault="005463BD" w:rsidP="005463BD">
      <w:pPr>
        <w:rPr>
          <w:lang w:val="es-CO"/>
        </w:rPr>
      </w:pPr>
      <w:r w:rsidRPr="006A5AA2">
        <w:rPr>
          <w:lang w:val="es-CO"/>
        </w:rPr>
        <w:t>Los resultados obtenidos permiten confirmar la existencia de una clara brecha entre la regulación formal de la firma digital en Panamá y su aplicación real, fenómeno ya advertido por Sabino (2012) al referirse a las normas de eficacia simbólica.</w:t>
      </w:r>
    </w:p>
    <w:p w14:paraId="227650E3" w14:textId="774FCF6A" w:rsidR="005463BD" w:rsidRPr="006A5AA2" w:rsidRDefault="005463BD" w:rsidP="005463BD">
      <w:pPr>
        <w:rPr>
          <w:lang w:val="es-CO"/>
        </w:rPr>
      </w:pPr>
      <w:r w:rsidRPr="006A5AA2">
        <w:rPr>
          <w:lang w:val="es-CO"/>
        </w:rPr>
        <w:t>El análisis comparado confirma que mientras Colombia ha desarrollado una infraestructura sólida de certificación digital, Panamá aún presenta rezagos institucionales y operativos que dificultan la interoperabilidad jurídica.</w:t>
      </w:r>
    </w:p>
    <w:p w14:paraId="02AFB592" w14:textId="4BD51EC7" w:rsidR="005463BD" w:rsidRPr="006A5AA2" w:rsidRDefault="005463BD" w:rsidP="005463BD">
      <w:pPr>
        <w:rPr>
          <w:lang w:val="es-CO"/>
        </w:rPr>
      </w:pPr>
      <w:r w:rsidRPr="006A5AA2">
        <w:rPr>
          <w:lang w:val="es-CO"/>
        </w:rPr>
        <w:t>Desde el punto de vista teórico, se evidencia una vulneración del principio de equivalencia funcional, en tanto los documentos digitales no reciben el mismo trato que los documentos físicos.</w:t>
      </w:r>
    </w:p>
    <w:p w14:paraId="5A4D4235" w14:textId="77777777" w:rsidR="005463BD" w:rsidRPr="006A5AA2" w:rsidRDefault="005463BD" w:rsidP="005463BD">
      <w:pPr>
        <w:rPr>
          <w:lang w:val="es-CO"/>
        </w:rPr>
      </w:pPr>
      <w:r w:rsidRPr="006A5AA2">
        <w:rPr>
          <w:lang w:val="es-CO"/>
        </w:rPr>
        <w:t>Desde la perspectiva económica, las barreras afectan directamente la inversión extranjera, la competitividad regional y el desarrollo del comercio electrónico transnacional.</w:t>
      </w:r>
    </w:p>
    <w:p w14:paraId="48D22084" w14:textId="7CB65BF7" w:rsidR="005463BD" w:rsidRPr="006A5AA2" w:rsidRDefault="005463BD" w:rsidP="005463BD">
      <w:pPr>
        <w:jc w:val="center"/>
        <w:rPr>
          <w:b/>
          <w:bCs/>
          <w:lang w:val="es-CO"/>
        </w:rPr>
      </w:pPr>
      <w:r w:rsidRPr="006A5AA2">
        <w:rPr>
          <w:b/>
          <w:bCs/>
          <w:lang w:val="es-CO"/>
        </w:rPr>
        <w:t>H</w:t>
      </w:r>
      <w:r w:rsidRPr="006A5AA2">
        <w:rPr>
          <w:b/>
          <w:bCs/>
          <w:lang w:val="es-CO"/>
        </w:rPr>
        <w:t>IPOTESIS PLANTEADA</w:t>
      </w:r>
    </w:p>
    <w:p w14:paraId="774CDBB5" w14:textId="3DE79A69" w:rsidR="003A309F" w:rsidRPr="006A5AA2" w:rsidRDefault="005463BD" w:rsidP="003A309F">
      <w:pPr>
        <w:rPr>
          <w:rFonts w:cs="Times New Roman"/>
          <w:szCs w:val="24"/>
        </w:rPr>
      </w:pPr>
      <w:r w:rsidRPr="006A5AA2">
        <w:rPr>
          <w:lang w:val="es-CO"/>
        </w:rPr>
        <w:lastRenderedPageBreak/>
        <w:t xml:space="preserve">La falta de aplicación </w:t>
      </w:r>
      <w:r w:rsidRPr="006A5AA2">
        <w:rPr>
          <w:lang w:val="es-CO"/>
        </w:rPr>
        <w:t xml:space="preserve">e implementación </w:t>
      </w:r>
      <w:r w:rsidRPr="006A5AA2">
        <w:rPr>
          <w:lang w:val="es-CO"/>
        </w:rPr>
        <w:t xml:space="preserve">efectiva del marco normativo sobre firma digital en Panamá constituye </w:t>
      </w:r>
      <w:proofErr w:type="spellStart"/>
      <w:r w:rsidRPr="006A5AA2">
        <w:rPr>
          <w:rFonts w:cs="Times New Roman"/>
          <w:szCs w:val="24"/>
        </w:rPr>
        <w:t>una</w:t>
      </w:r>
      <w:proofErr w:type="spellEnd"/>
      <w:r w:rsidRPr="006A5AA2">
        <w:rPr>
          <w:rFonts w:cs="Times New Roman"/>
          <w:szCs w:val="24"/>
        </w:rPr>
        <w:t xml:space="preserve"> barrera </w:t>
      </w:r>
      <w:proofErr w:type="spellStart"/>
      <w:r w:rsidRPr="006A5AA2">
        <w:rPr>
          <w:rFonts w:cs="Times New Roman"/>
          <w:szCs w:val="24"/>
        </w:rPr>
        <w:t>significativa</w:t>
      </w:r>
      <w:proofErr w:type="spellEnd"/>
      <w:r w:rsidRPr="006A5AA2">
        <w:rPr>
          <w:rFonts w:cs="Times New Roman"/>
          <w:szCs w:val="24"/>
        </w:rPr>
        <w:t xml:space="preserve"> para las empresas </w:t>
      </w:r>
      <w:proofErr w:type="spellStart"/>
      <w:r w:rsidRPr="006A5AA2">
        <w:rPr>
          <w:rFonts w:cs="Times New Roman"/>
          <w:szCs w:val="24"/>
        </w:rPr>
        <w:t>colombianas</w:t>
      </w:r>
      <w:proofErr w:type="spellEnd"/>
      <w:r w:rsidRPr="006A5AA2">
        <w:rPr>
          <w:rFonts w:cs="Times New Roman"/>
          <w:szCs w:val="24"/>
        </w:rPr>
        <w:t xml:space="preserve">, </w:t>
      </w:r>
      <w:proofErr w:type="spellStart"/>
      <w:r w:rsidRPr="006A5AA2">
        <w:rPr>
          <w:rFonts w:cs="Times New Roman"/>
          <w:szCs w:val="24"/>
        </w:rPr>
        <w:t>limitando</w:t>
      </w:r>
      <w:proofErr w:type="spellEnd"/>
      <w:r w:rsidRPr="006A5AA2">
        <w:rPr>
          <w:rFonts w:cs="Times New Roman"/>
          <w:szCs w:val="24"/>
        </w:rPr>
        <w:t xml:space="preserve"> la </w:t>
      </w:r>
      <w:proofErr w:type="spellStart"/>
      <w:r w:rsidRPr="006A5AA2">
        <w:rPr>
          <w:rFonts w:cs="Times New Roman"/>
          <w:szCs w:val="24"/>
        </w:rPr>
        <w:t>usabilidad</w:t>
      </w:r>
      <w:proofErr w:type="spellEnd"/>
      <w:r w:rsidRPr="006A5AA2">
        <w:rPr>
          <w:rFonts w:cs="Times New Roman"/>
          <w:szCs w:val="24"/>
        </w:rPr>
        <w:t xml:space="preserve"> de </w:t>
      </w:r>
      <w:proofErr w:type="spellStart"/>
      <w:r w:rsidRPr="006A5AA2">
        <w:rPr>
          <w:rFonts w:cs="Times New Roman"/>
          <w:szCs w:val="24"/>
        </w:rPr>
        <w:t>plataformas</w:t>
      </w:r>
      <w:proofErr w:type="spellEnd"/>
      <w:r w:rsidRPr="006A5AA2">
        <w:rPr>
          <w:rFonts w:cs="Times New Roman"/>
          <w:szCs w:val="24"/>
        </w:rPr>
        <w:t xml:space="preserve"> </w:t>
      </w:r>
      <w:proofErr w:type="spellStart"/>
      <w:r w:rsidRPr="006A5AA2">
        <w:rPr>
          <w:rFonts w:cs="Times New Roman"/>
          <w:szCs w:val="24"/>
        </w:rPr>
        <w:t>digitales</w:t>
      </w:r>
      <w:proofErr w:type="spellEnd"/>
      <w:r w:rsidRPr="006A5AA2">
        <w:rPr>
          <w:rFonts w:cs="Times New Roman"/>
          <w:szCs w:val="24"/>
        </w:rPr>
        <w:t xml:space="preserve"> y generando trámites presenciales innecesarios</w:t>
      </w:r>
      <w:r w:rsidRPr="006A5AA2">
        <w:rPr>
          <w:lang w:val="es-CO"/>
        </w:rPr>
        <w:t xml:space="preserve">. </w:t>
      </w:r>
      <w:r w:rsidR="00000000" w:rsidRPr="006A5AA2">
        <w:rPr>
          <w:rFonts w:cs="Times New Roman"/>
          <w:szCs w:val="24"/>
        </w:rPr>
        <w:t xml:space="preserve">La </w:t>
      </w:r>
      <w:proofErr w:type="spellStart"/>
      <w:r w:rsidR="00000000" w:rsidRPr="006A5AA2">
        <w:rPr>
          <w:rFonts w:cs="Times New Roman"/>
          <w:szCs w:val="24"/>
        </w:rPr>
        <w:t>falta</w:t>
      </w:r>
      <w:proofErr w:type="spellEnd"/>
      <w:r w:rsidR="00000000" w:rsidRPr="006A5AA2">
        <w:rPr>
          <w:rFonts w:cs="Times New Roman"/>
          <w:szCs w:val="24"/>
        </w:rPr>
        <w:t xml:space="preserve"> </w:t>
      </w:r>
      <w:proofErr w:type="gramStart"/>
      <w:r w:rsidR="00000000" w:rsidRPr="006A5AA2">
        <w:rPr>
          <w:rFonts w:cs="Times New Roman"/>
          <w:szCs w:val="24"/>
        </w:rPr>
        <w:t xml:space="preserve">de </w:t>
      </w:r>
      <w:r w:rsidR="003A309F" w:rsidRPr="006A5AA2">
        <w:rPr>
          <w:rFonts w:cs="Times New Roman"/>
          <w:szCs w:val="24"/>
        </w:rPr>
        <w:t xml:space="preserve"> </w:t>
      </w:r>
      <w:proofErr w:type="spellStart"/>
      <w:r w:rsidR="00000000" w:rsidRPr="006A5AA2">
        <w:rPr>
          <w:rFonts w:cs="Times New Roman"/>
          <w:szCs w:val="24"/>
        </w:rPr>
        <w:t>implementación</w:t>
      </w:r>
      <w:proofErr w:type="spellEnd"/>
      <w:proofErr w:type="gramEnd"/>
      <w:r w:rsidR="00000000" w:rsidRPr="006A5AA2">
        <w:rPr>
          <w:rFonts w:cs="Times New Roman"/>
          <w:szCs w:val="24"/>
        </w:rPr>
        <w:t xml:space="preserve"> </w:t>
      </w:r>
      <w:proofErr w:type="spellStart"/>
      <w:r w:rsidR="00000000" w:rsidRPr="006A5AA2">
        <w:rPr>
          <w:rFonts w:cs="Times New Roman"/>
          <w:szCs w:val="24"/>
        </w:rPr>
        <w:t>efectiva</w:t>
      </w:r>
      <w:proofErr w:type="spellEnd"/>
      <w:r w:rsidR="00000000" w:rsidRPr="006A5AA2">
        <w:rPr>
          <w:rFonts w:cs="Times New Roman"/>
          <w:szCs w:val="24"/>
        </w:rPr>
        <w:t xml:space="preserve"> del </w:t>
      </w:r>
      <w:proofErr w:type="spellStart"/>
      <w:r w:rsidR="00000000" w:rsidRPr="006A5AA2">
        <w:rPr>
          <w:rFonts w:cs="Times New Roman"/>
          <w:szCs w:val="24"/>
        </w:rPr>
        <w:t>marco</w:t>
      </w:r>
      <w:proofErr w:type="spellEnd"/>
      <w:r w:rsidR="00000000" w:rsidRPr="006A5AA2">
        <w:rPr>
          <w:rFonts w:cs="Times New Roman"/>
          <w:szCs w:val="24"/>
        </w:rPr>
        <w:t xml:space="preserve"> </w:t>
      </w:r>
      <w:proofErr w:type="spellStart"/>
      <w:r w:rsidR="00000000" w:rsidRPr="006A5AA2">
        <w:rPr>
          <w:rFonts w:cs="Times New Roman"/>
          <w:szCs w:val="24"/>
        </w:rPr>
        <w:t>jurídico</w:t>
      </w:r>
      <w:proofErr w:type="spellEnd"/>
      <w:r w:rsidR="00000000" w:rsidRPr="006A5AA2">
        <w:rPr>
          <w:rFonts w:cs="Times New Roman"/>
          <w:szCs w:val="24"/>
        </w:rPr>
        <w:t xml:space="preserve"> panameño </w:t>
      </w:r>
      <w:proofErr w:type="spellStart"/>
      <w:r w:rsidR="00000000" w:rsidRPr="006A5AA2">
        <w:rPr>
          <w:rFonts w:cs="Times New Roman"/>
          <w:szCs w:val="24"/>
        </w:rPr>
        <w:t>sobre</w:t>
      </w:r>
      <w:proofErr w:type="spellEnd"/>
      <w:r w:rsidR="00000000" w:rsidRPr="006A5AA2">
        <w:rPr>
          <w:rFonts w:cs="Times New Roman"/>
          <w:szCs w:val="24"/>
        </w:rPr>
        <w:t xml:space="preserve"> </w:t>
      </w:r>
      <w:proofErr w:type="spellStart"/>
      <w:r w:rsidR="00000000" w:rsidRPr="006A5AA2">
        <w:rPr>
          <w:rFonts w:cs="Times New Roman"/>
          <w:szCs w:val="24"/>
        </w:rPr>
        <w:t>firmas</w:t>
      </w:r>
      <w:proofErr w:type="spellEnd"/>
      <w:r w:rsidR="00000000" w:rsidRPr="006A5AA2">
        <w:rPr>
          <w:rFonts w:cs="Times New Roman"/>
          <w:szCs w:val="24"/>
        </w:rPr>
        <w:t xml:space="preserve"> </w:t>
      </w:r>
      <w:proofErr w:type="spellStart"/>
      <w:r w:rsidR="00000000" w:rsidRPr="006A5AA2">
        <w:rPr>
          <w:rFonts w:cs="Times New Roman"/>
          <w:szCs w:val="24"/>
        </w:rPr>
        <w:t>digitales</w:t>
      </w:r>
      <w:proofErr w:type="spellEnd"/>
      <w:r w:rsidR="00000000" w:rsidRPr="006A5AA2">
        <w:rPr>
          <w:rFonts w:cs="Times New Roman"/>
          <w:szCs w:val="24"/>
        </w:rPr>
        <w:t xml:space="preserve"> </w:t>
      </w:r>
      <w:proofErr w:type="spellStart"/>
      <w:r w:rsidR="00000000" w:rsidRPr="006A5AA2">
        <w:rPr>
          <w:rFonts w:cs="Times New Roman"/>
          <w:szCs w:val="24"/>
        </w:rPr>
        <w:t>constituye</w:t>
      </w:r>
      <w:proofErr w:type="spellEnd"/>
      <w:r w:rsidR="00000000" w:rsidRPr="006A5AA2">
        <w:rPr>
          <w:rFonts w:cs="Times New Roman"/>
          <w:szCs w:val="24"/>
        </w:rPr>
        <w:t>.</w:t>
      </w:r>
      <w:r w:rsidR="006A5AA2">
        <w:rPr>
          <w:rFonts w:cs="Times New Roman"/>
          <w:szCs w:val="24"/>
        </w:rPr>
        <w:br/>
      </w:r>
      <w:r w:rsidR="003A309F" w:rsidRPr="006A5AA2">
        <w:rPr>
          <w:rFonts w:cs="Times New Roman"/>
          <w:szCs w:val="24"/>
        </w:rPr>
        <w:br/>
        <w:t xml:space="preserve">                                                             </w:t>
      </w:r>
      <w:r w:rsidR="003A309F" w:rsidRPr="006A5AA2">
        <w:rPr>
          <w:rFonts w:cs="Times New Roman"/>
          <w:b/>
          <w:bCs/>
          <w:szCs w:val="24"/>
        </w:rPr>
        <w:t>CONCLUSIONES</w:t>
      </w:r>
    </w:p>
    <w:p w14:paraId="1CB22FCA" w14:textId="77777777" w:rsidR="003A309F" w:rsidRPr="006A5AA2" w:rsidRDefault="003A309F" w:rsidP="003A309F">
      <w:pPr>
        <w:rPr>
          <w:rFonts w:cs="Times New Roman"/>
          <w:szCs w:val="24"/>
        </w:rPr>
      </w:pPr>
      <w:r w:rsidRPr="006A5AA2">
        <w:rPr>
          <w:rFonts w:cs="Times New Roman"/>
          <w:szCs w:val="24"/>
        </w:rPr>
        <w:t xml:space="preserve">Se </w:t>
      </w:r>
      <w:proofErr w:type="spellStart"/>
      <w:r w:rsidRPr="006A5AA2">
        <w:rPr>
          <w:rFonts w:cs="Times New Roman"/>
          <w:szCs w:val="24"/>
        </w:rPr>
        <w:t>concluye</w:t>
      </w:r>
      <w:proofErr w:type="spellEnd"/>
      <w:r w:rsidRPr="006A5AA2">
        <w:rPr>
          <w:rFonts w:cs="Times New Roman"/>
          <w:szCs w:val="24"/>
        </w:rPr>
        <w:t xml:space="preserve"> que, </w:t>
      </w:r>
      <w:proofErr w:type="spellStart"/>
      <w:r w:rsidRPr="006A5AA2">
        <w:rPr>
          <w:rFonts w:cs="Times New Roman"/>
          <w:szCs w:val="24"/>
        </w:rPr>
        <w:t>si</w:t>
      </w:r>
      <w:proofErr w:type="spellEnd"/>
      <w:r w:rsidRPr="006A5AA2">
        <w:rPr>
          <w:rFonts w:cs="Times New Roman"/>
          <w:szCs w:val="24"/>
        </w:rPr>
        <w:t xml:space="preserve"> bien Panamá </w:t>
      </w:r>
      <w:proofErr w:type="spellStart"/>
      <w:r w:rsidRPr="006A5AA2">
        <w:rPr>
          <w:rFonts w:cs="Times New Roman"/>
          <w:szCs w:val="24"/>
        </w:rPr>
        <w:t>cuenta</w:t>
      </w:r>
      <w:proofErr w:type="spellEnd"/>
      <w:r w:rsidRPr="006A5AA2">
        <w:rPr>
          <w:rFonts w:cs="Times New Roman"/>
          <w:szCs w:val="24"/>
        </w:rPr>
        <w:t xml:space="preserve"> con un </w:t>
      </w:r>
      <w:proofErr w:type="spellStart"/>
      <w:r w:rsidRPr="006A5AA2">
        <w:rPr>
          <w:rFonts w:cs="Times New Roman"/>
          <w:szCs w:val="24"/>
        </w:rPr>
        <w:t>marco</w:t>
      </w:r>
      <w:proofErr w:type="spellEnd"/>
      <w:r w:rsidRPr="006A5AA2">
        <w:rPr>
          <w:rFonts w:cs="Times New Roman"/>
          <w:szCs w:val="24"/>
        </w:rPr>
        <w:t xml:space="preserve"> </w:t>
      </w:r>
      <w:proofErr w:type="spellStart"/>
      <w:r w:rsidRPr="006A5AA2">
        <w:rPr>
          <w:rFonts w:cs="Times New Roman"/>
          <w:szCs w:val="24"/>
        </w:rPr>
        <w:t>normativo</w:t>
      </w:r>
      <w:proofErr w:type="spellEnd"/>
      <w:r w:rsidRPr="006A5AA2">
        <w:rPr>
          <w:rFonts w:cs="Times New Roman"/>
          <w:szCs w:val="24"/>
        </w:rPr>
        <w:t xml:space="preserve"> formal que </w:t>
      </w:r>
      <w:proofErr w:type="spellStart"/>
      <w:r w:rsidRPr="006A5AA2">
        <w:rPr>
          <w:rFonts w:cs="Times New Roman"/>
          <w:szCs w:val="24"/>
        </w:rPr>
        <w:t>reconoce</w:t>
      </w:r>
      <w:proofErr w:type="spellEnd"/>
      <w:r w:rsidRPr="006A5AA2">
        <w:rPr>
          <w:rFonts w:cs="Times New Roman"/>
          <w:szCs w:val="24"/>
        </w:rPr>
        <w:t xml:space="preserve"> la </w:t>
      </w:r>
      <w:proofErr w:type="spellStart"/>
      <w:r w:rsidRPr="006A5AA2">
        <w:rPr>
          <w:rFonts w:cs="Times New Roman"/>
          <w:szCs w:val="24"/>
        </w:rPr>
        <w:t>validez</w:t>
      </w:r>
      <w:proofErr w:type="spellEnd"/>
      <w:r w:rsidRPr="006A5AA2">
        <w:rPr>
          <w:rFonts w:cs="Times New Roman"/>
          <w:szCs w:val="24"/>
        </w:rPr>
        <w:t xml:space="preserve"> </w:t>
      </w:r>
      <w:proofErr w:type="spellStart"/>
      <w:r w:rsidRPr="006A5AA2">
        <w:rPr>
          <w:rFonts w:cs="Times New Roman"/>
          <w:szCs w:val="24"/>
        </w:rPr>
        <w:t>jurídica</w:t>
      </w:r>
      <w:proofErr w:type="spellEnd"/>
      <w:r w:rsidRPr="006A5AA2">
        <w:rPr>
          <w:rFonts w:cs="Times New Roman"/>
          <w:szCs w:val="24"/>
        </w:rPr>
        <w:t xml:space="preserve"> de la </w:t>
      </w:r>
      <w:proofErr w:type="spellStart"/>
      <w:r w:rsidRPr="006A5AA2">
        <w:rPr>
          <w:rFonts w:cs="Times New Roman"/>
          <w:szCs w:val="24"/>
        </w:rPr>
        <w:t>firma</w:t>
      </w:r>
      <w:proofErr w:type="spellEnd"/>
      <w:r w:rsidRPr="006A5AA2">
        <w:rPr>
          <w:rFonts w:cs="Times New Roman"/>
          <w:szCs w:val="24"/>
        </w:rPr>
        <w:t xml:space="preserve"> </w:t>
      </w:r>
      <w:proofErr w:type="spellStart"/>
      <w:r w:rsidRPr="006A5AA2">
        <w:rPr>
          <w:rFonts w:cs="Times New Roman"/>
          <w:szCs w:val="24"/>
        </w:rPr>
        <w:t>electrónica</w:t>
      </w:r>
      <w:proofErr w:type="spellEnd"/>
      <w:r w:rsidRPr="006A5AA2">
        <w:rPr>
          <w:rFonts w:cs="Times New Roman"/>
          <w:szCs w:val="24"/>
        </w:rPr>
        <w:t xml:space="preserve"> </w:t>
      </w:r>
      <w:proofErr w:type="spellStart"/>
      <w:r w:rsidRPr="006A5AA2">
        <w:rPr>
          <w:rFonts w:cs="Times New Roman"/>
          <w:szCs w:val="24"/>
        </w:rPr>
        <w:t>avanzada</w:t>
      </w:r>
      <w:proofErr w:type="spellEnd"/>
      <w:r w:rsidRPr="006A5AA2">
        <w:rPr>
          <w:rFonts w:cs="Times New Roman"/>
          <w:szCs w:val="24"/>
        </w:rPr>
        <w:t xml:space="preserve">, </w:t>
      </w:r>
      <w:proofErr w:type="spellStart"/>
      <w:r w:rsidRPr="006A5AA2">
        <w:rPr>
          <w:rFonts w:cs="Times New Roman"/>
          <w:szCs w:val="24"/>
        </w:rPr>
        <w:t>dicho</w:t>
      </w:r>
      <w:proofErr w:type="spellEnd"/>
      <w:r w:rsidRPr="006A5AA2">
        <w:rPr>
          <w:rFonts w:cs="Times New Roman"/>
          <w:szCs w:val="24"/>
        </w:rPr>
        <w:t xml:space="preserve"> </w:t>
      </w:r>
      <w:proofErr w:type="spellStart"/>
      <w:r w:rsidRPr="006A5AA2">
        <w:rPr>
          <w:rFonts w:cs="Times New Roman"/>
          <w:szCs w:val="24"/>
        </w:rPr>
        <w:t>reconocimiento</w:t>
      </w:r>
      <w:proofErr w:type="spellEnd"/>
      <w:r w:rsidRPr="006A5AA2">
        <w:rPr>
          <w:rFonts w:cs="Times New Roman"/>
          <w:szCs w:val="24"/>
        </w:rPr>
        <w:t xml:space="preserve"> no se </w:t>
      </w:r>
      <w:proofErr w:type="spellStart"/>
      <w:r w:rsidRPr="006A5AA2">
        <w:rPr>
          <w:rFonts w:cs="Times New Roman"/>
          <w:szCs w:val="24"/>
        </w:rPr>
        <w:t>materializa</w:t>
      </w:r>
      <w:proofErr w:type="spellEnd"/>
      <w:r w:rsidRPr="006A5AA2">
        <w:rPr>
          <w:rFonts w:cs="Times New Roman"/>
          <w:szCs w:val="24"/>
        </w:rPr>
        <w:t xml:space="preserve"> de </w:t>
      </w:r>
      <w:proofErr w:type="spellStart"/>
      <w:r w:rsidRPr="006A5AA2">
        <w:rPr>
          <w:rFonts w:cs="Times New Roman"/>
          <w:szCs w:val="24"/>
        </w:rPr>
        <w:t>manera</w:t>
      </w:r>
      <w:proofErr w:type="spellEnd"/>
      <w:r w:rsidRPr="006A5AA2">
        <w:rPr>
          <w:rFonts w:cs="Times New Roman"/>
          <w:szCs w:val="24"/>
        </w:rPr>
        <w:t xml:space="preserve"> </w:t>
      </w:r>
      <w:proofErr w:type="spellStart"/>
      <w:r w:rsidRPr="006A5AA2">
        <w:rPr>
          <w:rFonts w:cs="Times New Roman"/>
          <w:szCs w:val="24"/>
        </w:rPr>
        <w:t>efectiva</w:t>
      </w:r>
      <w:proofErr w:type="spellEnd"/>
      <w:r w:rsidRPr="006A5AA2">
        <w:rPr>
          <w:rFonts w:cs="Times New Roman"/>
          <w:szCs w:val="24"/>
        </w:rPr>
        <w:t xml:space="preserve"> en la </w:t>
      </w:r>
      <w:proofErr w:type="spellStart"/>
      <w:r w:rsidRPr="006A5AA2">
        <w:rPr>
          <w:rFonts w:cs="Times New Roman"/>
          <w:szCs w:val="24"/>
        </w:rPr>
        <w:t>práctica</w:t>
      </w:r>
      <w:proofErr w:type="spellEnd"/>
      <w:r w:rsidRPr="006A5AA2">
        <w:rPr>
          <w:rFonts w:cs="Times New Roman"/>
          <w:szCs w:val="24"/>
        </w:rPr>
        <w:t xml:space="preserve"> </w:t>
      </w:r>
      <w:proofErr w:type="spellStart"/>
      <w:r w:rsidRPr="006A5AA2">
        <w:rPr>
          <w:rFonts w:cs="Times New Roman"/>
          <w:szCs w:val="24"/>
        </w:rPr>
        <w:t>institucional</w:t>
      </w:r>
      <w:proofErr w:type="spellEnd"/>
      <w:r w:rsidRPr="006A5AA2">
        <w:rPr>
          <w:rFonts w:cs="Times New Roman"/>
          <w:szCs w:val="24"/>
        </w:rPr>
        <w:t xml:space="preserve"> y </w:t>
      </w:r>
      <w:proofErr w:type="spellStart"/>
      <w:r w:rsidRPr="006A5AA2">
        <w:rPr>
          <w:rFonts w:cs="Times New Roman"/>
          <w:szCs w:val="24"/>
        </w:rPr>
        <w:t>empresarial</w:t>
      </w:r>
      <w:proofErr w:type="spellEnd"/>
      <w:r w:rsidRPr="006A5AA2">
        <w:rPr>
          <w:rFonts w:cs="Times New Roman"/>
          <w:szCs w:val="24"/>
        </w:rPr>
        <w:t xml:space="preserve">. La </w:t>
      </w:r>
      <w:proofErr w:type="spellStart"/>
      <w:r w:rsidRPr="006A5AA2">
        <w:rPr>
          <w:rFonts w:cs="Times New Roman"/>
          <w:szCs w:val="24"/>
        </w:rPr>
        <w:t>exigencia</w:t>
      </w:r>
      <w:proofErr w:type="spellEnd"/>
      <w:r w:rsidRPr="006A5AA2">
        <w:rPr>
          <w:rFonts w:cs="Times New Roman"/>
          <w:szCs w:val="24"/>
        </w:rPr>
        <w:t xml:space="preserve"> </w:t>
      </w:r>
      <w:proofErr w:type="spellStart"/>
      <w:r w:rsidRPr="006A5AA2">
        <w:rPr>
          <w:rFonts w:cs="Times New Roman"/>
          <w:szCs w:val="24"/>
        </w:rPr>
        <w:t>sistemática</w:t>
      </w:r>
      <w:proofErr w:type="spellEnd"/>
      <w:r w:rsidRPr="006A5AA2">
        <w:rPr>
          <w:rFonts w:cs="Times New Roman"/>
          <w:szCs w:val="24"/>
        </w:rPr>
        <w:t xml:space="preserve"> de la </w:t>
      </w:r>
      <w:proofErr w:type="spellStart"/>
      <w:r w:rsidRPr="006A5AA2">
        <w:rPr>
          <w:rFonts w:cs="Times New Roman"/>
          <w:szCs w:val="24"/>
        </w:rPr>
        <w:t>firma</w:t>
      </w:r>
      <w:proofErr w:type="spellEnd"/>
      <w:r w:rsidRPr="006A5AA2">
        <w:rPr>
          <w:rFonts w:cs="Times New Roman"/>
          <w:szCs w:val="24"/>
        </w:rPr>
        <w:t xml:space="preserve"> </w:t>
      </w:r>
      <w:proofErr w:type="spellStart"/>
      <w:r w:rsidRPr="006A5AA2">
        <w:rPr>
          <w:rFonts w:cs="Times New Roman"/>
          <w:szCs w:val="24"/>
        </w:rPr>
        <w:t>manuscrita</w:t>
      </w:r>
      <w:proofErr w:type="spellEnd"/>
      <w:r w:rsidRPr="006A5AA2">
        <w:rPr>
          <w:rFonts w:cs="Times New Roman"/>
          <w:szCs w:val="24"/>
        </w:rPr>
        <w:t xml:space="preserve"> </w:t>
      </w:r>
      <w:proofErr w:type="spellStart"/>
      <w:r w:rsidRPr="006A5AA2">
        <w:rPr>
          <w:rFonts w:cs="Times New Roman"/>
          <w:szCs w:val="24"/>
        </w:rPr>
        <w:t>demuestra</w:t>
      </w:r>
      <w:proofErr w:type="spellEnd"/>
      <w:r w:rsidRPr="006A5AA2">
        <w:rPr>
          <w:rFonts w:cs="Times New Roman"/>
          <w:szCs w:val="24"/>
        </w:rPr>
        <w:t xml:space="preserve"> la </w:t>
      </w:r>
      <w:proofErr w:type="spellStart"/>
      <w:r w:rsidRPr="006A5AA2">
        <w:rPr>
          <w:rFonts w:cs="Times New Roman"/>
          <w:szCs w:val="24"/>
        </w:rPr>
        <w:t>existencia</w:t>
      </w:r>
      <w:proofErr w:type="spellEnd"/>
      <w:r w:rsidRPr="006A5AA2">
        <w:rPr>
          <w:rFonts w:cs="Times New Roman"/>
          <w:szCs w:val="24"/>
        </w:rPr>
        <w:t xml:space="preserve"> de </w:t>
      </w:r>
      <w:proofErr w:type="spellStart"/>
      <w:r w:rsidRPr="006A5AA2">
        <w:rPr>
          <w:rFonts w:cs="Times New Roman"/>
          <w:szCs w:val="24"/>
        </w:rPr>
        <w:t>una</w:t>
      </w:r>
      <w:proofErr w:type="spellEnd"/>
      <w:r w:rsidRPr="006A5AA2">
        <w:rPr>
          <w:rFonts w:cs="Times New Roman"/>
          <w:szCs w:val="24"/>
        </w:rPr>
        <w:t xml:space="preserve"> </w:t>
      </w:r>
      <w:proofErr w:type="spellStart"/>
      <w:r w:rsidRPr="006A5AA2">
        <w:rPr>
          <w:rFonts w:cs="Times New Roman"/>
          <w:szCs w:val="24"/>
        </w:rPr>
        <w:t>brecha</w:t>
      </w:r>
      <w:proofErr w:type="spellEnd"/>
      <w:r w:rsidRPr="006A5AA2">
        <w:rPr>
          <w:rFonts w:cs="Times New Roman"/>
          <w:szCs w:val="24"/>
        </w:rPr>
        <w:t xml:space="preserve"> </w:t>
      </w:r>
      <w:proofErr w:type="spellStart"/>
      <w:r w:rsidRPr="006A5AA2">
        <w:rPr>
          <w:rFonts w:cs="Times New Roman"/>
          <w:szCs w:val="24"/>
        </w:rPr>
        <w:t>estructural</w:t>
      </w:r>
      <w:proofErr w:type="spellEnd"/>
      <w:r w:rsidRPr="006A5AA2">
        <w:rPr>
          <w:rFonts w:cs="Times New Roman"/>
          <w:szCs w:val="24"/>
        </w:rPr>
        <w:t xml:space="preserve"> entre la </w:t>
      </w:r>
      <w:proofErr w:type="spellStart"/>
      <w:r w:rsidRPr="006A5AA2">
        <w:rPr>
          <w:rFonts w:cs="Times New Roman"/>
          <w:szCs w:val="24"/>
        </w:rPr>
        <w:t>legislación</w:t>
      </w:r>
      <w:proofErr w:type="spellEnd"/>
      <w:r w:rsidRPr="006A5AA2">
        <w:rPr>
          <w:rFonts w:cs="Times New Roman"/>
          <w:szCs w:val="24"/>
        </w:rPr>
        <w:t xml:space="preserve"> </w:t>
      </w:r>
      <w:proofErr w:type="spellStart"/>
      <w:r w:rsidRPr="006A5AA2">
        <w:rPr>
          <w:rFonts w:cs="Times New Roman"/>
          <w:szCs w:val="24"/>
        </w:rPr>
        <w:t>vigente</w:t>
      </w:r>
      <w:proofErr w:type="spellEnd"/>
      <w:r w:rsidRPr="006A5AA2">
        <w:rPr>
          <w:rFonts w:cs="Times New Roman"/>
          <w:szCs w:val="24"/>
        </w:rPr>
        <w:t xml:space="preserve"> y </w:t>
      </w:r>
      <w:proofErr w:type="spellStart"/>
      <w:r w:rsidRPr="006A5AA2">
        <w:rPr>
          <w:rFonts w:cs="Times New Roman"/>
          <w:szCs w:val="24"/>
        </w:rPr>
        <w:t>su</w:t>
      </w:r>
      <w:proofErr w:type="spellEnd"/>
      <w:r w:rsidRPr="006A5AA2">
        <w:rPr>
          <w:rFonts w:cs="Times New Roman"/>
          <w:szCs w:val="24"/>
        </w:rPr>
        <w:t xml:space="preserve"> </w:t>
      </w:r>
      <w:proofErr w:type="spellStart"/>
      <w:r w:rsidRPr="006A5AA2">
        <w:rPr>
          <w:rFonts w:cs="Times New Roman"/>
          <w:szCs w:val="24"/>
        </w:rPr>
        <w:t>aplicación</w:t>
      </w:r>
      <w:proofErr w:type="spellEnd"/>
      <w:r w:rsidRPr="006A5AA2">
        <w:rPr>
          <w:rFonts w:cs="Times New Roman"/>
          <w:szCs w:val="24"/>
        </w:rPr>
        <w:t xml:space="preserve"> real</w:t>
      </w:r>
      <w:r w:rsidRPr="006A5AA2">
        <w:rPr>
          <w:rFonts w:cs="Times New Roman"/>
          <w:szCs w:val="24"/>
        </w:rPr>
        <w:t>.</w:t>
      </w:r>
    </w:p>
    <w:p w14:paraId="04266DDF" w14:textId="6415357F" w:rsidR="003A309F" w:rsidRPr="006A5AA2" w:rsidRDefault="003A309F" w:rsidP="003A309F">
      <w:pPr>
        <w:rPr>
          <w:rFonts w:cs="Times New Roman"/>
          <w:szCs w:val="24"/>
        </w:rPr>
      </w:pPr>
      <w:r w:rsidRPr="006A5AA2">
        <w:rPr>
          <w:rFonts w:cs="Times New Roman"/>
          <w:szCs w:val="24"/>
        </w:rPr>
        <w:t xml:space="preserve">De </w:t>
      </w:r>
      <w:proofErr w:type="spellStart"/>
      <w:r w:rsidRPr="006A5AA2">
        <w:rPr>
          <w:rFonts w:cs="Times New Roman"/>
          <w:szCs w:val="24"/>
        </w:rPr>
        <w:t>igual</w:t>
      </w:r>
      <w:proofErr w:type="spellEnd"/>
      <w:r w:rsidRPr="006A5AA2">
        <w:rPr>
          <w:rFonts w:cs="Times New Roman"/>
          <w:szCs w:val="24"/>
        </w:rPr>
        <w:t xml:space="preserve"> </w:t>
      </w:r>
      <w:proofErr w:type="spellStart"/>
      <w:proofErr w:type="gramStart"/>
      <w:r w:rsidRPr="006A5AA2">
        <w:rPr>
          <w:rFonts w:cs="Times New Roman"/>
          <w:szCs w:val="24"/>
        </w:rPr>
        <w:t>manera</w:t>
      </w:r>
      <w:proofErr w:type="spellEnd"/>
      <w:r w:rsidRPr="006A5AA2">
        <w:rPr>
          <w:rFonts w:cs="Times New Roman"/>
          <w:szCs w:val="24"/>
        </w:rPr>
        <w:t xml:space="preserve">  </w:t>
      </w:r>
      <w:r w:rsidRPr="006A5AA2">
        <w:rPr>
          <w:rFonts w:cs="Times New Roman"/>
          <w:szCs w:val="24"/>
        </w:rPr>
        <w:t>a</w:t>
      </w:r>
      <w:proofErr w:type="gramEnd"/>
      <w:r w:rsidRPr="006A5AA2">
        <w:rPr>
          <w:rFonts w:cs="Times New Roman"/>
          <w:szCs w:val="24"/>
        </w:rPr>
        <w:t xml:space="preserve"> </w:t>
      </w:r>
      <w:proofErr w:type="spellStart"/>
      <w:r w:rsidRPr="006A5AA2">
        <w:rPr>
          <w:rFonts w:cs="Times New Roman"/>
          <w:szCs w:val="24"/>
        </w:rPr>
        <w:t>investigación</w:t>
      </w:r>
      <w:proofErr w:type="spellEnd"/>
      <w:r w:rsidRPr="006A5AA2">
        <w:rPr>
          <w:rFonts w:cs="Times New Roman"/>
          <w:szCs w:val="24"/>
        </w:rPr>
        <w:t xml:space="preserve"> </w:t>
      </w:r>
      <w:proofErr w:type="spellStart"/>
      <w:r w:rsidRPr="006A5AA2">
        <w:rPr>
          <w:rFonts w:cs="Times New Roman"/>
          <w:szCs w:val="24"/>
        </w:rPr>
        <w:t>permitió</w:t>
      </w:r>
      <w:proofErr w:type="spellEnd"/>
      <w:r w:rsidRPr="006A5AA2">
        <w:rPr>
          <w:rFonts w:cs="Times New Roman"/>
          <w:szCs w:val="24"/>
        </w:rPr>
        <w:t xml:space="preserve"> </w:t>
      </w:r>
      <w:proofErr w:type="spellStart"/>
      <w:r w:rsidRPr="006A5AA2">
        <w:rPr>
          <w:rFonts w:cs="Times New Roman"/>
          <w:szCs w:val="24"/>
        </w:rPr>
        <w:t>evidenciar</w:t>
      </w:r>
      <w:proofErr w:type="spellEnd"/>
      <w:r w:rsidRPr="006A5AA2">
        <w:rPr>
          <w:rFonts w:cs="Times New Roman"/>
          <w:szCs w:val="24"/>
        </w:rPr>
        <w:t xml:space="preserve"> que </w:t>
      </w:r>
      <w:proofErr w:type="spellStart"/>
      <w:r w:rsidRPr="006A5AA2">
        <w:rPr>
          <w:rFonts w:cs="Times New Roman"/>
          <w:szCs w:val="24"/>
        </w:rPr>
        <w:t>el</w:t>
      </w:r>
      <w:proofErr w:type="spellEnd"/>
      <w:r w:rsidRPr="006A5AA2">
        <w:rPr>
          <w:rFonts w:cs="Times New Roman"/>
          <w:szCs w:val="24"/>
        </w:rPr>
        <w:t xml:space="preserve"> principio de </w:t>
      </w:r>
      <w:proofErr w:type="spellStart"/>
      <w:r w:rsidRPr="006A5AA2">
        <w:rPr>
          <w:rFonts w:cs="Times New Roman"/>
          <w:szCs w:val="24"/>
        </w:rPr>
        <w:t>equivalencia</w:t>
      </w:r>
      <w:proofErr w:type="spellEnd"/>
      <w:r w:rsidRPr="006A5AA2">
        <w:rPr>
          <w:rFonts w:cs="Times New Roman"/>
          <w:szCs w:val="24"/>
        </w:rPr>
        <w:t xml:space="preserve"> </w:t>
      </w:r>
      <w:proofErr w:type="spellStart"/>
      <w:r w:rsidRPr="006A5AA2">
        <w:rPr>
          <w:rFonts w:cs="Times New Roman"/>
          <w:szCs w:val="24"/>
        </w:rPr>
        <w:t>funcional</w:t>
      </w:r>
      <w:proofErr w:type="spellEnd"/>
      <w:r w:rsidRPr="006A5AA2">
        <w:rPr>
          <w:rFonts w:cs="Times New Roman"/>
          <w:szCs w:val="24"/>
        </w:rPr>
        <w:t xml:space="preserve">, </w:t>
      </w:r>
      <w:proofErr w:type="spellStart"/>
      <w:r w:rsidRPr="006A5AA2">
        <w:rPr>
          <w:rFonts w:cs="Times New Roman"/>
          <w:szCs w:val="24"/>
        </w:rPr>
        <w:t>reconocido</w:t>
      </w:r>
      <w:proofErr w:type="spellEnd"/>
      <w:r w:rsidRPr="006A5AA2">
        <w:rPr>
          <w:rFonts w:cs="Times New Roman"/>
          <w:szCs w:val="24"/>
        </w:rPr>
        <w:t xml:space="preserve"> tanto en Colombia </w:t>
      </w:r>
      <w:proofErr w:type="spellStart"/>
      <w:r w:rsidRPr="006A5AA2">
        <w:rPr>
          <w:rFonts w:cs="Times New Roman"/>
          <w:szCs w:val="24"/>
        </w:rPr>
        <w:t>como</w:t>
      </w:r>
      <w:proofErr w:type="spellEnd"/>
      <w:r w:rsidRPr="006A5AA2">
        <w:rPr>
          <w:rFonts w:cs="Times New Roman"/>
          <w:szCs w:val="24"/>
        </w:rPr>
        <w:t xml:space="preserve"> en Panamá, no se </w:t>
      </w:r>
      <w:proofErr w:type="spellStart"/>
      <w:r w:rsidRPr="006A5AA2">
        <w:rPr>
          <w:rFonts w:cs="Times New Roman"/>
          <w:szCs w:val="24"/>
        </w:rPr>
        <w:t>garantiza</w:t>
      </w:r>
      <w:proofErr w:type="spellEnd"/>
      <w:r w:rsidRPr="006A5AA2">
        <w:rPr>
          <w:rFonts w:cs="Times New Roman"/>
          <w:szCs w:val="24"/>
        </w:rPr>
        <w:t xml:space="preserve"> en </w:t>
      </w:r>
      <w:proofErr w:type="spellStart"/>
      <w:r w:rsidRPr="006A5AA2">
        <w:rPr>
          <w:rFonts w:cs="Times New Roman"/>
          <w:szCs w:val="24"/>
        </w:rPr>
        <w:t>el</w:t>
      </w:r>
      <w:proofErr w:type="spellEnd"/>
      <w:r w:rsidRPr="006A5AA2">
        <w:rPr>
          <w:rFonts w:cs="Times New Roman"/>
          <w:szCs w:val="24"/>
        </w:rPr>
        <w:t xml:space="preserve"> </w:t>
      </w:r>
      <w:proofErr w:type="spellStart"/>
      <w:r w:rsidRPr="006A5AA2">
        <w:rPr>
          <w:rFonts w:cs="Times New Roman"/>
          <w:szCs w:val="24"/>
        </w:rPr>
        <w:t>contexto</w:t>
      </w:r>
      <w:proofErr w:type="spellEnd"/>
      <w:r w:rsidRPr="006A5AA2">
        <w:rPr>
          <w:rFonts w:cs="Times New Roman"/>
          <w:szCs w:val="24"/>
        </w:rPr>
        <w:t xml:space="preserve"> </w:t>
      </w:r>
      <w:proofErr w:type="spellStart"/>
      <w:r w:rsidRPr="006A5AA2">
        <w:rPr>
          <w:rFonts w:cs="Times New Roman"/>
          <w:szCs w:val="24"/>
        </w:rPr>
        <w:t>operativo</w:t>
      </w:r>
      <w:proofErr w:type="spellEnd"/>
      <w:r w:rsidRPr="006A5AA2">
        <w:rPr>
          <w:rFonts w:cs="Times New Roman"/>
          <w:szCs w:val="24"/>
        </w:rPr>
        <w:t xml:space="preserve"> </w:t>
      </w:r>
      <w:proofErr w:type="spellStart"/>
      <w:r w:rsidRPr="006A5AA2">
        <w:rPr>
          <w:rFonts w:cs="Times New Roman"/>
          <w:szCs w:val="24"/>
        </w:rPr>
        <w:t>panameño</w:t>
      </w:r>
      <w:proofErr w:type="spellEnd"/>
      <w:r w:rsidRPr="006A5AA2">
        <w:rPr>
          <w:rFonts w:cs="Times New Roman"/>
          <w:szCs w:val="24"/>
        </w:rPr>
        <w:t xml:space="preserve">, lo que </w:t>
      </w:r>
      <w:proofErr w:type="spellStart"/>
      <w:r w:rsidRPr="006A5AA2">
        <w:rPr>
          <w:rFonts w:cs="Times New Roman"/>
          <w:szCs w:val="24"/>
        </w:rPr>
        <w:t>implica</w:t>
      </w:r>
      <w:proofErr w:type="spellEnd"/>
      <w:r w:rsidRPr="006A5AA2">
        <w:rPr>
          <w:rFonts w:cs="Times New Roman"/>
          <w:szCs w:val="24"/>
        </w:rPr>
        <w:t xml:space="preserve"> </w:t>
      </w:r>
      <w:proofErr w:type="spellStart"/>
      <w:r w:rsidRPr="006A5AA2">
        <w:rPr>
          <w:rFonts w:cs="Times New Roman"/>
          <w:szCs w:val="24"/>
        </w:rPr>
        <w:t>una</w:t>
      </w:r>
      <w:proofErr w:type="spellEnd"/>
      <w:r w:rsidRPr="006A5AA2">
        <w:rPr>
          <w:rFonts w:cs="Times New Roman"/>
          <w:szCs w:val="24"/>
        </w:rPr>
        <w:t xml:space="preserve"> </w:t>
      </w:r>
      <w:proofErr w:type="spellStart"/>
      <w:r w:rsidRPr="006A5AA2">
        <w:rPr>
          <w:rFonts w:cs="Times New Roman"/>
          <w:szCs w:val="24"/>
        </w:rPr>
        <w:t>vulneración</w:t>
      </w:r>
      <w:proofErr w:type="spellEnd"/>
      <w:r w:rsidRPr="006A5AA2">
        <w:rPr>
          <w:rFonts w:cs="Times New Roman"/>
          <w:szCs w:val="24"/>
        </w:rPr>
        <w:t xml:space="preserve"> </w:t>
      </w:r>
      <w:proofErr w:type="spellStart"/>
      <w:r w:rsidRPr="006A5AA2">
        <w:rPr>
          <w:rFonts w:cs="Times New Roman"/>
          <w:szCs w:val="24"/>
        </w:rPr>
        <w:t>indirecta</w:t>
      </w:r>
      <w:proofErr w:type="spellEnd"/>
      <w:r w:rsidRPr="006A5AA2">
        <w:rPr>
          <w:rFonts w:cs="Times New Roman"/>
          <w:szCs w:val="24"/>
        </w:rPr>
        <w:t xml:space="preserve"> de </w:t>
      </w:r>
      <w:proofErr w:type="spellStart"/>
      <w:r w:rsidRPr="006A5AA2">
        <w:rPr>
          <w:rFonts w:cs="Times New Roman"/>
          <w:szCs w:val="24"/>
        </w:rPr>
        <w:t>los</w:t>
      </w:r>
      <w:proofErr w:type="spellEnd"/>
      <w:r w:rsidRPr="006A5AA2">
        <w:rPr>
          <w:rFonts w:cs="Times New Roman"/>
          <w:szCs w:val="24"/>
        </w:rPr>
        <w:t xml:space="preserve"> derechos de </w:t>
      </w:r>
      <w:proofErr w:type="spellStart"/>
      <w:r w:rsidRPr="006A5AA2">
        <w:rPr>
          <w:rFonts w:cs="Times New Roman"/>
          <w:szCs w:val="24"/>
        </w:rPr>
        <w:t>quienes</w:t>
      </w:r>
      <w:proofErr w:type="spellEnd"/>
      <w:r w:rsidRPr="006A5AA2">
        <w:rPr>
          <w:rFonts w:cs="Times New Roman"/>
          <w:szCs w:val="24"/>
        </w:rPr>
        <w:t xml:space="preserve"> </w:t>
      </w:r>
      <w:proofErr w:type="spellStart"/>
      <w:r w:rsidRPr="006A5AA2">
        <w:rPr>
          <w:rFonts w:cs="Times New Roman"/>
          <w:szCs w:val="24"/>
        </w:rPr>
        <w:t>pretenden</w:t>
      </w:r>
      <w:proofErr w:type="spellEnd"/>
      <w:r w:rsidRPr="006A5AA2">
        <w:rPr>
          <w:rFonts w:cs="Times New Roman"/>
          <w:szCs w:val="24"/>
        </w:rPr>
        <w:t xml:space="preserve"> </w:t>
      </w:r>
      <w:proofErr w:type="spellStart"/>
      <w:r w:rsidRPr="006A5AA2">
        <w:rPr>
          <w:rFonts w:cs="Times New Roman"/>
          <w:szCs w:val="24"/>
        </w:rPr>
        <w:t>utilizar</w:t>
      </w:r>
      <w:proofErr w:type="spellEnd"/>
      <w:r w:rsidRPr="006A5AA2">
        <w:rPr>
          <w:rFonts w:cs="Times New Roman"/>
          <w:szCs w:val="24"/>
        </w:rPr>
        <w:t xml:space="preserve"> </w:t>
      </w:r>
      <w:proofErr w:type="spellStart"/>
      <w:r w:rsidRPr="006A5AA2">
        <w:rPr>
          <w:rFonts w:cs="Times New Roman"/>
          <w:szCs w:val="24"/>
        </w:rPr>
        <w:t>medios</w:t>
      </w:r>
      <w:proofErr w:type="spellEnd"/>
      <w:r w:rsidRPr="006A5AA2">
        <w:rPr>
          <w:rFonts w:cs="Times New Roman"/>
          <w:szCs w:val="24"/>
        </w:rPr>
        <w:t xml:space="preserve"> </w:t>
      </w:r>
      <w:proofErr w:type="spellStart"/>
      <w:r w:rsidRPr="006A5AA2">
        <w:rPr>
          <w:rFonts w:cs="Times New Roman"/>
          <w:szCs w:val="24"/>
        </w:rPr>
        <w:t>digitales</w:t>
      </w:r>
      <w:proofErr w:type="spellEnd"/>
      <w:r w:rsidRPr="006A5AA2">
        <w:rPr>
          <w:rFonts w:cs="Times New Roman"/>
          <w:szCs w:val="24"/>
        </w:rPr>
        <w:t xml:space="preserve"> </w:t>
      </w:r>
      <w:proofErr w:type="spellStart"/>
      <w:r w:rsidRPr="006A5AA2">
        <w:rPr>
          <w:rFonts w:cs="Times New Roman"/>
          <w:szCs w:val="24"/>
        </w:rPr>
        <w:t>válidos</w:t>
      </w:r>
      <w:proofErr w:type="spellEnd"/>
      <w:r w:rsidRPr="006A5AA2">
        <w:rPr>
          <w:rFonts w:cs="Times New Roman"/>
          <w:szCs w:val="24"/>
        </w:rPr>
        <w:t xml:space="preserve"> para la </w:t>
      </w:r>
      <w:proofErr w:type="spellStart"/>
      <w:r w:rsidRPr="006A5AA2">
        <w:rPr>
          <w:rFonts w:cs="Times New Roman"/>
          <w:szCs w:val="24"/>
        </w:rPr>
        <w:t>manifestación</w:t>
      </w:r>
      <w:proofErr w:type="spellEnd"/>
      <w:r w:rsidRPr="006A5AA2">
        <w:rPr>
          <w:rFonts w:cs="Times New Roman"/>
          <w:szCs w:val="24"/>
        </w:rPr>
        <w:t xml:space="preserve"> de </w:t>
      </w:r>
      <w:proofErr w:type="spellStart"/>
      <w:r w:rsidRPr="006A5AA2">
        <w:rPr>
          <w:rFonts w:cs="Times New Roman"/>
          <w:szCs w:val="24"/>
        </w:rPr>
        <w:t>su</w:t>
      </w:r>
      <w:proofErr w:type="spellEnd"/>
      <w:r w:rsidRPr="006A5AA2">
        <w:rPr>
          <w:rFonts w:cs="Times New Roman"/>
          <w:szCs w:val="24"/>
        </w:rPr>
        <w:t xml:space="preserve"> </w:t>
      </w:r>
      <w:proofErr w:type="spellStart"/>
      <w:r w:rsidRPr="006A5AA2">
        <w:rPr>
          <w:rFonts w:cs="Times New Roman"/>
          <w:szCs w:val="24"/>
        </w:rPr>
        <w:t>voluntad</w:t>
      </w:r>
      <w:proofErr w:type="spellEnd"/>
      <w:r w:rsidRPr="006A5AA2">
        <w:rPr>
          <w:rFonts w:cs="Times New Roman"/>
          <w:szCs w:val="24"/>
        </w:rPr>
        <w:t>.</w:t>
      </w:r>
    </w:p>
    <w:p w14:paraId="5102CD28" w14:textId="77777777" w:rsidR="003A309F" w:rsidRPr="006A5AA2" w:rsidRDefault="003A309F" w:rsidP="003A309F">
      <w:pPr>
        <w:rPr>
          <w:rFonts w:cs="Times New Roman"/>
          <w:szCs w:val="24"/>
        </w:rPr>
      </w:pPr>
      <w:r w:rsidRPr="006A5AA2">
        <w:rPr>
          <w:rFonts w:cs="Times New Roman"/>
          <w:szCs w:val="24"/>
        </w:rPr>
        <w:t xml:space="preserve">Las barreras </w:t>
      </w:r>
      <w:proofErr w:type="spellStart"/>
      <w:r w:rsidRPr="006A5AA2">
        <w:rPr>
          <w:rFonts w:cs="Times New Roman"/>
          <w:szCs w:val="24"/>
        </w:rPr>
        <w:t>identificadas</w:t>
      </w:r>
      <w:proofErr w:type="spellEnd"/>
      <w:r w:rsidRPr="006A5AA2">
        <w:rPr>
          <w:rFonts w:cs="Times New Roman"/>
          <w:szCs w:val="24"/>
        </w:rPr>
        <w:t xml:space="preserve"> </w:t>
      </w:r>
      <w:proofErr w:type="spellStart"/>
      <w:r w:rsidRPr="006A5AA2">
        <w:rPr>
          <w:rFonts w:cs="Times New Roman"/>
          <w:szCs w:val="24"/>
        </w:rPr>
        <w:t>generan</w:t>
      </w:r>
      <w:proofErr w:type="spellEnd"/>
      <w:r w:rsidRPr="006A5AA2">
        <w:rPr>
          <w:rFonts w:cs="Times New Roman"/>
          <w:szCs w:val="24"/>
        </w:rPr>
        <w:t xml:space="preserve"> </w:t>
      </w:r>
      <w:proofErr w:type="spellStart"/>
      <w:r w:rsidRPr="006A5AA2">
        <w:rPr>
          <w:rFonts w:cs="Times New Roman"/>
          <w:szCs w:val="24"/>
        </w:rPr>
        <w:t>efectos</w:t>
      </w:r>
      <w:proofErr w:type="spellEnd"/>
      <w:r w:rsidRPr="006A5AA2">
        <w:rPr>
          <w:rFonts w:cs="Times New Roman"/>
          <w:szCs w:val="24"/>
        </w:rPr>
        <w:t xml:space="preserve"> </w:t>
      </w:r>
      <w:proofErr w:type="spellStart"/>
      <w:r w:rsidRPr="006A5AA2">
        <w:rPr>
          <w:rFonts w:cs="Times New Roman"/>
          <w:szCs w:val="24"/>
        </w:rPr>
        <w:t>económicos</w:t>
      </w:r>
      <w:proofErr w:type="spellEnd"/>
      <w:r w:rsidRPr="006A5AA2">
        <w:rPr>
          <w:rFonts w:cs="Times New Roman"/>
          <w:szCs w:val="24"/>
        </w:rPr>
        <w:t xml:space="preserve"> </w:t>
      </w:r>
      <w:proofErr w:type="spellStart"/>
      <w:r w:rsidRPr="006A5AA2">
        <w:rPr>
          <w:rFonts w:cs="Times New Roman"/>
          <w:szCs w:val="24"/>
        </w:rPr>
        <w:t>relevantes</w:t>
      </w:r>
      <w:proofErr w:type="spellEnd"/>
      <w:r w:rsidRPr="006A5AA2">
        <w:rPr>
          <w:rFonts w:cs="Times New Roman"/>
          <w:szCs w:val="24"/>
        </w:rPr>
        <w:t xml:space="preserve">, tales </w:t>
      </w:r>
      <w:proofErr w:type="spellStart"/>
      <w:r w:rsidRPr="006A5AA2">
        <w:rPr>
          <w:rFonts w:cs="Times New Roman"/>
          <w:szCs w:val="24"/>
        </w:rPr>
        <w:t>como</w:t>
      </w:r>
      <w:proofErr w:type="spellEnd"/>
      <w:r w:rsidRPr="006A5AA2">
        <w:rPr>
          <w:rFonts w:cs="Times New Roman"/>
          <w:szCs w:val="24"/>
        </w:rPr>
        <w:t xml:space="preserve"> </w:t>
      </w:r>
      <w:proofErr w:type="spellStart"/>
      <w:r w:rsidRPr="006A5AA2">
        <w:rPr>
          <w:rFonts w:cs="Times New Roman"/>
          <w:szCs w:val="24"/>
        </w:rPr>
        <w:t>el</w:t>
      </w:r>
      <w:proofErr w:type="spellEnd"/>
      <w:r w:rsidRPr="006A5AA2">
        <w:rPr>
          <w:rFonts w:cs="Times New Roman"/>
          <w:szCs w:val="24"/>
        </w:rPr>
        <w:t xml:space="preserve"> </w:t>
      </w:r>
      <w:proofErr w:type="spellStart"/>
      <w:r w:rsidRPr="006A5AA2">
        <w:rPr>
          <w:rFonts w:cs="Times New Roman"/>
          <w:szCs w:val="24"/>
        </w:rPr>
        <w:t>aumento</w:t>
      </w:r>
      <w:proofErr w:type="spellEnd"/>
      <w:r w:rsidRPr="006A5AA2">
        <w:rPr>
          <w:rFonts w:cs="Times New Roman"/>
          <w:szCs w:val="24"/>
        </w:rPr>
        <w:t xml:space="preserve"> de </w:t>
      </w:r>
      <w:proofErr w:type="spellStart"/>
      <w:r w:rsidRPr="006A5AA2">
        <w:rPr>
          <w:rFonts w:cs="Times New Roman"/>
          <w:szCs w:val="24"/>
        </w:rPr>
        <w:t>costos</w:t>
      </w:r>
      <w:proofErr w:type="spellEnd"/>
      <w:r w:rsidRPr="006A5AA2">
        <w:rPr>
          <w:rFonts w:cs="Times New Roman"/>
          <w:szCs w:val="24"/>
        </w:rPr>
        <w:t xml:space="preserve"> </w:t>
      </w:r>
      <w:proofErr w:type="spellStart"/>
      <w:r w:rsidRPr="006A5AA2">
        <w:rPr>
          <w:rFonts w:cs="Times New Roman"/>
          <w:szCs w:val="24"/>
        </w:rPr>
        <w:t>operativos</w:t>
      </w:r>
      <w:proofErr w:type="spellEnd"/>
      <w:r w:rsidRPr="006A5AA2">
        <w:rPr>
          <w:rFonts w:cs="Times New Roman"/>
          <w:szCs w:val="24"/>
        </w:rPr>
        <w:t xml:space="preserve">, la </w:t>
      </w:r>
      <w:proofErr w:type="spellStart"/>
      <w:r w:rsidRPr="006A5AA2">
        <w:rPr>
          <w:rFonts w:cs="Times New Roman"/>
          <w:szCs w:val="24"/>
        </w:rPr>
        <w:t>dilación</w:t>
      </w:r>
      <w:proofErr w:type="spellEnd"/>
      <w:r w:rsidRPr="006A5AA2">
        <w:rPr>
          <w:rFonts w:cs="Times New Roman"/>
          <w:szCs w:val="24"/>
        </w:rPr>
        <w:t xml:space="preserve"> de </w:t>
      </w:r>
      <w:proofErr w:type="spellStart"/>
      <w:r w:rsidRPr="006A5AA2">
        <w:rPr>
          <w:rFonts w:cs="Times New Roman"/>
          <w:szCs w:val="24"/>
        </w:rPr>
        <w:t>procesos</w:t>
      </w:r>
      <w:proofErr w:type="spellEnd"/>
      <w:r w:rsidRPr="006A5AA2">
        <w:rPr>
          <w:rFonts w:cs="Times New Roman"/>
          <w:szCs w:val="24"/>
        </w:rPr>
        <w:t xml:space="preserve"> </w:t>
      </w:r>
      <w:proofErr w:type="spellStart"/>
      <w:r w:rsidRPr="006A5AA2">
        <w:rPr>
          <w:rFonts w:cs="Times New Roman"/>
          <w:szCs w:val="24"/>
        </w:rPr>
        <w:t>contractuales</w:t>
      </w:r>
      <w:proofErr w:type="spellEnd"/>
      <w:r w:rsidRPr="006A5AA2">
        <w:rPr>
          <w:rFonts w:cs="Times New Roman"/>
          <w:szCs w:val="24"/>
        </w:rPr>
        <w:t xml:space="preserve">, la </w:t>
      </w:r>
      <w:proofErr w:type="spellStart"/>
      <w:r w:rsidRPr="006A5AA2">
        <w:rPr>
          <w:rFonts w:cs="Times New Roman"/>
          <w:szCs w:val="24"/>
        </w:rPr>
        <w:t>cancelación</w:t>
      </w:r>
      <w:proofErr w:type="spellEnd"/>
      <w:r w:rsidRPr="006A5AA2">
        <w:rPr>
          <w:rFonts w:cs="Times New Roman"/>
          <w:szCs w:val="24"/>
        </w:rPr>
        <w:t xml:space="preserve"> de </w:t>
      </w:r>
      <w:proofErr w:type="spellStart"/>
      <w:r w:rsidRPr="006A5AA2">
        <w:rPr>
          <w:rFonts w:cs="Times New Roman"/>
          <w:szCs w:val="24"/>
        </w:rPr>
        <w:t>negocios</w:t>
      </w:r>
      <w:proofErr w:type="spellEnd"/>
      <w:r w:rsidRPr="006A5AA2">
        <w:rPr>
          <w:rFonts w:cs="Times New Roman"/>
          <w:szCs w:val="24"/>
        </w:rPr>
        <w:t xml:space="preserve"> y la </w:t>
      </w:r>
      <w:proofErr w:type="spellStart"/>
      <w:r w:rsidRPr="006A5AA2">
        <w:rPr>
          <w:rFonts w:cs="Times New Roman"/>
          <w:szCs w:val="24"/>
        </w:rPr>
        <w:t>desconfianza</w:t>
      </w:r>
      <w:proofErr w:type="spellEnd"/>
      <w:r w:rsidRPr="006A5AA2">
        <w:rPr>
          <w:rFonts w:cs="Times New Roman"/>
          <w:szCs w:val="24"/>
        </w:rPr>
        <w:t xml:space="preserve"> de </w:t>
      </w:r>
      <w:proofErr w:type="spellStart"/>
      <w:r w:rsidRPr="006A5AA2">
        <w:rPr>
          <w:rFonts w:cs="Times New Roman"/>
          <w:szCs w:val="24"/>
        </w:rPr>
        <w:t>inversionistas</w:t>
      </w:r>
      <w:proofErr w:type="spellEnd"/>
      <w:r w:rsidRPr="006A5AA2">
        <w:rPr>
          <w:rFonts w:cs="Times New Roman"/>
          <w:szCs w:val="24"/>
        </w:rPr>
        <w:t xml:space="preserve">. </w:t>
      </w:r>
      <w:proofErr w:type="spellStart"/>
      <w:r w:rsidRPr="006A5AA2">
        <w:rPr>
          <w:rFonts w:cs="Times New Roman"/>
          <w:szCs w:val="24"/>
        </w:rPr>
        <w:t>Esto</w:t>
      </w:r>
      <w:proofErr w:type="spellEnd"/>
      <w:r w:rsidRPr="006A5AA2">
        <w:rPr>
          <w:rFonts w:cs="Times New Roman"/>
          <w:szCs w:val="24"/>
        </w:rPr>
        <w:t xml:space="preserve"> </w:t>
      </w:r>
      <w:proofErr w:type="spellStart"/>
      <w:r w:rsidRPr="006A5AA2">
        <w:rPr>
          <w:rFonts w:cs="Times New Roman"/>
          <w:szCs w:val="24"/>
        </w:rPr>
        <w:t>afecta</w:t>
      </w:r>
      <w:proofErr w:type="spellEnd"/>
      <w:r w:rsidRPr="006A5AA2">
        <w:rPr>
          <w:rFonts w:cs="Times New Roman"/>
          <w:szCs w:val="24"/>
        </w:rPr>
        <w:t xml:space="preserve"> </w:t>
      </w:r>
      <w:proofErr w:type="spellStart"/>
      <w:r w:rsidRPr="006A5AA2">
        <w:rPr>
          <w:rFonts w:cs="Times New Roman"/>
          <w:szCs w:val="24"/>
        </w:rPr>
        <w:t>directamente</w:t>
      </w:r>
      <w:proofErr w:type="spellEnd"/>
      <w:r w:rsidRPr="006A5AA2">
        <w:rPr>
          <w:rFonts w:cs="Times New Roman"/>
          <w:szCs w:val="24"/>
        </w:rPr>
        <w:t xml:space="preserve"> la </w:t>
      </w:r>
      <w:proofErr w:type="spellStart"/>
      <w:r w:rsidRPr="006A5AA2">
        <w:rPr>
          <w:rFonts w:cs="Times New Roman"/>
          <w:szCs w:val="24"/>
        </w:rPr>
        <w:t>competitividad</w:t>
      </w:r>
      <w:proofErr w:type="spellEnd"/>
      <w:r w:rsidRPr="006A5AA2">
        <w:rPr>
          <w:rFonts w:cs="Times New Roman"/>
          <w:szCs w:val="24"/>
        </w:rPr>
        <w:t xml:space="preserve"> de Panamá </w:t>
      </w:r>
      <w:proofErr w:type="spellStart"/>
      <w:r w:rsidRPr="006A5AA2">
        <w:rPr>
          <w:rFonts w:cs="Times New Roman"/>
          <w:szCs w:val="24"/>
        </w:rPr>
        <w:t>como</w:t>
      </w:r>
      <w:proofErr w:type="spellEnd"/>
      <w:r w:rsidRPr="006A5AA2">
        <w:rPr>
          <w:rFonts w:cs="Times New Roman"/>
          <w:szCs w:val="24"/>
        </w:rPr>
        <w:t xml:space="preserve"> </w:t>
      </w:r>
      <w:proofErr w:type="spellStart"/>
      <w:r w:rsidRPr="006A5AA2">
        <w:rPr>
          <w:rFonts w:cs="Times New Roman"/>
          <w:szCs w:val="24"/>
        </w:rPr>
        <w:t>destino</w:t>
      </w:r>
      <w:proofErr w:type="spellEnd"/>
      <w:r w:rsidRPr="006A5AA2">
        <w:rPr>
          <w:rFonts w:cs="Times New Roman"/>
          <w:szCs w:val="24"/>
        </w:rPr>
        <w:t xml:space="preserve"> de </w:t>
      </w:r>
      <w:proofErr w:type="spellStart"/>
      <w:r w:rsidRPr="006A5AA2">
        <w:rPr>
          <w:rFonts w:cs="Times New Roman"/>
          <w:szCs w:val="24"/>
        </w:rPr>
        <w:t>inversión</w:t>
      </w:r>
      <w:proofErr w:type="spellEnd"/>
      <w:r w:rsidRPr="006A5AA2">
        <w:rPr>
          <w:rFonts w:cs="Times New Roman"/>
          <w:szCs w:val="24"/>
        </w:rPr>
        <w:t xml:space="preserve"> para empresas </w:t>
      </w:r>
      <w:proofErr w:type="spellStart"/>
      <w:r w:rsidRPr="006A5AA2">
        <w:rPr>
          <w:rFonts w:cs="Times New Roman"/>
          <w:szCs w:val="24"/>
        </w:rPr>
        <w:t>tecnológicas</w:t>
      </w:r>
      <w:proofErr w:type="spellEnd"/>
      <w:r w:rsidRPr="006A5AA2">
        <w:rPr>
          <w:rFonts w:cs="Times New Roman"/>
          <w:szCs w:val="24"/>
        </w:rPr>
        <w:t xml:space="preserve"> </w:t>
      </w:r>
      <w:proofErr w:type="spellStart"/>
      <w:r w:rsidRPr="006A5AA2">
        <w:rPr>
          <w:rFonts w:cs="Times New Roman"/>
          <w:szCs w:val="24"/>
        </w:rPr>
        <w:t>colombianas.</w:t>
      </w:r>
      <w:proofErr w:type="spellEnd"/>
    </w:p>
    <w:p w14:paraId="70EDBC6E" w14:textId="05135078" w:rsidR="003A309F" w:rsidRPr="006A5AA2" w:rsidRDefault="003A309F" w:rsidP="003A309F">
      <w:pPr>
        <w:rPr>
          <w:rFonts w:cs="Times New Roman"/>
          <w:szCs w:val="24"/>
        </w:rPr>
      </w:pPr>
      <w:r w:rsidRPr="006A5AA2">
        <w:rPr>
          <w:rFonts w:cs="Times New Roman"/>
          <w:szCs w:val="24"/>
        </w:rPr>
        <w:t xml:space="preserve">Se </w:t>
      </w:r>
      <w:proofErr w:type="spellStart"/>
      <w:r w:rsidRPr="006A5AA2">
        <w:rPr>
          <w:rFonts w:cs="Times New Roman"/>
          <w:szCs w:val="24"/>
        </w:rPr>
        <w:t>establece</w:t>
      </w:r>
      <w:proofErr w:type="spellEnd"/>
      <w:r w:rsidRPr="006A5AA2">
        <w:rPr>
          <w:rFonts w:cs="Times New Roman"/>
          <w:szCs w:val="24"/>
        </w:rPr>
        <w:t xml:space="preserve"> que uno de </w:t>
      </w:r>
      <w:proofErr w:type="spellStart"/>
      <w:r w:rsidRPr="006A5AA2">
        <w:rPr>
          <w:rFonts w:cs="Times New Roman"/>
          <w:szCs w:val="24"/>
        </w:rPr>
        <w:t>los</w:t>
      </w:r>
      <w:proofErr w:type="spellEnd"/>
      <w:r w:rsidRPr="006A5AA2">
        <w:rPr>
          <w:rFonts w:cs="Times New Roman"/>
          <w:szCs w:val="24"/>
        </w:rPr>
        <w:t xml:space="preserve"> </w:t>
      </w:r>
      <w:proofErr w:type="spellStart"/>
      <w:r w:rsidRPr="006A5AA2">
        <w:rPr>
          <w:rFonts w:cs="Times New Roman"/>
          <w:szCs w:val="24"/>
        </w:rPr>
        <w:t>principales</w:t>
      </w:r>
      <w:proofErr w:type="spellEnd"/>
      <w:r w:rsidRPr="006A5AA2">
        <w:rPr>
          <w:rFonts w:cs="Times New Roman"/>
          <w:szCs w:val="24"/>
        </w:rPr>
        <w:t xml:space="preserve"> </w:t>
      </w:r>
      <w:proofErr w:type="spellStart"/>
      <w:r w:rsidRPr="006A5AA2">
        <w:rPr>
          <w:rFonts w:cs="Times New Roman"/>
          <w:szCs w:val="24"/>
        </w:rPr>
        <w:t>factores</w:t>
      </w:r>
      <w:proofErr w:type="spellEnd"/>
      <w:r w:rsidRPr="006A5AA2">
        <w:rPr>
          <w:rFonts w:cs="Times New Roman"/>
          <w:szCs w:val="24"/>
        </w:rPr>
        <w:t xml:space="preserve"> que </w:t>
      </w:r>
      <w:proofErr w:type="spellStart"/>
      <w:r w:rsidRPr="006A5AA2">
        <w:rPr>
          <w:rFonts w:cs="Times New Roman"/>
          <w:szCs w:val="24"/>
        </w:rPr>
        <w:t>impiden</w:t>
      </w:r>
      <w:proofErr w:type="spellEnd"/>
      <w:r w:rsidRPr="006A5AA2">
        <w:rPr>
          <w:rFonts w:cs="Times New Roman"/>
          <w:szCs w:val="24"/>
        </w:rPr>
        <w:t xml:space="preserve"> la </w:t>
      </w:r>
      <w:proofErr w:type="spellStart"/>
      <w:r w:rsidRPr="006A5AA2">
        <w:rPr>
          <w:rFonts w:cs="Times New Roman"/>
          <w:szCs w:val="24"/>
        </w:rPr>
        <w:t>aceptación</w:t>
      </w:r>
      <w:proofErr w:type="spellEnd"/>
      <w:r w:rsidRPr="006A5AA2">
        <w:rPr>
          <w:rFonts w:cs="Times New Roman"/>
          <w:szCs w:val="24"/>
        </w:rPr>
        <w:t xml:space="preserve"> de la </w:t>
      </w:r>
      <w:proofErr w:type="spellStart"/>
      <w:r w:rsidRPr="006A5AA2">
        <w:rPr>
          <w:rFonts w:cs="Times New Roman"/>
          <w:szCs w:val="24"/>
        </w:rPr>
        <w:t>firma</w:t>
      </w:r>
      <w:proofErr w:type="spellEnd"/>
      <w:r w:rsidRPr="006A5AA2">
        <w:rPr>
          <w:rFonts w:cs="Times New Roman"/>
          <w:szCs w:val="24"/>
        </w:rPr>
        <w:t xml:space="preserve"> digital en Panamá es la </w:t>
      </w:r>
      <w:proofErr w:type="spellStart"/>
      <w:r w:rsidRPr="006A5AA2">
        <w:rPr>
          <w:rFonts w:cs="Times New Roman"/>
          <w:szCs w:val="24"/>
        </w:rPr>
        <w:t>ausencia</w:t>
      </w:r>
      <w:proofErr w:type="spellEnd"/>
      <w:r w:rsidRPr="006A5AA2">
        <w:rPr>
          <w:rFonts w:cs="Times New Roman"/>
          <w:szCs w:val="24"/>
        </w:rPr>
        <w:t xml:space="preserve"> de </w:t>
      </w:r>
      <w:proofErr w:type="spellStart"/>
      <w:r w:rsidRPr="006A5AA2">
        <w:rPr>
          <w:rFonts w:cs="Times New Roman"/>
          <w:szCs w:val="24"/>
        </w:rPr>
        <w:t>mecanismos</w:t>
      </w:r>
      <w:proofErr w:type="spellEnd"/>
      <w:r w:rsidRPr="006A5AA2">
        <w:rPr>
          <w:rFonts w:cs="Times New Roman"/>
          <w:szCs w:val="24"/>
        </w:rPr>
        <w:t xml:space="preserve"> de </w:t>
      </w:r>
      <w:proofErr w:type="spellStart"/>
      <w:r w:rsidRPr="006A5AA2">
        <w:rPr>
          <w:rFonts w:cs="Times New Roman"/>
          <w:szCs w:val="24"/>
        </w:rPr>
        <w:t>interoperabilidad</w:t>
      </w:r>
      <w:proofErr w:type="spellEnd"/>
      <w:r w:rsidRPr="006A5AA2">
        <w:rPr>
          <w:rFonts w:cs="Times New Roman"/>
          <w:szCs w:val="24"/>
        </w:rPr>
        <w:t xml:space="preserve"> </w:t>
      </w:r>
      <w:proofErr w:type="spellStart"/>
      <w:r w:rsidRPr="006A5AA2">
        <w:rPr>
          <w:rFonts w:cs="Times New Roman"/>
          <w:szCs w:val="24"/>
        </w:rPr>
        <w:t>internacional</w:t>
      </w:r>
      <w:proofErr w:type="spellEnd"/>
      <w:r w:rsidRPr="006A5AA2">
        <w:rPr>
          <w:rFonts w:cs="Times New Roman"/>
          <w:szCs w:val="24"/>
        </w:rPr>
        <w:t xml:space="preserve"> que </w:t>
      </w:r>
      <w:proofErr w:type="spellStart"/>
      <w:r w:rsidRPr="006A5AA2">
        <w:rPr>
          <w:rFonts w:cs="Times New Roman"/>
          <w:szCs w:val="24"/>
        </w:rPr>
        <w:t>permitan</w:t>
      </w:r>
      <w:proofErr w:type="spellEnd"/>
      <w:r w:rsidRPr="006A5AA2">
        <w:rPr>
          <w:rFonts w:cs="Times New Roman"/>
          <w:szCs w:val="24"/>
        </w:rPr>
        <w:t xml:space="preserve"> </w:t>
      </w:r>
      <w:proofErr w:type="spellStart"/>
      <w:r w:rsidRPr="006A5AA2">
        <w:rPr>
          <w:rFonts w:cs="Times New Roman"/>
          <w:szCs w:val="24"/>
        </w:rPr>
        <w:t>reconocer</w:t>
      </w:r>
      <w:proofErr w:type="spellEnd"/>
      <w:r w:rsidRPr="006A5AA2">
        <w:rPr>
          <w:rFonts w:cs="Times New Roman"/>
          <w:szCs w:val="24"/>
        </w:rPr>
        <w:t xml:space="preserve"> </w:t>
      </w:r>
      <w:proofErr w:type="spellStart"/>
      <w:r w:rsidRPr="006A5AA2">
        <w:rPr>
          <w:rFonts w:cs="Times New Roman"/>
          <w:szCs w:val="24"/>
        </w:rPr>
        <w:lastRenderedPageBreak/>
        <w:t>certificados</w:t>
      </w:r>
      <w:proofErr w:type="spellEnd"/>
      <w:r w:rsidRPr="006A5AA2">
        <w:rPr>
          <w:rFonts w:cs="Times New Roman"/>
          <w:szCs w:val="24"/>
        </w:rPr>
        <w:t xml:space="preserve"> </w:t>
      </w:r>
      <w:proofErr w:type="spellStart"/>
      <w:r w:rsidRPr="006A5AA2">
        <w:rPr>
          <w:rFonts w:cs="Times New Roman"/>
          <w:szCs w:val="24"/>
        </w:rPr>
        <w:t>digitales</w:t>
      </w:r>
      <w:proofErr w:type="spellEnd"/>
      <w:r w:rsidRPr="006A5AA2">
        <w:rPr>
          <w:rFonts w:cs="Times New Roman"/>
          <w:szCs w:val="24"/>
        </w:rPr>
        <w:t xml:space="preserve"> </w:t>
      </w:r>
      <w:proofErr w:type="spellStart"/>
      <w:r w:rsidRPr="006A5AA2">
        <w:rPr>
          <w:rFonts w:cs="Times New Roman"/>
          <w:szCs w:val="24"/>
        </w:rPr>
        <w:t>expedidos</w:t>
      </w:r>
      <w:proofErr w:type="spellEnd"/>
      <w:r w:rsidRPr="006A5AA2">
        <w:rPr>
          <w:rFonts w:cs="Times New Roman"/>
          <w:szCs w:val="24"/>
        </w:rPr>
        <w:t xml:space="preserve"> </w:t>
      </w:r>
      <w:proofErr w:type="spellStart"/>
      <w:r w:rsidRPr="006A5AA2">
        <w:rPr>
          <w:rFonts w:cs="Times New Roman"/>
          <w:szCs w:val="24"/>
        </w:rPr>
        <w:t>por</w:t>
      </w:r>
      <w:proofErr w:type="spellEnd"/>
      <w:r w:rsidRPr="006A5AA2">
        <w:rPr>
          <w:rFonts w:cs="Times New Roman"/>
          <w:szCs w:val="24"/>
        </w:rPr>
        <w:t xml:space="preserve"> </w:t>
      </w:r>
      <w:proofErr w:type="spellStart"/>
      <w:r w:rsidRPr="006A5AA2">
        <w:rPr>
          <w:rFonts w:cs="Times New Roman"/>
          <w:szCs w:val="24"/>
        </w:rPr>
        <w:t>entidades</w:t>
      </w:r>
      <w:proofErr w:type="spellEnd"/>
      <w:r w:rsidRPr="006A5AA2">
        <w:rPr>
          <w:rFonts w:cs="Times New Roman"/>
          <w:szCs w:val="24"/>
        </w:rPr>
        <w:t xml:space="preserve"> </w:t>
      </w:r>
      <w:proofErr w:type="spellStart"/>
      <w:r w:rsidRPr="006A5AA2">
        <w:rPr>
          <w:rFonts w:cs="Times New Roman"/>
          <w:szCs w:val="24"/>
        </w:rPr>
        <w:t>certificadoras</w:t>
      </w:r>
      <w:proofErr w:type="spellEnd"/>
      <w:r w:rsidRPr="006A5AA2">
        <w:rPr>
          <w:rFonts w:cs="Times New Roman"/>
          <w:szCs w:val="24"/>
        </w:rPr>
        <w:t xml:space="preserve"> </w:t>
      </w:r>
      <w:proofErr w:type="spellStart"/>
      <w:r w:rsidRPr="006A5AA2">
        <w:rPr>
          <w:rFonts w:cs="Times New Roman"/>
          <w:szCs w:val="24"/>
        </w:rPr>
        <w:t>extranjeras</w:t>
      </w:r>
      <w:proofErr w:type="spellEnd"/>
      <w:r w:rsidRPr="006A5AA2">
        <w:rPr>
          <w:rFonts w:cs="Times New Roman"/>
          <w:szCs w:val="24"/>
        </w:rPr>
        <w:t xml:space="preserve">, </w:t>
      </w:r>
      <w:proofErr w:type="spellStart"/>
      <w:r w:rsidRPr="006A5AA2">
        <w:rPr>
          <w:rFonts w:cs="Times New Roman"/>
          <w:szCs w:val="24"/>
        </w:rPr>
        <w:t>especialmente</w:t>
      </w:r>
      <w:proofErr w:type="spellEnd"/>
      <w:r w:rsidRPr="006A5AA2">
        <w:rPr>
          <w:rFonts w:cs="Times New Roman"/>
          <w:szCs w:val="24"/>
        </w:rPr>
        <w:t xml:space="preserve"> </w:t>
      </w:r>
      <w:proofErr w:type="spellStart"/>
      <w:r w:rsidRPr="006A5AA2">
        <w:rPr>
          <w:rFonts w:cs="Times New Roman"/>
          <w:szCs w:val="24"/>
        </w:rPr>
        <w:t>colombianas</w:t>
      </w:r>
      <w:proofErr w:type="spellEnd"/>
      <w:r w:rsidRPr="006A5AA2">
        <w:rPr>
          <w:rFonts w:cs="Times New Roman"/>
          <w:szCs w:val="24"/>
        </w:rPr>
        <w:t>.</w:t>
      </w:r>
    </w:p>
    <w:p w14:paraId="317EB2C1" w14:textId="3289CDBB" w:rsidR="003A309F" w:rsidRPr="006A5AA2" w:rsidRDefault="003A309F" w:rsidP="003A309F">
      <w:pPr>
        <w:rPr>
          <w:rFonts w:cs="Times New Roman"/>
          <w:szCs w:val="24"/>
        </w:rPr>
      </w:pPr>
      <w:r w:rsidRPr="006A5AA2">
        <w:rPr>
          <w:rFonts w:cs="Times New Roman"/>
          <w:szCs w:val="24"/>
        </w:rPr>
        <w:t xml:space="preserve">La </w:t>
      </w:r>
      <w:proofErr w:type="spellStart"/>
      <w:r w:rsidRPr="006A5AA2">
        <w:rPr>
          <w:rFonts w:cs="Times New Roman"/>
          <w:szCs w:val="24"/>
        </w:rPr>
        <w:t>investigación</w:t>
      </w:r>
      <w:proofErr w:type="spellEnd"/>
      <w:r w:rsidRPr="006A5AA2">
        <w:rPr>
          <w:rFonts w:cs="Times New Roman"/>
          <w:szCs w:val="24"/>
        </w:rPr>
        <w:t xml:space="preserve"> </w:t>
      </w:r>
      <w:proofErr w:type="spellStart"/>
      <w:r w:rsidRPr="006A5AA2">
        <w:rPr>
          <w:rFonts w:cs="Times New Roman"/>
          <w:szCs w:val="24"/>
        </w:rPr>
        <w:t>evidenció</w:t>
      </w:r>
      <w:proofErr w:type="spellEnd"/>
      <w:r w:rsidRPr="006A5AA2">
        <w:rPr>
          <w:rFonts w:cs="Times New Roman"/>
          <w:szCs w:val="24"/>
        </w:rPr>
        <w:t xml:space="preserve"> que </w:t>
      </w:r>
      <w:proofErr w:type="spellStart"/>
      <w:r w:rsidRPr="006A5AA2">
        <w:rPr>
          <w:rFonts w:cs="Times New Roman"/>
          <w:szCs w:val="24"/>
        </w:rPr>
        <w:t>existe</w:t>
      </w:r>
      <w:proofErr w:type="spellEnd"/>
      <w:r w:rsidRPr="006A5AA2">
        <w:rPr>
          <w:rFonts w:cs="Times New Roman"/>
          <w:szCs w:val="24"/>
        </w:rPr>
        <w:t xml:space="preserve"> un bajo </w:t>
      </w:r>
      <w:proofErr w:type="spellStart"/>
      <w:r w:rsidRPr="006A5AA2">
        <w:rPr>
          <w:rFonts w:cs="Times New Roman"/>
          <w:szCs w:val="24"/>
        </w:rPr>
        <w:t>nivel</w:t>
      </w:r>
      <w:proofErr w:type="spellEnd"/>
      <w:r w:rsidRPr="006A5AA2">
        <w:rPr>
          <w:rFonts w:cs="Times New Roman"/>
          <w:szCs w:val="24"/>
        </w:rPr>
        <w:t xml:space="preserve"> de </w:t>
      </w:r>
      <w:proofErr w:type="spellStart"/>
      <w:r w:rsidRPr="006A5AA2">
        <w:rPr>
          <w:rFonts w:cs="Times New Roman"/>
          <w:szCs w:val="24"/>
        </w:rPr>
        <w:t>conocimiento</w:t>
      </w:r>
      <w:proofErr w:type="spellEnd"/>
      <w:r w:rsidRPr="006A5AA2">
        <w:rPr>
          <w:rFonts w:cs="Times New Roman"/>
          <w:szCs w:val="24"/>
        </w:rPr>
        <w:t xml:space="preserve"> </w:t>
      </w:r>
      <w:proofErr w:type="spellStart"/>
      <w:r w:rsidRPr="006A5AA2">
        <w:rPr>
          <w:rFonts w:cs="Times New Roman"/>
          <w:szCs w:val="24"/>
        </w:rPr>
        <w:t>técnico</w:t>
      </w:r>
      <w:proofErr w:type="spellEnd"/>
      <w:r w:rsidRPr="006A5AA2">
        <w:rPr>
          <w:rFonts w:cs="Times New Roman"/>
          <w:szCs w:val="24"/>
        </w:rPr>
        <w:t xml:space="preserve"> y </w:t>
      </w:r>
      <w:proofErr w:type="spellStart"/>
      <w:r w:rsidRPr="006A5AA2">
        <w:rPr>
          <w:rFonts w:cs="Times New Roman"/>
          <w:szCs w:val="24"/>
        </w:rPr>
        <w:t>jurídico</w:t>
      </w:r>
      <w:proofErr w:type="spellEnd"/>
      <w:r w:rsidRPr="006A5AA2">
        <w:rPr>
          <w:rFonts w:cs="Times New Roman"/>
          <w:szCs w:val="24"/>
        </w:rPr>
        <w:t xml:space="preserve"> </w:t>
      </w:r>
      <w:proofErr w:type="spellStart"/>
      <w:r w:rsidRPr="006A5AA2">
        <w:rPr>
          <w:rFonts w:cs="Times New Roman"/>
          <w:szCs w:val="24"/>
        </w:rPr>
        <w:t>sobre</w:t>
      </w:r>
      <w:proofErr w:type="spellEnd"/>
      <w:r w:rsidRPr="006A5AA2">
        <w:rPr>
          <w:rFonts w:cs="Times New Roman"/>
          <w:szCs w:val="24"/>
        </w:rPr>
        <w:t xml:space="preserve"> la </w:t>
      </w:r>
      <w:proofErr w:type="spellStart"/>
      <w:r w:rsidRPr="006A5AA2">
        <w:rPr>
          <w:rFonts w:cs="Times New Roman"/>
          <w:szCs w:val="24"/>
        </w:rPr>
        <w:t>firma</w:t>
      </w:r>
      <w:proofErr w:type="spellEnd"/>
      <w:r w:rsidRPr="006A5AA2">
        <w:rPr>
          <w:rFonts w:cs="Times New Roman"/>
          <w:szCs w:val="24"/>
        </w:rPr>
        <w:t xml:space="preserve"> digital en </w:t>
      </w:r>
      <w:proofErr w:type="spellStart"/>
      <w:r w:rsidRPr="006A5AA2">
        <w:rPr>
          <w:rFonts w:cs="Times New Roman"/>
          <w:szCs w:val="24"/>
        </w:rPr>
        <w:t>diversas</w:t>
      </w:r>
      <w:proofErr w:type="spellEnd"/>
      <w:r w:rsidRPr="006A5AA2">
        <w:rPr>
          <w:rFonts w:cs="Times New Roman"/>
          <w:szCs w:val="24"/>
        </w:rPr>
        <w:t xml:space="preserve"> </w:t>
      </w:r>
      <w:proofErr w:type="spellStart"/>
      <w:r w:rsidRPr="006A5AA2">
        <w:rPr>
          <w:rFonts w:cs="Times New Roman"/>
          <w:szCs w:val="24"/>
        </w:rPr>
        <w:t>entidades</w:t>
      </w:r>
      <w:proofErr w:type="spellEnd"/>
      <w:r w:rsidRPr="006A5AA2">
        <w:rPr>
          <w:rFonts w:cs="Times New Roman"/>
          <w:szCs w:val="24"/>
        </w:rPr>
        <w:t xml:space="preserve"> </w:t>
      </w:r>
      <w:proofErr w:type="spellStart"/>
      <w:r w:rsidRPr="006A5AA2">
        <w:rPr>
          <w:rFonts w:cs="Times New Roman"/>
          <w:szCs w:val="24"/>
        </w:rPr>
        <w:t>panameñas</w:t>
      </w:r>
      <w:proofErr w:type="spellEnd"/>
      <w:r w:rsidRPr="006A5AA2">
        <w:rPr>
          <w:rFonts w:cs="Times New Roman"/>
          <w:szCs w:val="24"/>
        </w:rPr>
        <w:t xml:space="preserve">, tanto </w:t>
      </w:r>
      <w:proofErr w:type="spellStart"/>
      <w:r w:rsidRPr="006A5AA2">
        <w:rPr>
          <w:rFonts w:cs="Times New Roman"/>
          <w:szCs w:val="24"/>
        </w:rPr>
        <w:t>públicas</w:t>
      </w:r>
      <w:proofErr w:type="spellEnd"/>
      <w:r w:rsidRPr="006A5AA2">
        <w:rPr>
          <w:rFonts w:cs="Times New Roman"/>
          <w:szCs w:val="24"/>
        </w:rPr>
        <w:t xml:space="preserve"> </w:t>
      </w:r>
      <w:proofErr w:type="spellStart"/>
      <w:r w:rsidRPr="006A5AA2">
        <w:rPr>
          <w:rFonts w:cs="Times New Roman"/>
          <w:szCs w:val="24"/>
        </w:rPr>
        <w:t>como</w:t>
      </w:r>
      <w:proofErr w:type="spellEnd"/>
      <w:r w:rsidRPr="006A5AA2">
        <w:rPr>
          <w:rFonts w:cs="Times New Roman"/>
          <w:szCs w:val="24"/>
        </w:rPr>
        <w:t xml:space="preserve"> </w:t>
      </w:r>
      <w:proofErr w:type="spellStart"/>
      <w:r w:rsidRPr="006A5AA2">
        <w:rPr>
          <w:rFonts w:cs="Times New Roman"/>
          <w:szCs w:val="24"/>
        </w:rPr>
        <w:t>privadas</w:t>
      </w:r>
      <w:proofErr w:type="spellEnd"/>
      <w:r w:rsidRPr="006A5AA2">
        <w:rPr>
          <w:rFonts w:cs="Times New Roman"/>
          <w:szCs w:val="24"/>
        </w:rPr>
        <w:t xml:space="preserve">, </w:t>
      </w:r>
      <w:proofErr w:type="spellStart"/>
      <w:r w:rsidRPr="006A5AA2">
        <w:rPr>
          <w:rFonts w:cs="Times New Roman"/>
          <w:szCs w:val="24"/>
        </w:rPr>
        <w:t>situación</w:t>
      </w:r>
      <w:proofErr w:type="spellEnd"/>
      <w:r w:rsidRPr="006A5AA2">
        <w:rPr>
          <w:rFonts w:cs="Times New Roman"/>
          <w:szCs w:val="24"/>
        </w:rPr>
        <w:t xml:space="preserve"> que </w:t>
      </w:r>
      <w:proofErr w:type="spellStart"/>
      <w:r w:rsidRPr="006A5AA2">
        <w:rPr>
          <w:rFonts w:cs="Times New Roman"/>
          <w:szCs w:val="24"/>
        </w:rPr>
        <w:t>refuerza</w:t>
      </w:r>
      <w:proofErr w:type="spellEnd"/>
      <w:r w:rsidRPr="006A5AA2">
        <w:rPr>
          <w:rFonts w:cs="Times New Roman"/>
          <w:szCs w:val="24"/>
        </w:rPr>
        <w:t xml:space="preserve"> la </w:t>
      </w:r>
      <w:proofErr w:type="spellStart"/>
      <w:r w:rsidRPr="006A5AA2">
        <w:rPr>
          <w:rFonts w:cs="Times New Roman"/>
          <w:szCs w:val="24"/>
        </w:rPr>
        <w:t>desconfianza</w:t>
      </w:r>
      <w:proofErr w:type="spellEnd"/>
      <w:r w:rsidRPr="006A5AA2">
        <w:rPr>
          <w:rFonts w:cs="Times New Roman"/>
          <w:szCs w:val="24"/>
        </w:rPr>
        <w:t xml:space="preserve"> </w:t>
      </w:r>
      <w:proofErr w:type="spellStart"/>
      <w:r w:rsidRPr="006A5AA2">
        <w:rPr>
          <w:rFonts w:cs="Times New Roman"/>
          <w:szCs w:val="24"/>
        </w:rPr>
        <w:t>hacia</w:t>
      </w:r>
      <w:proofErr w:type="spellEnd"/>
      <w:r w:rsidRPr="006A5AA2">
        <w:rPr>
          <w:rFonts w:cs="Times New Roman"/>
          <w:szCs w:val="24"/>
        </w:rPr>
        <w:t xml:space="preserve"> </w:t>
      </w:r>
      <w:proofErr w:type="spellStart"/>
      <w:r w:rsidRPr="006A5AA2">
        <w:rPr>
          <w:rFonts w:cs="Times New Roman"/>
          <w:szCs w:val="24"/>
        </w:rPr>
        <w:t>los</w:t>
      </w:r>
      <w:proofErr w:type="spellEnd"/>
      <w:r w:rsidRPr="006A5AA2">
        <w:rPr>
          <w:rFonts w:cs="Times New Roman"/>
          <w:szCs w:val="24"/>
        </w:rPr>
        <w:t xml:space="preserve"> </w:t>
      </w:r>
      <w:proofErr w:type="spellStart"/>
      <w:r w:rsidRPr="006A5AA2">
        <w:rPr>
          <w:rFonts w:cs="Times New Roman"/>
          <w:szCs w:val="24"/>
        </w:rPr>
        <w:t>mecanismos</w:t>
      </w:r>
      <w:proofErr w:type="spellEnd"/>
      <w:r w:rsidRPr="006A5AA2">
        <w:rPr>
          <w:rFonts w:cs="Times New Roman"/>
          <w:szCs w:val="24"/>
        </w:rPr>
        <w:t xml:space="preserve"> </w:t>
      </w:r>
      <w:proofErr w:type="spellStart"/>
      <w:r w:rsidRPr="006A5AA2">
        <w:rPr>
          <w:rFonts w:cs="Times New Roman"/>
          <w:szCs w:val="24"/>
        </w:rPr>
        <w:t>electrónicos</w:t>
      </w:r>
      <w:proofErr w:type="spellEnd"/>
      <w:r w:rsidRPr="006A5AA2">
        <w:rPr>
          <w:rFonts w:cs="Times New Roman"/>
          <w:szCs w:val="24"/>
        </w:rPr>
        <w:t>.</w:t>
      </w:r>
    </w:p>
    <w:p w14:paraId="2B1BEAED" w14:textId="77777777" w:rsidR="003A309F" w:rsidRPr="006A5AA2" w:rsidRDefault="003A309F" w:rsidP="003A309F">
      <w:pPr>
        <w:rPr>
          <w:rFonts w:cs="Times New Roman"/>
          <w:szCs w:val="24"/>
        </w:rPr>
      </w:pPr>
      <w:r w:rsidRPr="006A5AA2">
        <w:rPr>
          <w:rFonts w:cs="Times New Roman"/>
          <w:szCs w:val="24"/>
        </w:rPr>
        <w:t xml:space="preserve">Se </w:t>
      </w:r>
      <w:proofErr w:type="spellStart"/>
      <w:r w:rsidRPr="006A5AA2">
        <w:rPr>
          <w:rFonts w:cs="Times New Roman"/>
          <w:szCs w:val="24"/>
        </w:rPr>
        <w:t>confirma</w:t>
      </w:r>
      <w:proofErr w:type="spellEnd"/>
      <w:r w:rsidRPr="006A5AA2">
        <w:rPr>
          <w:rFonts w:cs="Times New Roman"/>
          <w:szCs w:val="24"/>
        </w:rPr>
        <w:t xml:space="preserve"> que la </w:t>
      </w:r>
      <w:proofErr w:type="spellStart"/>
      <w:r w:rsidRPr="006A5AA2">
        <w:rPr>
          <w:rFonts w:cs="Times New Roman"/>
          <w:szCs w:val="24"/>
        </w:rPr>
        <w:t>falta</w:t>
      </w:r>
      <w:proofErr w:type="spellEnd"/>
      <w:r w:rsidRPr="006A5AA2">
        <w:rPr>
          <w:rFonts w:cs="Times New Roman"/>
          <w:szCs w:val="24"/>
        </w:rPr>
        <w:t xml:space="preserve"> de </w:t>
      </w:r>
      <w:proofErr w:type="spellStart"/>
      <w:r w:rsidRPr="006A5AA2">
        <w:rPr>
          <w:rFonts w:cs="Times New Roman"/>
          <w:szCs w:val="24"/>
        </w:rPr>
        <w:t>aplicación</w:t>
      </w:r>
      <w:proofErr w:type="spellEnd"/>
      <w:r w:rsidRPr="006A5AA2">
        <w:rPr>
          <w:rFonts w:cs="Times New Roman"/>
          <w:szCs w:val="24"/>
        </w:rPr>
        <w:t xml:space="preserve"> </w:t>
      </w:r>
      <w:proofErr w:type="spellStart"/>
      <w:r w:rsidRPr="006A5AA2">
        <w:rPr>
          <w:rFonts w:cs="Times New Roman"/>
          <w:szCs w:val="24"/>
        </w:rPr>
        <w:t>efectiva</w:t>
      </w:r>
      <w:proofErr w:type="spellEnd"/>
      <w:r w:rsidRPr="006A5AA2">
        <w:rPr>
          <w:rFonts w:cs="Times New Roman"/>
          <w:szCs w:val="24"/>
        </w:rPr>
        <w:t xml:space="preserve"> del </w:t>
      </w:r>
      <w:proofErr w:type="spellStart"/>
      <w:r w:rsidRPr="006A5AA2">
        <w:rPr>
          <w:rFonts w:cs="Times New Roman"/>
          <w:szCs w:val="24"/>
        </w:rPr>
        <w:t>marco</w:t>
      </w:r>
      <w:proofErr w:type="spellEnd"/>
      <w:r w:rsidRPr="006A5AA2">
        <w:rPr>
          <w:rFonts w:cs="Times New Roman"/>
          <w:szCs w:val="24"/>
        </w:rPr>
        <w:t xml:space="preserve"> </w:t>
      </w:r>
      <w:proofErr w:type="spellStart"/>
      <w:r w:rsidRPr="006A5AA2">
        <w:rPr>
          <w:rFonts w:cs="Times New Roman"/>
          <w:szCs w:val="24"/>
        </w:rPr>
        <w:t>normativo</w:t>
      </w:r>
      <w:proofErr w:type="spellEnd"/>
      <w:r w:rsidRPr="006A5AA2">
        <w:rPr>
          <w:rFonts w:cs="Times New Roman"/>
          <w:szCs w:val="24"/>
        </w:rPr>
        <w:t xml:space="preserve"> </w:t>
      </w:r>
      <w:proofErr w:type="spellStart"/>
      <w:r w:rsidRPr="006A5AA2">
        <w:rPr>
          <w:rFonts w:cs="Times New Roman"/>
          <w:szCs w:val="24"/>
        </w:rPr>
        <w:t>sobre</w:t>
      </w:r>
      <w:proofErr w:type="spellEnd"/>
      <w:r w:rsidRPr="006A5AA2">
        <w:rPr>
          <w:rFonts w:cs="Times New Roman"/>
          <w:szCs w:val="24"/>
        </w:rPr>
        <w:t xml:space="preserve"> </w:t>
      </w:r>
      <w:proofErr w:type="spellStart"/>
      <w:r w:rsidRPr="006A5AA2">
        <w:rPr>
          <w:rFonts w:cs="Times New Roman"/>
          <w:szCs w:val="24"/>
        </w:rPr>
        <w:t>firma</w:t>
      </w:r>
      <w:proofErr w:type="spellEnd"/>
      <w:r w:rsidRPr="006A5AA2">
        <w:rPr>
          <w:rFonts w:cs="Times New Roman"/>
          <w:szCs w:val="24"/>
        </w:rPr>
        <w:t xml:space="preserve"> digital en Panamá </w:t>
      </w:r>
      <w:proofErr w:type="spellStart"/>
      <w:r w:rsidRPr="006A5AA2">
        <w:rPr>
          <w:rFonts w:cs="Times New Roman"/>
          <w:szCs w:val="24"/>
        </w:rPr>
        <w:t>constituye</w:t>
      </w:r>
      <w:proofErr w:type="spellEnd"/>
      <w:r w:rsidRPr="006A5AA2">
        <w:rPr>
          <w:rFonts w:cs="Times New Roman"/>
          <w:szCs w:val="24"/>
        </w:rPr>
        <w:t xml:space="preserve"> </w:t>
      </w:r>
      <w:proofErr w:type="spellStart"/>
      <w:r w:rsidRPr="006A5AA2">
        <w:rPr>
          <w:rFonts w:cs="Times New Roman"/>
          <w:szCs w:val="24"/>
        </w:rPr>
        <w:t>una</w:t>
      </w:r>
      <w:proofErr w:type="spellEnd"/>
      <w:r w:rsidRPr="006A5AA2">
        <w:rPr>
          <w:rFonts w:cs="Times New Roman"/>
          <w:szCs w:val="24"/>
        </w:rPr>
        <w:t xml:space="preserve"> barrera </w:t>
      </w:r>
      <w:proofErr w:type="spellStart"/>
      <w:r w:rsidRPr="006A5AA2">
        <w:rPr>
          <w:rFonts w:cs="Times New Roman"/>
          <w:szCs w:val="24"/>
        </w:rPr>
        <w:t>jurídica</w:t>
      </w:r>
      <w:proofErr w:type="spellEnd"/>
      <w:r w:rsidRPr="006A5AA2">
        <w:rPr>
          <w:rFonts w:cs="Times New Roman"/>
          <w:szCs w:val="24"/>
        </w:rPr>
        <w:t xml:space="preserve"> y </w:t>
      </w:r>
      <w:proofErr w:type="spellStart"/>
      <w:r w:rsidRPr="006A5AA2">
        <w:rPr>
          <w:rFonts w:cs="Times New Roman"/>
          <w:szCs w:val="24"/>
        </w:rPr>
        <w:t>práctica</w:t>
      </w:r>
      <w:proofErr w:type="spellEnd"/>
      <w:r w:rsidRPr="006A5AA2">
        <w:rPr>
          <w:rFonts w:cs="Times New Roman"/>
          <w:szCs w:val="24"/>
        </w:rPr>
        <w:t xml:space="preserve"> para las empresas </w:t>
      </w:r>
      <w:proofErr w:type="spellStart"/>
      <w:r w:rsidRPr="006A5AA2">
        <w:rPr>
          <w:rFonts w:cs="Times New Roman"/>
          <w:szCs w:val="24"/>
        </w:rPr>
        <w:t>colombianas</w:t>
      </w:r>
      <w:proofErr w:type="spellEnd"/>
      <w:r w:rsidRPr="006A5AA2">
        <w:rPr>
          <w:rFonts w:cs="Times New Roman"/>
          <w:szCs w:val="24"/>
        </w:rPr>
        <w:t xml:space="preserve"> que </w:t>
      </w:r>
      <w:proofErr w:type="spellStart"/>
      <w:r w:rsidRPr="006A5AA2">
        <w:rPr>
          <w:rFonts w:cs="Times New Roman"/>
          <w:szCs w:val="24"/>
        </w:rPr>
        <w:t>utilizan</w:t>
      </w:r>
      <w:proofErr w:type="spellEnd"/>
      <w:r w:rsidRPr="006A5AA2">
        <w:rPr>
          <w:rFonts w:cs="Times New Roman"/>
          <w:szCs w:val="24"/>
        </w:rPr>
        <w:t xml:space="preserve"> </w:t>
      </w:r>
      <w:proofErr w:type="spellStart"/>
      <w:r w:rsidRPr="006A5AA2">
        <w:rPr>
          <w:rFonts w:cs="Times New Roman"/>
          <w:szCs w:val="24"/>
        </w:rPr>
        <w:t>plataformas</w:t>
      </w:r>
      <w:proofErr w:type="spellEnd"/>
      <w:r w:rsidRPr="006A5AA2">
        <w:rPr>
          <w:rFonts w:cs="Times New Roman"/>
          <w:szCs w:val="24"/>
        </w:rPr>
        <w:t xml:space="preserve"> </w:t>
      </w:r>
      <w:proofErr w:type="spellStart"/>
      <w:r w:rsidRPr="006A5AA2">
        <w:rPr>
          <w:rFonts w:cs="Times New Roman"/>
          <w:szCs w:val="24"/>
        </w:rPr>
        <w:t>digitales</w:t>
      </w:r>
      <w:proofErr w:type="spellEnd"/>
      <w:r w:rsidRPr="006A5AA2">
        <w:rPr>
          <w:rFonts w:cs="Times New Roman"/>
          <w:szCs w:val="24"/>
        </w:rPr>
        <w:t xml:space="preserve"> en </w:t>
      </w:r>
      <w:proofErr w:type="spellStart"/>
      <w:r w:rsidRPr="006A5AA2">
        <w:rPr>
          <w:rFonts w:cs="Times New Roman"/>
          <w:szCs w:val="24"/>
        </w:rPr>
        <w:t>dicho</w:t>
      </w:r>
      <w:proofErr w:type="spellEnd"/>
      <w:r w:rsidRPr="006A5AA2">
        <w:rPr>
          <w:rFonts w:cs="Times New Roman"/>
          <w:szCs w:val="24"/>
        </w:rPr>
        <w:t xml:space="preserve"> </w:t>
      </w:r>
      <w:proofErr w:type="spellStart"/>
      <w:r w:rsidRPr="006A5AA2">
        <w:rPr>
          <w:rFonts w:cs="Times New Roman"/>
          <w:szCs w:val="24"/>
        </w:rPr>
        <w:t>país</w:t>
      </w:r>
      <w:proofErr w:type="spellEnd"/>
      <w:r w:rsidRPr="006A5AA2">
        <w:rPr>
          <w:rFonts w:cs="Times New Roman"/>
          <w:szCs w:val="24"/>
        </w:rPr>
        <w:t>.</w:t>
      </w:r>
    </w:p>
    <w:p w14:paraId="7AFE0C7F" w14:textId="5AD99DB3" w:rsidR="003A309F" w:rsidRPr="006A5AA2" w:rsidRDefault="006A5AA2" w:rsidP="003A309F">
      <w:pPr>
        <w:rPr>
          <w:rFonts w:cs="Times New Roman"/>
          <w:szCs w:val="24"/>
        </w:rPr>
      </w:pPr>
      <w:r w:rsidRPr="006A5AA2">
        <w:rPr>
          <w:rFonts w:cs="Times New Roman"/>
          <w:szCs w:val="24"/>
        </w:rPr>
        <w:t xml:space="preserve">En lo possible </w:t>
      </w:r>
      <w:proofErr w:type="spellStart"/>
      <w:r w:rsidRPr="006A5AA2">
        <w:rPr>
          <w:rFonts w:cs="Times New Roman"/>
          <w:szCs w:val="24"/>
        </w:rPr>
        <w:t>c</w:t>
      </w:r>
      <w:r w:rsidR="003A309F" w:rsidRPr="006A5AA2">
        <w:rPr>
          <w:rFonts w:cs="Times New Roman"/>
          <w:szCs w:val="24"/>
        </w:rPr>
        <w:t>elebrar</w:t>
      </w:r>
      <w:proofErr w:type="spellEnd"/>
      <w:r w:rsidR="003A309F" w:rsidRPr="006A5AA2">
        <w:rPr>
          <w:rFonts w:cs="Times New Roman"/>
          <w:szCs w:val="24"/>
        </w:rPr>
        <w:t xml:space="preserve"> </w:t>
      </w:r>
      <w:proofErr w:type="spellStart"/>
      <w:r w:rsidR="003A309F" w:rsidRPr="006A5AA2">
        <w:rPr>
          <w:rFonts w:cs="Times New Roman"/>
          <w:szCs w:val="24"/>
        </w:rPr>
        <w:t>acuerdos</w:t>
      </w:r>
      <w:proofErr w:type="spellEnd"/>
      <w:r w:rsidR="003A309F" w:rsidRPr="006A5AA2">
        <w:rPr>
          <w:rFonts w:cs="Times New Roman"/>
          <w:szCs w:val="24"/>
        </w:rPr>
        <w:t xml:space="preserve"> </w:t>
      </w:r>
      <w:proofErr w:type="spellStart"/>
      <w:r w:rsidR="003A309F" w:rsidRPr="006A5AA2">
        <w:rPr>
          <w:rFonts w:cs="Times New Roman"/>
          <w:szCs w:val="24"/>
        </w:rPr>
        <w:t>bilaterales</w:t>
      </w:r>
      <w:proofErr w:type="spellEnd"/>
      <w:r w:rsidR="003A309F" w:rsidRPr="006A5AA2">
        <w:rPr>
          <w:rFonts w:cs="Times New Roman"/>
          <w:szCs w:val="24"/>
        </w:rPr>
        <w:t xml:space="preserve"> entre Colombia y Panamá para </w:t>
      </w:r>
      <w:proofErr w:type="spellStart"/>
      <w:r w:rsidR="003A309F" w:rsidRPr="006A5AA2">
        <w:rPr>
          <w:rFonts w:cs="Times New Roman"/>
          <w:szCs w:val="24"/>
        </w:rPr>
        <w:t>el</w:t>
      </w:r>
      <w:proofErr w:type="spellEnd"/>
      <w:r w:rsidR="003A309F" w:rsidRPr="006A5AA2">
        <w:rPr>
          <w:rFonts w:cs="Times New Roman"/>
          <w:szCs w:val="24"/>
        </w:rPr>
        <w:t xml:space="preserve"> </w:t>
      </w:r>
      <w:proofErr w:type="spellStart"/>
      <w:r w:rsidR="003A309F" w:rsidRPr="006A5AA2">
        <w:rPr>
          <w:rFonts w:cs="Times New Roman"/>
          <w:szCs w:val="24"/>
        </w:rPr>
        <w:t>reconocimiento</w:t>
      </w:r>
      <w:proofErr w:type="spellEnd"/>
      <w:r w:rsidR="003A309F" w:rsidRPr="006A5AA2">
        <w:rPr>
          <w:rFonts w:cs="Times New Roman"/>
          <w:szCs w:val="24"/>
        </w:rPr>
        <w:t xml:space="preserve"> </w:t>
      </w:r>
      <w:proofErr w:type="spellStart"/>
      <w:r w:rsidR="003A309F" w:rsidRPr="006A5AA2">
        <w:rPr>
          <w:rFonts w:cs="Times New Roman"/>
          <w:szCs w:val="24"/>
        </w:rPr>
        <w:t>mutuo</w:t>
      </w:r>
      <w:proofErr w:type="spellEnd"/>
      <w:r w:rsidR="003A309F" w:rsidRPr="006A5AA2">
        <w:rPr>
          <w:rFonts w:cs="Times New Roman"/>
          <w:szCs w:val="24"/>
        </w:rPr>
        <w:t xml:space="preserve"> de </w:t>
      </w:r>
      <w:proofErr w:type="spellStart"/>
      <w:r w:rsidR="003A309F" w:rsidRPr="006A5AA2">
        <w:rPr>
          <w:rFonts w:cs="Times New Roman"/>
          <w:szCs w:val="24"/>
        </w:rPr>
        <w:t>certificados</w:t>
      </w:r>
      <w:proofErr w:type="spellEnd"/>
      <w:r w:rsidR="003A309F" w:rsidRPr="006A5AA2">
        <w:rPr>
          <w:rFonts w:cs="Times New Roman"/>
          <w:szCs w:val="24"/>
        </w:rPr>
        <w:t xml:space="preserve"> </w:t>
      </w:r>
      <w:proofErr w:type="spellStart"/>
      <w:r w:rsidR="003A309F" w:rsidRPr="006A5AA2">
        <w:rPr>
          <w:rFonts w:cs="Times New Roman"/>
          <w:szCs w:val="24"/>
        </w:rPr>
        <w:t>digitales</w:t>
      </w:r>
      <w:proofErr w:type="spellEnd"/>
      <w:r w:rsidRPr="006A5AA2">
        <w:rPr>
          <w:rFonts w:cs="Times New Roman"/>
          <w:szCs w:val="24"/>
        </w:rPr>
        <w:t xml:space="preserve"> de </w:t>
      </w:r>
      <w:proofErr w:type="spellStart"/>
      <w:r w:rsidRPr="006A5AA2">
        <w:rPr>
          <w:rFonts w:cs="Times New Roman"/>
          <w:szCs w:val="24"/>
        </w:rPr>
        <w:t>ifual</w:t>
      </w:r>
      <w:proofErr w:type="spellEnd"/>
      <w:r w:rsidRPr="006A5AA2">
        <w:rPr>
          <w:rFonts w:cs="Times New Roman"/>
          <w:szCs w:val="24"/>
        </w:rPr>
        <w:t xml:space="preserve"> </w:t>
      </w:r>
      <w:proofErr w:type="spellStart"/>
      <w:r w:rsidRPr="006A5AA2">
        <w:rPr>
          <w:rFonts w:cs="Times New Roman"/>
          <w:szCs w:val="24"/>
        </w:rPr>
        <w:t>manera</w:t>
      </w:r>
      <w:proofErr w:type="spellEnd"/>
      <w:r w:rsidRPr="006A5AA2">
        <w:rPr>
          <w:rFonts w:cs="Times New Roman"/>
          <w:szCs w:val="24"/>
        </w:rPr>
        <w:t xml:space="preserve"> </w:t>
      </w:r>
      <w:proofErr w:type="spellStart"/>
      <w:r w:rsidRPr="006A5AA2">
        <w:rPr>
          <w:rFonts w:cs="Times New Roman"/>
          <w:szCs w:val="24"/>
        </w:rPr>
        <w:t>a</w:t>
      </w:r>
      <w:r w:rsidR="003A309F" w:rsidRPr="006A5AA2">
        <w:rPr>
          <w:rFonts w:cs="Times New Roman"/>
          <w:szCs w:val="24"/>
        </w:rPr>
        <w:t>ctualizar</w:t>
      </w:r>
      <w:proofErr w:type="spellEnd"/>
      <w:r w:rsidR="003A309F" w:rsidRPr="006A5AA2">
        <w:rPr>
          <w:rFonts w:cs="Times New Roman"/>
          <w:szCs w:val="24"/>
        </w:rPr>
        <w:t xml:space="preserve"> la </w:t>
      </w:r>
      <w:proofErr w:type="spellStart"/>
      <w:r w:rsidR="003A309F" w:rsidRPr="006A5AA2">
        <w:rPr>
          <w:rFonts w:cs="Times New Roman"/>
          <w:szCs w:val="24"/>
        </w:rPr>
        <w:t>reglamentación</w:t>
      </w:r>
      <w:proofErr w:type="spellEnd"/>
      <w:r w:rsidR="003A309F" w:rsidRPr="006A5AA2">
        <w:rPr>
          <w:rFonts w:cs="Times New Roman"/>
          <w:szCs w:val="24"/>
        </w:rPr>
        <w:t xml:space="preserve"> </w:t>
      </w:r>
      <w:proofErr w:type="spellStart"/>
      <w:r w:rsidR="003A309F" w:rsidRPr="006A5AA2">
        <w:rPr>
          <w:rFonts w:cs="Times New Roman"/>
          <w:szCs w:val="24"/>
        </w:rPr>
        <w:t>secundaria</w:t>
      </w:r>
      <w:proofErr w:type="spellEnd"/>
      <w:r w:rsidR="003A309F" w:rsidRPr="006A5AA2">
        <w:rPr>
          <w:rFonts w:cs="Times New Roman"/>
          <w:szCs w:val="24"/>
        </w:rPr>
        <w:t xml:space="preserve"> de la Ley 82 de 2012 para </w:t>
      </w:r>
      <w:proofErr w:type="spellStart"/>
      <w:r w:rsidR="003A309F" w:rsidRPr="006A5AA2">
        <w:rPr>
          <w:rFonts w:cs="Times New Roman"/>
          <w:szCs w:val="24"/>
        </w:rPr>
        <w:t>fortalecer</w:t>
      </w:r>
      <w:proofErr w:type="spellEnd"/>
      <w:r w:rsidR="003A309F" w:rsidRPr="006A5AA2">
        <w:rPr>
          <w:rFonts w:cs="Times New Roman"/>
          <w:szCs w:val="24"/>
        </w:rPr>
        <w:t xml:space="preserve"> </w:t>
      </w:r>
      <w:proofErr w:type="spellStart"/>
      <w:r w:rsidR="003A309F" w:rsidRPr="006A5AA2">
        <w:rPr>
          <w:rFonts w:cs="Times New Roman"/>
          <w:szCs w:val="24"/>
        </w:rPr>
        <w:t>su</w:t>
      </w:r>
      <w:proofErr w:type="spellEnd"/>
      <w:r w:rsidR="003A309F" w:rsidRPr="006A5AA2">
        <w:rPr>
          <w:rFonts w:cs="Times New Roman"/>
          <w:szCs w:val="24"/>
        </w:rPr>
        <w:t xml:space="preserve"> </w:t>
      </w:r>
      <w:proofErr w:type="spellStart"/>
      <w:r w:rsidR="003A309F" w:rsidRPr="006A5AA2">
        <w:rPr>
          <w:rFonts w:cs="Times New Roman"/>
          <w:szCs w:val="24"/>
        </w:rPr>
        <w:t>aplicación</w:t>
      </w:r>
      <w:proofErr w:type="spellEnd"/>
      <w:r w:rsidR="003A309F" w:rsidRPr="006A5AA2">
        <w:rPr>
          <w:rFonts w:cs="Times New Roman"/>
          <w:szCs w:val="24"/>
        </w:rPr>
        <w:t xml:space="preserve"> </w:t>
      </w:r>
      <w:proofErr w:type="spellStart"/>
      <w:r w:rsidR="003A309F" w:rsidRPr="006A5AA2">
        <w:rPr>
          <w:rFonts w:cs="Times New Roman"/>
          <w:szCs w:val="24"/>
        </w:rPr>
        <w:t>efectiva</w:t>
      </w:r>
      <w:proofErr w:type="spellEnd"/>
      <w:r w:rsidRPr="006A5AA2">
        <w:rPr>
          <w:rFonts w:cs="Times New Roman"/>
          <w:szCs w:val="24"/>
        </w:rPr>
        <w:t xml:space="preserve"> e </w:t>
      </w:r>
      <w:proofErr w:type="spellStart"/>
      <w:r w:rsidRPr="006A5AA2">
        <w:rPr>
          <w:rFonts w:cs="Times New Roman"/>
          <w:szCs w:val="24"/>
        </w:rPr>
        <w:t>i</w:t>
      </w:r>
      <w:r w:rsidR="003A309F" w:rsidRPr="006A5AA2">
        <w:rPr>
          <w:rFonts w:cs="Times New Roman"/>
          <w:szCs w:val="24"/>
        </w:rPr>
        <w:t>ncorporar</w:t>
      </w:r>
      <w:proofErr w:type="spellEnd"/>
      <w:r w:rsidR="003A309F" w:rsidRPr="006A5AA2">
        <w:rPr>
          <w:rFonts w:cs="Times New Roman"/>
          <w:szCs w:val="24"/>
        </w:rPr>
        <w:t xml:space="preserve"> </w:t>
      </w:r>
      <w:proofErr w:type="spellStart"/>
      <w:r w:rsidR="003A309F" w:rsidRPr="006A5AA2">
        <w:rPr>
          <w:rFonts w:cs="Times New Roman"/>
          <w:szCs w:val="24"/>
        </w:rPr>
        <w:t>protocolos</w:t>
      </w:r>
      <w:proofErr w:type="spellEnd"/>
      <w:r w:rsidR="003A309F" w:rsidRPr="006A5AA2">
        <w:rPr>
          <w:rFonts w:cs="Times New Roman"/>
          <w:szCs w:val="24"/>
        </w:rPr>
        <w:t xml:space="preserve"> </w:t>
      </w:r>
      <w:proofErr w:type="spellStart"/>
      <w:r w:rsidR="003A309F" w:rsidRPr="006A5AA2">
        <w:rPr>
          <w:rFonts w:cs="Times New Roman"/>
          <w:szCs w:val="24"/>
        </w:rPr>
        <w:t>obligatorios</w:t>
      </w:r>
      <w:proofErr w:type="spellEnd"/>
      <w:r w:rsidR="003A309F" w:rsidRPr="006A5AA2">
        <w:rPr>
          <w:rFonts w:cs="Times New Roman"/>
          <w:szCs w:val="24"/>
        </w:rPr>
        <w:t xml:space="preserve"> de </w:t>
      </w:r>
      <w:proofErr w:type="spellStart"/>
      <w:r w:rsidR="003A309F" w:rsidRPr="006A5AA2">
        <w:rPr>
          <w:rFonts w:cs="Times New Roman"/>
          <w:szCs w:val="24"/>
        </w:rPr>
        <w:t>aceptación</w:t>
      </w:r>
      <w:proofErr w:type="spellEnd"/>
      <w:r w:rsidR="003A309F" w:rsidRPr="006A5AA2">
        <w:rPr>
          <w:rFonts w:cs="Times New Roman"/>
          <w:szCs w:val="24"/>
        </w:rPr>
        <w:t xml:space="preserve"> de </w:t>
      </w:r>
      <w:proofErr w:type="spellStart"/>
      <w:r w:rsidR="003A309F" w:rsidRPr="006A5AA2">
        <w:rPr>
          <w:rFonts w:cs="Times New Roman"/>
          <w:szCs w:val="24"/>
        </w:rPr>
        <w:t>firma</w:t>
      </w:r>
      <w:proofErr w:type="spellEnd"/>
      <w:r w:rsidR="003A309F" w:rsidRPr="006A5AA2">
        <w:rPr>
          <w:rFonts w:cs="Times New Roman"/>
          <w:szCs w:val="24"/>
        </w:rPr>
        <w:t xml:space="preserve"> digital en trámites </w:t>
      </w:r>
      <w:proofErr w:type="spellStart"/>
      <w:r w:rsidR="003A309F" w:rsidRPr="006A5AA2">
        <w:rPr>
          <w:rFonts w:cs="Times New Roman"/>
          <w:szCs w:val="24"/>
        </w:rPr>
        <w:t>públicos</w:t>
      </w:r>
      <w:proofErr w:type="spellEnd"/>
      <w:r w:rsidR="003A309F" w:rsidRPr="006A5AA2">
        <w:rPr>
          <w:rFonts w:cs="Times New Roman"/>
          <w:szCs w:val="24"/>
        </w:rPr>
        <w:t xml:space="preserve"> y privados.</w:t>
      </w:r>
    </w:p>
    <w:p w14:paraId="7E63261E" w14:textId="77777777" w:rsidR="006A5AA2" w:rsidRPr="006A5AA2" w:rsidRDefault="006A5AA2" w:rsidP="003A309F">
      <w:pPr>
        <w:rPr>
          <w:rFonts w:cs="Times New Roman"/>
          <w:szCs w:val="24"/>
        </w:rPr>
      </w:pPr>
    </w:p>
    <w:p w14:paraId="41B5B64A" w14:textId="64A7A5F5" w:rsidR="003A309F" w:rsidRPr="006A5AA2" w:rsidRDefault="003A309F" w:rsidP="003A309F">
      <w:pPr>
        <w:rPr>
          <w:rFonts w:cs="Times New Roman"/>
          <w:szCs w:val="24"/>
        </w:rPr>
      </w:pPr>
      <w:proofErr w:type="spellStart"/>
      <w:r w:rsidRPr="006A5AA2">
        <w:rPr>
          <w:rFonts w:cs="Times New Roman"/>
          <w:szCs w:val="24"/>
        </w:rPr>
        <w:t>Implementar</w:t>
      </w:r>
      <w:proofErr w:type="spellEnd"/>
      <w:r w:rsidRPr="006A5AA2">
        <w:rPr>
          <w:rFonts w:cs="Times New Roman"/>
          <w:szCs w:val="24"/>
        </w:rPr>
        <w:t xml:space="preserve"> </w:t>
      </w:r>
      <w:proofErr w:type="spellStart"/>
      <w:r w:rsidRPr="006A5AA2">
        <w:rPr>
          <w:rFonts w:cs="Times New Roman"/>
          <w:szCs w:val="24"/>
        </w:rPr>
        <w:t>programas</w:t>
      </w:r>
      <w:proofErr w:type="spellEnd"/>
      <w:r w:rsidRPr="006A5AA2">
        <w:rPr>
          <w:rFonts w:cs="Times New Roman"/>
          <w:szCs w:val="24"/>
        </w:rPr>
        <w:t xml:space="preserve"> de </w:t>
      </w:r>
      <w:proofErr w:type="spellStart"/>
      <w:r w:rsidRPr="006A5AA2">
        <w:rPr>
          <w:rFonts w:cs="Times New Roman"/>
          <w:szCs w:val="24"/>
        </w:rPr>
        <w:t>capacitación</w:t>
      </w:r>
      <w:proofErr w:type="spellEnd"/>
      <w:r w:rsidRPr="006A5AA2">
        <w:rPr>
          <w:rFonts w:cs="Times New Roman"/>
          <w:szCs w:val="24"/>
        </w:rPr>
        <w:t xml:space="preserve"> </w:t>
      </w:r>
      <w:proofErr w:type="spellStart"/>
      <w:r w:rsidRPr="006A5AA2">
        <w:rPr>
          <w:rFonts w:cs="Times New Roman"/>
          <w:szCs w:val="24"/>
        </w:rPr>
        <w:t>obligatoria</w:t>
      </w:r>
      <w:proofErr w:type="spellEnd"/>
      <w:r w:rsidRPr="006A5AA2">
        <w:rPr>
          <w:rFonts w:cs="Times New Roman"/>
          <w:szCs w:val="24"/>
        </w:rPr>
        <w:t xml:space="preserve"> en </w:t>
      </w:r>
      <w:proofErr w:type="spellStart"/>
      <w:r w:rsidRPr="006A5AA2">
        <w:rPr>
          <w:rFonts w:cs="Times New Roman"/>
          <w:szCs w:val="24"/>
        </w:rPr>
        <w:t>entidades</w:t>
      </w:r>
      <w:proofErr w:type="spellEnd"/>
      <w:r w:rsidRPr="006A5AA2">
        <w:rPr>
          <w:rFonts w:cs="Times New Roman"/>
          <w:szCs w:val="24"/>
        </w:rPr>
        <w:t xml:space="preserve"> </w:t>
      </w:r>
      <w:proofErr w:type="spellStart"/>
      <w:r w:rsidRPr="006A5AA2">
        <w:rPr>
          <w:rFonts w:cs="Times New Roman"/>
          <w:szCs w:val="24"/>
        </w:rPr>
        <w:t>panameñas</w:t>
      </w:r>
      <w:proofErr w:type="spellEnd"/>
      <w:r w:rsidRPr="006A5AA2">
        <w:rPr>
          <w:rFonts w:cs="Times New Roman"/>
          <w:szCs w:val="24"/>
        </w:rPr>
        <w:t xml:space="preserve"> </w:t>
      </w:r>
      <w:proofErr w:type="spellStart"/>
      <w:r w:rsidRPr="006A5AA2">
        <w:rPr>
          <w:rFonts w:cs="Times New Roman"/>
          <w:szCs w:val="24"/>
        </w:rPr>
        <w:t>sobre</w:t>
      </w:r>
      <w:proofErr w:type="spellEnd"/>
      <w:r w:rsidRPr="006A5AA2">
        <w:rPr>
          <w:rFonts w:cs="Times New Roman"/>
          <w:szCs w:val="24"/>
        </w:rPr>
        <w:t xml:space="preserve"> </w:t>
      </w:r>
      <w:proofErr w:type="spellStart"/>
      <w:r w:rsidRPr="006A5AA2">
        <w:rPr>
          <w:rFonts w:cs="Times New Roman"/>
          <w:szCs w:val="24"/>
        </w:rPr>
        <w:t>firma</w:t>
      </w:r>
      <w:proofErr w:type="spellEnd"/>
      <w:r w:rsidRPr="006A5AA2">
        <w:rPr>
          <w:rFonts w:cs="Times New Roman"/>
          <w:szCs w:val="24"/>
        </w:rPr>
        <w:t xml:space="preserve"> digital y </w:t>
      </w:r>
      <w:proofErr w:type="spellStart"/>
      <w:r w:rsidRPr="006A5AA2">
        <w:rPr>
          <w:rFonts w:cs="Times New Roman"/>
          <w:szCs w:val="24"/>
        </w:rPr>
        <w:t>validez</w:t>
      </w:r>
      <w:proofErr w:type="spellEnd"/>
      <w:r w:rsidRPr="006A5AA2">
        <w:rPr>
          <w:rFonts w:cs="Times New Roman"/>
          <w:szCs w:val="24"/>
        </w:rPr>
        <w:t xml:space="preserve"> </w:t>
      </w:r>
      <w:proofErr w:type="spellStart"/>
      <w:r w:rsidRPr="006A5AA2">
        <w:rPr>
          <w:rFonts w:cs="Times New Roman"/>
          <w:szCs w:val="24"/>
        </w:rPr>
        <w:t>jurídica</w:t>
      </w:r>
      <w:proofErr w:type="spellEnd"/>
      <w:r w:rsidRPr="006A5AA2">
        <w:rPr>
          <w:rFonts w:cs="Times New Roman"/>
          <w:szCs w:val="24"/>
        </w:rPr>
        <w:t xml:space="preserve"> de </w:t>
      </w:r>
      <w:proofErr w:type="spellStart"/>
      <w:r w:rsidRPr="006A5AA2">
        <w:rPr>
          <w:rFonts w:cs="Times New Roman"/>
          <w:szCs w:val="24"/>
        </w:rPr>
        <w:t>documentos</w:t>
      </w:r>
      <w:proofErr w:type="spellEnd"/>
      <w:r w:rsidRPr="006A5AA2">
        <w:rPr>
          <w:rFonts w:cs="Times New Roman"/>
          <w:szCs w:val="24"/>
        </w:rPr>
        <w:t xml:space="preserve"> </w:t>
      </w:r>
      <w:proofErr w:type="spellStart"/>
      <w:r w:rsidRPr="006A5AA2">
        <w:rPr>
          <w:rFonts w:cs="Times New Roman"/>
          <w:szCs w:val="24"/>
        </w:rPr>
        <w:t>electrónicos</w:t>
      </w:r>
      <w:proofErr w:type="spellEnd"/>
      <w:r w:rsidR="006A5AA2" w:rsidRPr="006A5AA2">
        <w:rPr>
          <w:rFonts w:cs="Times New Roman"/>
          <w:szCs w:val="24"/>
        </w:rPr>
        <w:t xml:space="preserve">, </w:t>
      </w:r>
      <w:proofErr w:type="spellStart"/>
      <w:r w:rsidR="006A5AA2" w:rsidRPr="006A5AA2">
        <w:rPr>
          <w:rFonts w:cs="Times New Roman"/>
          <w:szCs w:val="24"/>
        </w:rPr>
        <w:t>tambien</w:t>
      </w:r>
      <w:proofErr w:type="spellEnd"/>
      <w:r w:rsidR="006A5AA2" w:rsidRPr="006A5AA2">
        <w:rPr>
          <w:rFonts w:cs="Times New Roman"/>
          <w:szCs w:val="24"/>
        </w:rPr>
        <w:t xml:space="preserve"> </w:t>
      </w:r>
      <w:proofErr w:type="spellStart"/>
      <w:r w:rsidR="006A5AA2" w:rsidRPr="006A5AA2">
        <w:rPr>
          <w:rFonts w:cs="Times New Roman"/>
          <w:szCs w:val="24"/>
        </w:rPr>
        <w:t>f</w:t>
      </w:r>
      <w:r w:rsidRPr="006A5AA2">
        <w:rPr>
          <w:rFonts w:cs="Times New Roman"/>
          <w:szCs w:val="24"/>
        </w:rPr>
        <w:t>ortalecer</w:t>
      </w:r>
      <w:proofErr w:type="spellEnd"/>
      <w:r w:rsidRPr="006A5AA2">
        <w:rPr>
          <w:rFonts w:cs="Times New Roman"/>
          <w:szCs w:val="24"/>
        </w:rPr>
        <w:t xml:space="preserve"> a las </w:t>
      </w:r>
      <w:proofErr w:type="spellStart"/>
      <w:r w:rsidRPr="006A5AA2">
        <w:rPr>
          <w:rFonts w:cs="Times New Roman"/>
          <w:szCs w:val="24"/>
        </w:rPr>
        <w:t>entidades</w:t>
      </w:r>
      <w:proofErr w:type="spellEnd"/>
      <w:r w:rsidRPr="006A5AA2">
        <w:rPr>
          <w:rFonts w:cs="Times New Roman"/>
          <w:szCs w:val="24"/>
        </w:rPr>
        <w:t xml:space="preserve"> de </w:t>
      </w:r>
      <w:proofErr w:type="spellStart"/>
      <w:r w:rsidRPr="006A5AA2">
        <w:rPr>
          <w:rFonts w:cs="Times New Roman"/>
          <w:szCs w:val="24"/>
        </w:rPr>
        <w:t>certificación</w:t>
      </w:r>
      <w:proofErr w:type="spellEnd"/>
      <w:r w:rsidRPr="006A5AA2">
        <w:rPr>
          <w:rFonts w:cs="Times New Roman"/>
          <w:szCs w:val="24"/>
        </w:rPr>
        <w:t xml:space="preserve"> </w:t>
      </w:r>
      <w:proofErr w:type="spellStart"/>
      <w:r w:rsidRPr="006A5AA2">
        <w:rPr>
          <w:rFonts w:cs="Times New Roman"/>
          <w:szCs w:val="24"/>
        </w:rPr>
        <w:t>digitales</w:t>
      </w:r>
      <w:proofErr w:type="spellEnd"/>
      <w:r w:rsidRPr="006A5AA2">
        <w:rPr>
          <w:rFonts w:cs="Times New Roman"/>
          <w:szCs w:val="24"/>
        </w:rPr>
        <w:t xml:space="preserve"> </w:t>
      </w:r>
      <w:proofErr w:type="spellStart"/>
      <w:r w:rsidRPr="006A5AA2">
        <w:rPr>
          <w:rFonts w:cs="Times New Roman"/>
          <w:szCs w:val="24"/>
        </w:rPr>
        <w:t>panameñas</w:t>
      </w:r>
      <w:proofErr w:type="spellEnd"/>
      <w:r w:rsidRPr="006A5AA2">
        <w:rPr>
          <w:rFonts w:cs="Times New Roman"/>
          <w:szCs w:val="24"/>
        </w:rPr>
        <w:t xml:space="preserve"> y sus </w:t>
      </w:r>
      <w:proofErr w:type="spellStart"/>
      <w:r w:rsidRPr="006A5AA2">
        <w:rPr>
          <w:rFonts w:cs="Times New Roman"/>
          <w:szCs w:val="24"/>
        </w:rPr>
        <w:t>procesos</w:t>
      </w:r>
      <w:proofErr w:type="spellEnd"/>
      <w:r w:rsidRPr="006A5AA2">
        <w:rPr>
          <w:rFonts w:cs="Times New Roman"/>
          <w:szCs w:val="24"/>
        </w:rPr>
        <w:t xml:space="preserve"> </w:t>
      </w:r>
      <w:proofErr w:type="spellStart"/>
      <w:r w:rsidRPr="006A5AA2">
        <w:rPr>
          <w:rFonts w:cs="Times New Roman"/>
          <w:szCs w:val="24"/>
        </w:rPr>
        <w:t>técnicos</w:t>
      </w:r>
      <w:proofErr w:type="spellEnd"/>
      <w:r w:rsidR="006A5AA2" w:rsidRPr="006A5AA2">
        <w:rPr>
          <w:rFonts w:cs="Times New Roman"/>
          <w:szCs w:val="24"/>
        </w:rPr>
        <w:t xml:space="preserve"> </w:t>
      </w:r>
      <w:proofErr w:type="spellStart"/>
      <w:r w:rsidRPr="006A5AA2">
        <w:rPr>
          <w:rFonts w:cs="Times New Roman"/>
          <w:szCs w:val="24"/>
        </w:rPr>
        <w:t>Crear</w:t>
      </w:r>
      <w:proofErr w:type="spellEnd"/>
      <w:r w:rsidRPr="006A5AA2">
        <w:rPr>
          <w:rFonts w:cs="Times New Roman"/>
          <w:szCs w:val="24"/>
        </w:rPr>
        <w:t xml:space="preserve"> </w:t>
      </w:r>
      <w:proofErr w:type="spellStart"/>
      <w:r w:rsidRPr="006A5AA2">
        <w:rPr>
          <w:rFonts w:cs="Times New Roman"/>
          <w:szCs w:val="24"/>
        </w:rPr>
        <w:t>oficinas</w:t>
      </w:r>
      <w:proofErr w:type="spellEnd"/>
      <w:r w:rsidRPr="006A5AA2">
        <w:rPr>
          <w:rFonts w:cs="Times New Roman"/>
          <w:szCs w:val="24"/>
        </w:rPr>
        <w:t xml:space="preserve"> </w:t>
      </w:r>
      <w:proofErr w:type="spellStart"/>
      <w:r w:rsidRPr="006A5AA2">
        <w:rPr>
          <w:rFonts w:cs="Times New Roman"/>
          <w:szCs w:val="24"/>
        </w:rPr>
        <w:t>especializadas</w:t>
      </w:r>
      <w:proofErr w:type="spellEnd"/>
      <w:r w:rsidRPr="006A5AA2">
        <w:rPr>
          <w:rFonts w:cs="Times New Roman"/>
          <w:szCs w:val="24"/>
        </w:rPr>
        <w:t xml:space="preserve"> en </w:t>
      </w:r>
      <w:proofErr w:type="spellStart"/>
      <w:r w:rsidRPr="006A5AA2">
        <w:rPr>
          <w:rFonts w:cs="Times New Roman"/>
          <w:szCs w:val="24"/>
        </w:rPr>
        <w:t>transformación</w:t>
      </w:r>
      <w:proofErr w:type="spellEnd"/>
      <w:r w:rsidR="006A5AA2" w:rsidRPr="006A5AA2">
        <w:rPr>
          <w:rFonts w:cs="Times New Roman"/>
          <w:szCs w:val="24"/>
        </w:rPr>
        <w:t xml:space="preserve"> </w:t>
      </w:r>
      <w:r w:rsidRPr="006A5AA2">
        <w:rPr>
          <w:rFonts w:cs="Times New Roman"/>
          <w:szCs w:val="24"/>
        </w:rPr>
        <w:t xml:space="preserve">digital </w:t>
      </w:r>
      <w:proofErr w:type="spellStart"/>
      <w:r w:rsidRPr="006A5AA2">
        <w:rPr>
          <w:rFonts w:cs="Times New Roman"/>
          <w:szCs w:val="24"/>
        </w:rPr>
        <w:t>dentro</w:t>
      </w:r>
      <w:proofErr w:type="spellEnd"/>
      <w:r w:rsidRPr="006A5AA2">
        <w:rPr>
          <w:rFonts w:cs="Times New Roman"/>
          <w:szCs w:val="24"/>
        </w:rPr>
        <w:t xml:space="preserve"> de las </w:t>
      </w:r>
      <w:proofErr w:type="spellStart"/>
      <w:r w:rsidRPr="006A5AA2">
        <w:rPr>
          <w:rFonts w:cs="Times New Roman"/>
          <w:szCs w:val="24"/>
        </w:rPr>
        <w:t>instituciones</w:t>
      </w:r>
      <w:proofErr w:type="spellEnd"/>
      <w:r w:rsidRPr="006A5AA2">
        <w:rPr>
          <w:rFonts w:cs="Times New Roman"/>
          <w:szCs w:val="24"/>
        </w:rPr>
        <w:t xml:space="preserve"> </w:t>
      </w:r>
      <w:proofErr w:type="spellStart"/>
      <w:r w:rsidRPr="006A5AA2">
        <w:rPr>
          <w:rFonts w:cs="Times New Roman"/>
          <w:szCs w:val="24"/>
        </w:rPr>
        <w:t>públicas</w:t>
      </w:r>
      <w:proofErr w:type="spellEnd"/>
      <w:r w:rsidRPr="006A5AA2">
        <w:rPr>
          <w:rFonts w:cs="Times New Roman"/>
          <w:szCs w:val="24"/>
        </w:rPr>
        <w:t>.</w:t>
      </w:r>
    </w:p>
    <w:p w14:paraId="4D24230D" w14:textId="056B0803" w:rsidR="00072D81" w:rsidRPr="006A5AA2" w:rsidRDefault="00000000" w:rsidP="006A5AA2">
      <w:pPr>
        <w:pStyle w:val="Ttulo2"/>
        <w:jc w:val="center"/>
        <w:rPr>
          <w:rFonts w:ascii="Times New Roman" w:hAnsi="Times New Roman" w:cs="Times New Roman"/>
          <w:color w:val="auto"/>
          <w:sz w:val="24"/>
          <w:szCs w:val="24"/>
        </w:rPr>
      </w:pPr>
      <w:r w:rsidRPr="006A5AA2">
        <w:rPr>
          <w:rFonts w:ascii="Times New Roman" w:hAnsi="Times New Roman" w:cs="Times New Roman"/>
          <w:color w:val="auto"/>
          <w:sz w:val="24"/>
          <w:szCs w:val="24"/>
        </w:rPr>
        <w:t>B</w:t>
      </w:r>
      <w:r w:rsidR="006A5AA2" w:rsidRPr="006A5AA2">
        <w:rPr>
          <w:rFonts w:ascii="Times New Roman" w:hAnsi="Times New Roman" w:cs="Times New Roman"/>
          <w:color w:val="auto"/>
          <w:sz w:val="24"/>
          <w:szCs w:val="24"/>
        </w:rPr>
        <w:t>IBLIOGRAFIA</w:t>
      </w:r>
    </w:p>
    <w:p w14:paraId="34853882" w14:textId="77777777" w:rsidR="006A5AA2" w:rsidRPr="006A5AA2" w:rsidRDefault="006A5AA2" w:rsidP="006A5AA2">
      <w:pPr>
        <w:pStyle w:val="Prrafodelista"/>
        <w:numPr>
          <w:ilvl w:val="0"/>
          <w:numId w:val="44"/>
        </w:numPr>
        <w:rPr>
          <w:rFonts w:cs="Times New Roman"/>
          <w:szCs w:val="24"/>
        </w:rPr>
      </w:pPr>
      <w:proofErr w:type="spellStart"/>
      <w:r w:rsidRPr="006A5AA2">
        <w:rPr>
          <w:rFonts w:cs="Times New Roman"/>
          <w:szCs w:val="24"/>
        </w:rPr>
        <w:t>Congreso</w:t>
      </w:r>
      <w:proofErr w:type="spellEnd"/>
      <w:r w:rsidRPr="006A5AA2">
        <w:rPr>
          <w:rFonts w:cs="Times New Roman"/>
          <w:szCs w:val="24"/>
        </w:rPr>
        <w:t xml:space="preserve"> de la República de Colombia. (1999). Ley 527 de 1999 </w:t>
      </w:r>
      <w:proofErr w:type="spellStart"/>
      <w:r w:rsidRPr="006A5AA2">
        <w:rPr>
          <w:rFonts w:cs="Times New Roman"/>
          <w:szCs w:val="24"/>
        </w:rPr>
        <w:t>por</w:t>
      </w:r>
      <w:proofErr w:type="spellEnd"/>
      <w:r w:rsidRPr="006A5AA2">
        <w:rPr>
          <w:rFonts w:cs="Times New Roman"/>
          <w:szCs w:val="24"/>
        </w:rPr>
        <w:t xml:space="preserve"> medio de la </w:t>
      </w:r>
      <w:proofErr w:type="spellStart"/>
      <w:r w:rsidRPr="006A5AA2">
        <w:rPr>
          <w:rFonts w:cs="Times New Roman"/>
          <w:szCs w:val="24"/>
        </w:rPr>
        <w:t>cual</w:t>
      </w:r>
      <w:proofErr w:type="spellEnd"/>
      <w:r w:rsidRPr="006A5AA2">
        <w:rPr>
          <w:rFonts w:cs="Times New Roman"/>
          <w:szCs w:val="24"/>
        </w:rPr>
        <w:t xml:space="preserve"> se define y </w:t>
      </w:r>
      <w:proofErr w:type="spellStart"/>
      <w:r w:rsidRPr="006A5AA2">
        <w:rPr>
          <w:rFonts w:cs="Times New Roman"/>
          <w:szCs w:val="24"/>
        </w:rPr>
        <w:t>reglamenta</w:t>
      </w:r>
      <w:proofErr w:type="spellEnd"/>
      <w:r w:rsidRPr="006A5AA2">
        <w:rPr>
          <w:rFonts w:cs="Times New Roman"/>
          <w:szCs w:val="24"/>
        </w:rPr>
        <w:t xml:space="preserve"> </w:t>
      </w:r>
      <w:proofErr w:type="spellStart"/>
      <w:r w:rsidRPr="006A5AA2">
        <w:rPr>
          <w:rFonts w:cs="Times New Roman"/>
          <w:szCs w:val="24"/>
        </w:rPr>
        <w:t>el</w:t>
      </w:r>
      <w:proofErr w:type="spellEnd"/>
      <w:r w:rsidRPr="006A5AA2">
        <w:rPr>
          <w:rFonts w:cs="Times New Roman"/>
          <w:szCs w:val="24"/>
        </w:rPr>
        <w:t xml:space="preserve"> </w:t>
      </w:r>
      <w:proofErr w:type="spellStart"/>
      <w:r w:rsidRPr="006A5AA2">
        <w:rPr>
          <w:rFonts w:cs="Times New Roman"/>
          <w:szCs w:val="24"/>
        </w:rPr>
        <w:t>acceso</w:t>
      </w:r>
      <w:proofErr w:type="spellEnd"/>
      <w:r w:rsidRPr="006A5AA2">
        <w:rPr>
          <w:rFonts w:cs="Times New Roman"/>
          <w:szCs w:val="24"/>
        </w:rPr>
        <w:t xml:space="preserve"> y </w:t>
      </w:r>
      <w:proofErr w:type="spellStart"/>
      <w:r w:rsidRPr="006A5AA2">
        <w:rPr>
          <w:rFonts w:cs="Times New Roman"/>
          <w:szCs w:val="24"/>
        </w:rPr>
        <w:t>uso</w:t>
      </w:r>
      <w:proofErr w:type="spellEnd"/>
      <w:r w:rsidRPr="006A5AA2">
        <w:rPr>
          <w:rFonts w:cs="Times New Roman"/>
          <w:szCs w:val="24"/>
        </w:rPr>
        <w:t xml:space="preserve"> de </w:t>
      </w:r>
      <w:proofErr w:type="spellStart"/>
      <w:r w:rsidRPr="006A5AA2">
        <w:rPr>
          <w:rFonts w:cs="Times New Roman"/>
          <w:szCs w:val="24"/>
        </w:rPr>
        <w:t>los</w:t>
      </w:r>
      <w:proofErr w:type="spellEnd"/>
      <w:r w:rsidRPr="006A5AA2">
        <w:rPr>
          <w:rFonts w:cs="Times New Roman"/>
          <w:szCs w:val="24"/>
        </w:rPr>
        <w:t xml:space="preserve"> </w:t>
      </w:r>
      <w:proofErr w:type="spellStart"/>
      <w:r w:rsidRPr="006A5AA2">
        <w:rPr>
          <w:rFonts w:cs="Times New Roman"/>
          <w:szCs w:val="24"/>
        </w:rPr>
        <w:t>mensajes</w:t>
      </w:r>
      <w:proofErr w:type="spellEnd"/>
      <w:r w:rsidRPr="006A5AA2">
        <w:rPr>
          <w:rFonts w:cs="Times New Roman"/>
          <w:szCs w:val="24"/>
        </w:rPr>
        <w:t xml:space="preserve"> de </w:t>
      </w:r>
      <w:proofErr w:type="spellStart"/>
      <w:r w:rsidRPr="006A5AA2">
        <w:rPr>
          <w:rFonts w:cs="Times New Roman"/>
          <w:szCs w:val="24"/>
        </w:rPr>
        <w:t>datos</w:t>
      </w:r>
      <w:proofErr w:type="spellEnd"/>
      <w:r w:rsidRPr="006A5AA2">
        <w:rPr>
          <w:rFonts w:cs="Times New Roman"/>
          <w:szCs w:val="24"/>
        </w:rPr>
        <w:t xml:space="preserve">, del </w:t>
      </w:r>
      <w:proofErr w:type="spellStart"/>
      <w:r w:rsidRPr="006A5AA2">
        <w:rPr>
          <w:rFonts w:cs="Times New Roman"/>
          <w:szCs w:val="24"/>
        </w:rPr>
        <w:t>comercio</w:t>
      </w:r>
      <w:proofErr w:type="spellEnd"/>
      <w:r w:rsidRPr="006A5AA2">
        <w:rPr>
          <w:rFonts w:cs="Times New Roman"/>
          <w:szCs w:val="24"/>
        </w:rPr>
        <w:t xml:space="preserve"> </w:t>
      </w:r>
      <w:proofErr w:type="spellStart"/>
      <w:r w:rsidRPr="006A5AA2">
        <w:rPr>
          <w:rFonts w:cs="Times New Roman"/>
          <w:szCs w:val="24"/>
        </w:rPr>
        <w:t>electrónico</w:t>
      </w:r>
      <w:proofErr w:type="spellEnd"/>
      <w:r w:rsidRPr="006A5AA2">
        <w:rPr>
          <w:rFonts w:cs="Times New Roman"/>
          <w:szCs w:val="24"/>
        </w:rPr>
        <w:t xml:space="preserve"> y las </w:t>
      </w:r>
      <w:proofErr w:type="spellStart"/>
      <w:r w:rsidRPr="006A5AA2">
        <w:rPr>
          <w:rFonts w:cs="Times New Roman"/>
          <w:szCs w:val="24"/>
        </w:rPr>
        <w:t>firmas</w:t>
      </w:r>
      <w:proofErr w:type="spellEnd"/>
      <w:r w:rsidRPr="006A5AA2">
        <w:rPr>
          <w:rFonts w:cs="Times New Roman"/>
          <w:szCs w:val="24"/>
        </w:rPr>
        <w:t xml:space="preserve"> </w:t>
      </w:r>
      <w:proofErr w:type="spellStart"/>
      <w:r w:rsidRPr="006A5AA2">
        <w:rPr>
          <w:rFonts w:cs="Times New Roman"/>
          <w:szCs w:val="24"/>
        </w:rPr>
        <w:t>digitales</w:t>
      </w:r>
      <w:proofErr w:type="spellEnd"/>
      <w:r w:rsidRPr="006A5AA2">
        <w:rPr>
          <w:rFonts w:cs="Times New Roman"/>
          <w:szCs w:val="24"/>
        </w:rPr>
        <w:t xml:space="preserve">. </w:t>
      </w:r>
      <w:proofErr w:type="spellStart"/>
      <w:r w:rsidRPr="006A5AA2">
        <w:rPr>
          <w:rFonts w:cs="Times New Roman"/>
          <w:szCs w:val="24"/>
        </w:rPr>
        <w:t>Diario</w:t>
      </w:r>
      <w:proofErr w:type="spellEnd"/>
      <w:r w:rsidRPr="006A5AA2">
        <w:rPr>
          <w:rFonts w:cs="Times New Roman"/>
          <w:szCs w:val="24"/>
        </w:rPr>
        <w:t xml:space="preserve"> </w:t>
      </w:r>
      <w:proofErr w:type="spellStart"/>
      <w:r w:rsidRPr="006A5AA2">
        <w:rPr>
          <w:rFonts w:cs="Times New Roman"/>
          <w:szCs w:val="24"/>
        </w:rPr>
        <w:t>Oficial</w:t>
      </w:r>
      <w:proofErr w:type="spellEnd"/>
      <w:r w:rsidRPr="006A5AA2">
        <w:rPr>
          <w:rFonts w:cs="Times New Roman"/>
          <w:szCs w:val="24"/>
        </w:rPr>
        <w:t xml:space="preserve"> No. 43.673.</w:t>
      </w:r>
    </w:p>
    <w:p w14:paraId="27A24A7E" w14:textId="77777777" w:rsidR="006A5AA2" w:rsidRPr="006A5AA2" w:rsidRDefault="006A5AA2" w:rsidP="006A5AA2">
      <w:pPr>
        <w:pStyle w:val="Prrafodelista"/>
        <w:numPr>
          <w:ilvl w:val="0"/>
          <w:numId w:val="44"/>
        </w:numPr>
        <w:rPr>
          <w:rFonts w:cs="Times New Roman"/>
          <w:szCs w:val="24"/>
        </w:rPr>
      </w:pPr>
      <w:proofErr w:type="spellStart"/>
      <w:r w:rsidRPr="006A5AA2">
        <w:rPr>
          <w:rFonts w:cs="Times New Roman"/>
          <w:szCs w:val="24"/>
        </w:rPr>
        <w:lastRenderedPageBreak/>
        <w:t>Congreso</w:t>
      </w:r>
      <w:proofErr w:type="spellEnd"/>
      <w:r w:rsidRPr="006A5AA2">
        <w:rPr>
          <w:rFonts w:cs="Times New Roman"/>
          <w:szCs w:val="24"/>
        </w:rPr>
        <w:t xml:space="preserve"> de la República de Panamá. (2012). Ley 82 de 2012 que </w:t>
      </w:r>
      <w:proofErr w:type="spellStart"/>
      <w:r w:rsidRPr="006A5AA2">
        <w:rPr>
          <w:rFonts w:cs="Times New Roman"/>
          <w:szCs w:val="24"/>
        </w:rPr>
        <w:t>regula</w:t>
      </w:r>
      <w:proofErr w:type="spellEnd"/>
      <w:r w:rsidRPr="006A5AA2">
        <w:rPr>
          <w:rFonts w:cs="Times New Roman"/>
          <w:szCs w:val="24"/>
        </w:rPr>
        <w:t xml:space="preserve"> </w:t>
      </w:r>
      <w:proofErr w:type="spellStart"/>
      <w:r w:rsidRPr="006A5AA2">
        <w:rPr>
          <w:rFonts w:cs="Times New Roman"/>
          <w:szCs w:val="24"/>
        </w:rPr>
        <w:t>el</w:t>
      </w:r>
      <w:proofErr w:type="spellEnd"/>
      <w:r w:rsidRPr="006A5AA2">
        <w:rPr>
          <w:rFonts w:cs="Times New Roman"/>
          <w:szCs w:val="24"/>
        </w:rPr>
        <w:t xml:space="preserve"> </w:t>
      </w:r>
      <w:proofErr w:type="spellStart"/>
      <w:r w:rsidRPr="006A5AA2">
        <w:rPr>
          <w:rFonts w:cs="Times New Roman"/>
          <w:szCs w:val="24"/>
        </w:rPr>
        <w:t>uso</w:t>
      </w:r>
      <w:proofErr w:type="spellEnd"/>
      <w:r w:rsidRPr="006A5AA2">
        <w:rPr>
          <w:rFonts w:cs="Times New Roman"/>
          <w:szCs w:val="24"/>
        </w:rPr>
        <w:t xml:space="preserve"> de </w:t>
      </w:r>
      <w:proofErr w:type="spellStart"/>
      <w:r w:rsidRPr="006A5AA2">
        <w:rPr>
          <w:rFonts w:cs="Times New Roman"/>
          <w:szCs w:val="24"/>
        </w:rPr>
        <w:t>medios</w:t>
      </w:r>
      <w:proofErr w:type="spellEnd"/>
      <w:r w:rsidRPr="006A5AA2">
        <w:rPr>
          <w:rFonts w:cs="Times New Roman"/>
          <w:szCs w:val="24"/>
        </w:rPr>
        <w:t xml:space="preserve"> </w:t>
      </w:r>
      <w:proofErr w:type="spellStart"/>
      <w:r w:rsidRPr="006A5AA2">
        <w:rPr>
          <w:rFonts w:cs="Times New Roman"/>
          <w:szCs w:val="24"/>
        </w:rPr>
        <w:t>electrónicos</w:t>
      </w:r>
      <w:proofErr w:type="spellEnd"/>
      <w:r w:rsidRPr="006A5AA2">
        <w:rPr>
          <w:rFonts w:cs="Times New Roman"/>
          <w:szCs w:val="24"/>
        </w:rPr>
        <w:t xml:space="preserve"> y la </w:t>
      </w:r>
      <w:proofErr w:type="spellStart"/>
      <w:r w:rsidRPr="006A5AA2">
        <w:rPr>
          <w:rFonts w:cs="Times New Roman"/>
          <w:szCs w:val="24"/>
        </w:rPr>
        <w:t>firma</w:t>
      </w:r>
      <w:proofErr w:type="spellEnd"/>
      <w:r w:rsidRPr="006A5AA2">
        <w:rPr>
          <w:rFonts w:cs="Times New Roman"/>
          <w:szCs w:val="24"/>
        </w:rPr>
        <w:t xml:space="preserve"> </w:t>
      </w:r>
      <w:proofErr w:type="spellStart"/>
      <w:r w:rsidRPr="006A5AA2">
        <w:rPr>
          <w:rFonts w:cs="Times New Roman"/>
          <w:szCs w:val="24"/>
        </w:rPr>
        <w:t>electrónica</w:t>
      </w:r>
      <w:proofErr w:type="spellEnd"/>
      <w:r w:rsidRPr="006A5AA2">
        <w:rPr>
          <w:rFonts w:cs="Times New Roman"/>
          <w:szCs w:val="24"/>
        </w:rPr>
        <w:t xml:space="preserve">. </w:t>
      </w:r>
      <w:proofErr w:type="spellStart"/>
      <w:r w:rsidRPr="006A5AA2">
        <w:rPr>
          <w:rFonts w:cs="Times New Roman"/>
          <w:szCs w:val="24"/>
        </w:rPr>
        <w:t>Gaceta</w:t>
      </w:r>
      <w:proofErr w:type="spellEnd"/>
      <w:r w:rsidRPr="006A5AA2">
        <w:rPr>
          <w:rFonts w:cs="Times New Roman"/>
          <w:szCs w:val="24"/>
        </w:rPr>
        <w:t xml:space="preserve"> </w:t>
      </w:r>
      <w:proofErr w:type="spellStart"/>
      <w:r w:rsidRPr="006A5AA2">
        <w:rPr>
          <w:rFonts w:cs="Times New Roman"/>
          <w:szCs w:val="24"/>
        </w:rPr>
        <w:t>Oficial</w:t>
      </w:r>
      <w:proofErr w:type="spellEnd"/>
      <w:r w:rsidRPr="006A5AA2">
        <w:rPr>
          <w:rFonts w:cs="Times New Roman"/>
          <w:szCs w:val="24"/>
        </w:rPr>
        <w:t xml:space="preserve"> de la República de Panamá.</w:t>
      </w:r>
    </w:p>
    <w:p w14:paraId="5BE1B098" w14:textId="77777777" w:rsidR="006A5AA2" w:rsidRPr="006A5AA2" w:rsidRDefault="006A5AA2" w:rsidP="006A5AA2">
      <w:pPr>
        <w:pStyle w:val="Prrafodelista"/>
        <w:numPr>
          <w:ilvl w:val="0"/>
          <w:numId w:val="44"/>
        </w:numPr>
        <w:rPr>
          <w:rFonts w:cs="Times New Roman"/>
          <w:szCs w:val="24"/>
        </w:rPr>
      </w:pPr>
      <w:r w:rsidRPr="006A5AA2">
        <w:rPr>
          <w:rFonts w:cs="Times New Roman"/>
          <w:szCs w:val="24"/>
        </w:rPr>
        <w:t xml:space="preserve">UNCITRAL. (2001). Ley </w:t>
      </w:r>
      <w:proofErr w:type="spellStart"/>
      <w:r w:rsidRPr="006A5AA2">
        <w:rPr>
          <w:rFonts w:cs="Times New Roman"/>
          <w:szCs w:val="24"/>
        </w:rPr>
        <w:t>Modelo</w:t>
      </w:r>
      <w:proofErr w:type="spellEnd"/>
      <w:r w:rsidRPr="006A5AA2">
        <w:rPr>
          <w:rFonts w:cs="Times New Roman"/>
          <w:szCs w:val="24"/>
        </w:rPr>
        <w:t xml:space="preserve"> </w:t>
      </w:r>
      <w:proofErr w:type="spellStart"/>
      <w:r w:rsidRPr="006A5AA2">
        <w:rPr>
          <w:rFonts w:cs="Times New Roman"/>
          <w:szCs w:val="24"/>
        </w:rPr>
        <w:t>sobre</w:t>
      </w:r>
      <w:proofErr w:type="spellEnd"/>
      <w:r w:rsidRPr="006A5AA2">
        <w:rPr>
          <w:rFonts w:cs="Times New Roman"/>
          <w:szCs w:val="24"/>
        </w:rPr>
        <w:t xml:space="preserve"> </w:t>
      </w:r>
      <w:proofErr w:type="spellStart"/>
      <w:r w:rsidRPr="006A5AA2">
        <w:rPr>
          <w:rFonts w:cs="Times New Roman"/>
          <w:szCs w:val="24"/>
        </w:rPr>
        <w:t>Firmas</w:t>
      </w:r>
      <w:proofErr w:type="spellEnd"/>
      <w:r w:rsidRPr="006A5AA2">
        <w:rPr>
          <w:rFonts w:cs="Times New Roman"/>
          <w:szCs w:val="24"/>
        </w:rPr>
        <w:t xml:space="preserve"> </w:t>
      </w:r>
      <w:proofErr w:type="spellStart"/>
      <w:r w:rsidRPr="006A5AA2">
        <w:rPr>
          <w:rFonts w:cs="Times New Roman"/>
          <w:szCs w:val="24"/>
        </w:rPr>
        <w:t>Electrónicas</w:t>
      </w:r>
      <w:proofErr w:type="spellEnd"/>
      <w:r w:rsidRPr="006A5AA2">
        <w:rPr>
          <w:rFonts w:cs="Times New Roman"/>
          <w:szCs w:val="24"/>
        </w:rPr>
        <w:t xml:space="preserve">. </w:t>
      </w:r>
      <w:proofErr w:type="spellStart"/>
      <w:r w:rsidRPr="006A5AA2">
        <w:rPr>
          <w:rFonts w:cs="Times New Roman"/>
          <w:szCs w:val="24"/>
        </w:rPr>
        <w:t>Naciones</w:t>
      </w:r>
      <w:proofErr w:type="spellEnd"/>
      <w:r w:rsidRPr="006A5AA2">
        <w:rPr>
          <w:rFonts w:cs="Times New Roman"/>
          <w:szCs w:val="24"/>
        </w:rPr>
        <w:t xml:space="preserve"> </w:t>
      </w:r>
      <w:proofErr w:type="spellStart"/>
      <w:r w:rsidRPr="006A5AA2">
        <w:rPr>
          <w:rFonts w:cs="Times New Roman"/>
          <w:szCs w:val="24"/>
        </w:rPr>
        <w:t>Unidas</w:t>
      </w:r>
      <w:proofErr w:type="spellEnd"/>
      <w:r w:rsidRPr="006A5AA2">
        <w:rPr>
          <w:rFonts w:cs="Times New Roman"/>
          <w:szCs w:val="24"/>
        </w:rPr>
        <w:t>.</w:t>
      </w:r>
      <w:r w:rsidRPr="006A5AA2">
        <w:rPr>
          <w:rFonts w:cs="Times New Roman"/>
          <w:szCs w:val="24"/>
        </w:rPr>
        <w:t xml:space="preserve"> </w:t>
      </w:r>
    </w:p>
    <w:p w14:paraId="762D533F" w14:textId="77777777" w:rsidR="006A5AA2" w:rsidRPr="006A5AA2" w:rsidRDefault="006A5AA2" w:rsidP="006A5AA2">
      <w:pPr>
        <w:pStyle w:val="Prrafodelista"/>
        <w:numPr>
          <w:ilvl w:val="0"/>
          <w:numId w:val="44"/>
        </w:numPr>
        <w:rPr>
          <w:rFonts w:cs="Times New Roman"/>
          <w:szCs w:val="24"/>
        </w:rPr>
      </w:pPr>
      <w:r w:rsidRPr="006A5AA2">
        <w:rPr>
          <w:rFonts w:cs="Times New Roman"/>
          <w:szCs w:val="24"/>
        </w:rPr>
        <w:t xml:space="preserve">Ramírez, J. (2021). Derecho digital y </w:t>
      </w:r>
      <w:proofErr w:type="spellStart"/>
      <w:r w:rsidRPr="006A5AA2">
        <w:rPr>
          <w:rFonts w:cs="Times New Roman"/>
          <w:szCs w:val="24"/>
        </w:rPr>
        <w:t>transformación</w:t>
      </w:r>
      <w:proofErr w:type="spellEnd"/>
      <w:r w:rsidRPr="006A5AA2">
        <w:rPr>
          <w:rFonts w:cs="Times New Roman"/>
          <w:szCs w:val="24"/>
        </w:rPr>
        <w:t xml:space="preserve"> </w:t>
      </w:r>
      <w:proofErr w:type="spellStart"/>
      <w:r w:rsidRPr="006A5AA2">
        <w:rPr>
          <w:rFonts w:cs="Times New Roman"/>
          <w:szCs w:val="24"/>
        </w:rPr>
        <w:t>tecnológica</w:t>
      </w:r>
      <w:proofErr w:type="spellEnd"/>
      <w:r w:rsidRPr="006A5AA2">
        <w:rPr>
          <w:rFonts w:cs="Times New Roman"/>
          <w:szCs w:val="24"/>
        </w:rPr>
        <w:t xml:space="preserve">. Editorial </w:t>
      </w:r>
      <w:proofErr w:type="spellStart"/>
      <w:r w:rsidRPr="006A5AA2">
        <w:rPr>
          <w:rFonts w:cs="Times New Roman"/>
          <w:szCs w:val="24"/>
        </w:rPr>
        <w:t>Temis.</w:t>
      </w:r>
      <w:proofErr w:type="spellEnd"/>
    </w:p>
    <w:p w14:paraId="2C7ED00C" w14:textId="77777777" w:rsidR="006A5AA2" w:rsidRPr="006A5AA2" w:rsidRDefault="006A5AA2" w:rsidP="006A5AA2">
      <w:pPr>
        <w:pStyle w:val="Prrafodelista"/>
        <w:numPr>
          <w:ilvl w:val="0"/>
          <w:numId w:val="44"/>
        </w:numPr>
        <w:rPr>
          <w:rFonts w:cs="Times New Roman"/>
          <w:szCs w:val="24"/>
        </w:rPr>
      </w:pPr>
      <w:r w:rsidRPr="006A5AA2">
        <w:rPr>
          <w:rFonts w:cs="Times New Roman"/>
          <w:szCs w:val="24"/>
        </w:rPr>
        <w:t xml:space="preserve">López, E. (2020). Comercio </w:t>
      </w:r>
      <w:proofErr w:type="spellStart"/>
      <w:r w:rsidRPr="006A5AA2">
        <w:rPr>
          <w:rFonts w:cs="Times New Roman"/>
          <w:szCs w:val="24"/>
        </w:rPr>
        <w:t>electrónico</w:t>
      </w:r>
      <w:proofErr w:type="spellEnd"/>
      <w:r w:rsidRPr="006A5AA2">
        <w:rPr>
          <w:rFonts w:cs="Times New Roman"/>
          <w:szCs w:val="24"/>
        </w:rPr>
        <w:t xml:space="preserve"> y </w:t>
      </w:r>
      <w:proofErr w:type="spellStart"/>
      <w:r w:rsidRPr="006A5AA2">
        <w:rPr>
          <w:rFonts w:cs="Times New Roman"/>
          <w:szCs w:val="24"/>
        </w:rPr>
        <w:t>contratación</w:t>
      </w:r>
      <w:proofErr w:type="spellEnd"/>
      <w:r w:rsidRPr="006A5AA2">
        <w:rPr>
          <w:rFonts w:cs="Times New Roman"/>
          <w:szCs w:val="24"/>
        </w:rPr>
        <w:t xml:space="preserve"> digital. Editorial Legis.</w:t>
      </w:r>
    </w:p>
    <w:p w14:paraId="52EFB2C8" w14:textId="77777777" w:rsidR="006A5AA2" w:rsidRPr="006A5AA2" w:rsidRDefault="006A5AA2" w:rsidP="006A5AA2">
      <w:pPr>
        <w:pStyle w:val="Prrafodelista"/>
        <w:numPr>
          <w:ilvl w:val="0"/>
          <w:numId w:val="44"/>
        </w:numPr>
        <w:rPr>
          <w:rFonts w:cs="Times New Roman"/>
          <w:szCs w:val="24"/>
        </w:rPr>
      </w:pPr>
      <w:r w:rsidRPr="006A5AA2">
        <w:rPr>
          <w:rFonts w:cs="Times New Roman"/>
          <w:szCs w:val="24"/>
        </w:rPr>
        <w:t xml:space="preserve">Rodríguez, M. (2022). La </w:t>
      </w:r>
      <w:proofErr w:type="spellStart"/>
      <w:r w:rsidRPr="006A5AA2">
        <w:rPr>
          <w:rFonts w:cs="Times New Roman"/>
          <w:szCs w:val="24"/>
        </w:rPr>
        <w:t>firma</w:t>
      </w:r>
      <w:proofErr w:type="spellEnd"/>
      <w:r w:rsidRPr="006A5AA2">
        <w:rPr>
          <w:rFonts w:cs="Times New Roman"/>
          <w:szCs w:val="24"/>
        </w:rPr>
        <w:t xml:space="preserve"> </w:t>
      </w:r>
      <w:proofErr w:type="spellStart"/>
      <w:r w:rsidRPr="006A5AA2">
        <w:rPr>
          <w:rFonts w:cs="Times New Roman"/>
          <w:szCs w:val="24"/>
        </w:rPr>
        <w:t>electrónica</w:t>
      </w:r>
      <w:proofErr w:type="spellEnd"/>
      <w:r w:rsidRPr="006A5AA2">
        <w:rPr>
          <w:rFonts w:cs="Times New Roman"/>
          <w:szCs w:val="24"/>
        </w:rPr>
        <w:t xml:space="preserve"> y </w:t>
      </w:r>
      <w:proofErr w:type="spellStart"/>
      <w:r w:rsidRPr="006A5AA2">
        <w:rPr>
          <w:rFonts w:cs="Times New Roman"/>
          <w:szCs w:val="24"/>
        </w:rPr>
        <w:t>su</w:t>
      </w:r>
      <w:proofErr w:type="spellEnd"/>
      <w:r w:rsidRPr="006A5AA2">
        <w:rPr>
          <w:rFonts w:cs="Times New Roman"/>
          <w:szCs w:val="24"/>
        </w:rPr>
        <w:t xml:space="preserve"> valor </w:t>
      </w:r>
      <w:proofErr w:type="spellStart"/>
      <w:r w:rsidRPr="006A5AA2">
        <w:rPr>
          <w:rFonts w:cs="Times New Roman"/>
          <w:szCs w:val="24"/>
        </w:rPr>
        <w:t>probatorio</w:t>
      </w:r>
      <w:proofErr w:type="spellEnd"/>
      <w:r w:rsidRPr="006A5AA2">
        <w:rPr>
          <w:rFonts w:cs="Times New Roman"/>
          <w:szCs w:val="24"/>
        </w:rPr>
        <w:t xml:space="preserve"> en América Latina. Editorial Ibáñez.</w:t>
      </w:r>
    </w:p>
    <w:p w14:paraId="6E66D568" w14:textId="77777777" w:rsidR="006A5AA2" w:rsidRPr="006A5AA2" w:rsidRDefault="006A5AA2" w:rsidP="006A5AA2">
      <w:pPr>
        <w:pStyle w:val="Prrafodelista"/>
        <w:numPr>
          <w:ilvl w:val="0"/>
          <w:numId w:val="44"/>
        </w:numPr>
        <w:rPr>
          <w:rFonts w:cs="Times New Roman"/>
          <w:szCs w:val="24"/>
        </w:rPr>
      </w:pPr>
      <w:r w:rsidRPr="006A5AA2">
        <w:rPr>
          <w:rFonts w:cs="Times New Roman"/>
          <w:szCs w:val="24"/>
        </w:rPr>
        <w:t xml:space="preserve">Pérez, A. (2021). </w:t>
      </w:r>
      <w:proofErr w:type="spellStart"/>
      <w:r w:rsidRPr="006A5AA2">
        <w:rPr>
          <w:rFonts w:cs="Times New Roman"/>
          <w:szCs w:val="24"/>
        </w:rPr>
        <w:t>Análisis</w:t>
      </w:r>
      <w:proofErr w:type="spellEnd"/>
      <w:r w:rsidRPr="006A5AA2">
        <w:rPr>
          <w:rFonts w:cs="Times New Roman"/>
          <w:szCs w:val="24"/>
        </w:rPr>
        <w:t xml:space="preserve"> </w:t>
      </w:r>
      <w:proofErr w:type="spellStart"/>
      <w:r w:rsidRPr="006A5AA2">
        <w:rPr>
          <w:rFonts w:cs="Times New Roman"/>
          <w:szCs w:val="24"/>
        </w:rPr>
        <w:t>jurídico</w:t>
      </w:r>
      <w:proofErr w:type="spellEnd"/>
      <w:r w:rsidRPr="006A5AA2">
        <w:rPr>
          <w:rFonts w:cs="Times New Roman"/>
          <w:szCs w:val="24"/>
        </w:rPr>
        <w:t xml:space="preserve"> de la </w:t>
      </w:r>
      <w:proofErr w:type="spellStart"/>
      <w:r w:rsidRPr="006A5AA2">
        <w:rPr>
          <w:rFonts w:cs="Times New Roman"/>
          <w:szCs w:val="24"/>
        </w:rPr>
        <w:t>firma</w:t>
      </w:r>
      <w:proofErr w:type="spellEnd"/>
      <w:r w:rsidRPr="006A5AA2">
        <w:rPr>
          <w:rFonts w:cs="Times New Roman"/>
          <w:szCs w:val="24"/>
        </w:rPr>
        <w:t xml:space="preserve"> digital en </w:t>
      </w:r>
      <w:proofErr w:type="spellStart"/>
      <w:r w:rsidRPr="006A5AA2">
        <w:rPr>
          <w:rFonts w:cs="Times New Roman"/>
          <w:szCs w:val="24"/>
        </w:rPr>
        <w:t>el</w:t>
      </w:r>
      <w:proofErr w:type="spellEnd"/>
      <w:r w:rsidRPr="006A5AA2">
        <w:rPr>
          <w:rFonts w:cs="Times New Roman"/>
          <w:szCs w:val="24"/>
        </w:rPr>
        <w:t xml:space="preserve"> </w:t>
      </w:r>
      <w:proofErr w:type="spellStart"/>
      <w:r w:rsidRPr="006A5AA2">
        <w:rPr>
          <w:rFonts w:cs="Times New Roman"/>
          <w:szCs w:val="24"/>
        </w:rPr>
        <w:t>comercio</w:t>
      </w:r>
      <w:proofErr w:type="spellEnd"/>
      <w:r w:rsidRPr="006A5AA2">
        <w:rPr>
          <w:rFonts w:cs="Times New Roman"/>
          <w:szCs w:val="24"/>
        </w:rPr>
        <w:t xml:space="preserve"> </w:t>
      </w:r>
      <w:proofErr w:type="spellStart"/>
      <w:r w:rsidRPr="006A5AA2">
        <w:rPr>
          <w:rFonts w:cs="Times New Roman"/>
          <w:szCs w:val="24"/>
        </w:rPr>
        <w:t>internacional</w:t>
      </w:r>
      <w:proofErr w:type="spellEnd"/>
      <w:r w:rsidRPr="006A5AA2">
        <w:rPr>
          <w:rFonts w:cs="Times New Roman"/>
          <w:szCs w:val="24"/>
        </w:rPr>
        <w:t xml:space="preserve">. </w:t>
      </w:r>
      <w:proofErr w:type="spellStart"/>
      <w:r w:rsidRPr="006A5AA2">
        <w:rPr>
          <w:rFonts w:cs="Times New Roman"/>
          <w:szCs w:val="24"/>
        </w:rPr>
        <w:t>Revista</w:t>
      </w:r>
      <w:proofErr w:type="spellEnd"/>
      <w:r w:rsidRPr="006A5AA2">
        <w:rPr>
          <w:rFonts w:cs="Times New Roman"/>
          <w:szCs w:val="24"/>
        </w:rPr>
        <w:t xml:space="preserve"> </w:t>
      </w:r>
      <w:proofErr w:type="spellStart"/>
      <w:r w:rsidRPr="006A5AA2">
        <w:rPr>
          <w:rFonts w:cs="Times New Roman"/>
          <w:szCs w:val="24"/>
        </w:rPr>
        <w:t>Latinoamericana</w:t>
      </w:r>
      <w:proofErr w:type="spellEnd"/>
      <w:r w:rsidRPr="006A5AA2">
        <w:rPr>
          <w:rFonts w:cs="Times New Roman"/>
          <w:szCs w:val="24"/>
        </w:rPr>
        <w:t xml:space="preserve"> de Derecho </w:t>
      </w:r>
      <w:proofErr w:type="spellStart"/>
      <w:r w:rsidRPr="006A5AA2">
        <w:rPr>
          <w:rFonts w:cs="Times New Roman"/>
          <w:szCs w:val="24"/>
        </w:rPr>
        <w:t>Informático</w:t>
      </w:r>
      <w:proofErr w:type="spellEnd"/>
      <w:r w:rsidRPr="006A5AA2">
        <w:rPr>
          <w:rFonts w:cs="Times New Roman"/>
          <w:szCs w:val="24"/>
        </w:rPr>
        <w:t>, 14(2), 45–67.</w:t>
      </w:r>
    </w:p>
    <w:p w14:paraId="61B66234" w14:textId="77777777" w:rsidR="006A5AA2" w:rsidRPr="006A5AA2" w:rsidRDefault="006A5AA2" w:rsidP="006A5AA2">
      <w:pPr>
        <w:pStyle w:val="Prrafodelista"/>
        <w:numPr>
          <w:ilvl w:val="0"/>
          <w:numId w:val="44"/>
        </w:numPr>
        <w:rPr>
          <w:rFonts w:cs="Times New Roman"/>
          <w:szCs w:val="24"/>
        </w:rPr>
      </w:pPr>
      <w:proofErr w:type="spellStart"/>
      <w:r w:rsidRPr="006A5AA2">
        <w:rPr>
          <w:rFonts w:cs="Times New Roman"/>
          <w:szCs w:val="24"/>
        </w:rPr>
        <w:t>Organización</w:t>
      </w:r>
      <w:proofErr w:type="spellEnd"/>
      <w:r w:rsidRPr="006A5AA2">
        <w:rPr>
          <w:rFonts w:cs="Times New Roman"/>
          <w:szCs w:val="24"/>
        </w:rPr>
        <w:t xml:space="preserve"> de </w:t>
      </w:r>
      <w:proofErr w:type="spellStart"/>
      <w:r w:rsidRPr="006A5AA2">
        <w:rPr>
          <w:rFonts w:cs="Times New Roman"/>
          <w:szCs w:val="24"/>
        </w:rPr>
        <w:t>Estados</w:t>
      </w:r>
      <w:proofErr w:type="spellEnd"/>
      <w:r w:rsidRPr="006A5AA2">
        <w:rPr>
          <w:rFonts w:cs="Times New Roman"/>
          <w:szCs w:val="24"/>
        </w:rPr>
        <w:t xml:space="preserve"> Americanos. (2020). </w:t>
      </w:r>
      <w:proofErr w:type="spellStart"/>
      <w:r w:rsidRPr="006A5AA2">
        <w:rPr>
          <w:rFonts w:cs="Times New Roman"/>
          <w:szCs w:val="24"/>
        </w:rPr>
        <w:t>Confianza</w:t>
      </w:r>
      <w:proofErr w:type="spellEnd"/>
      <w:r w:rsidRPr="006A5AA2">
        <w:rPr>
          <w:rFonts w:cs="Times New Roman"/>
          <w:szCs w:val="24"/>
        </w:rPr>
        <w:t xml:space="preserve"> digital y </w:t>
      </w:r>
      <w:proofErr w:type="spellStart"/>
      <w:r w:rsidRPr="006A5AA2">
        <w:rPr>
          <w:rFonts w:cs="Times New Roman"/>
          <w:szCs w:val="24"/>
        </w:rPr>
        <w:t>transformación</w:t>
      </w:r>
      <w:proofErr w:type="spellEnd"/>
      <w:r w:rsidRPr="006A5AA2">
        <w:rPr>
          <w:rFonts w:cs="Times New Roman"/>
          <w:szCs w:val="24"/>
        </w:rPr>
        <w:t xml:space="preserve"> del Estado. OEA.</w:t>
      </w:r>
    </w:p>
    <w:p w14:paraId="2B2F083E" w14:textId="77777777" w:rsidR="006A5AA2" w:rsidRPr="006A5AA2" w:rsidRDefault="006A5AA2" w:rsidP="006A5AA2">
      <w:pPr>
        <w:pStyle w:val="Prrafodelista"/>
        <w:numPr>
          <w:ilvl w:val="0"/>
          <w:numId w:val="44"/>
        </w:numPr>
        <w:rPr>
          <w:rFonts w:cs="Times New Roman"/>
          <w:szCs w:val="24"/>
        </w:rPr>
      </w:pPr>
      <w:proofErr w:type="spellStart"/>
      <w:r w:rsidRPr="006A5AA2">
        <w:rPr>
          <w:rFonts w:cs="Times New Roman"/>
          <w:szCs w:val="24"/>
        </w:rPr>
        <w:t>Superintendencia</w:t>
      </w:r>
      <w:proofErr w:type="spellEnd"/>
      <w:r w:rsidRPr="006A5AA2">
        <w:rPr>
          <w:rFonts w:cs="Times New Roman"/>
          <w:szCs w:val="24"/>
        </w:rPr>
        <w:t xml:space="preserve"> de </w:t>
      </w:r>
      <w:proofErr w:type="spellStart"/>
      <w:r w:rsidRPr="006A5AA2">
        <w:rPr>
          <w:rFonts w:cs="Times New Roman"/>
          <w:szCs w:val="24"/>
        </w:rPr>
        <w:t>Industria</w:t>
      </w:r>
      <w:proofErr w:type="spellEnd"/>
      <w:r w:rsidRPr="006A5AA2">
        <w:rPr>
          <w:rFonts w:cs="Times New Roman"/>
          <w:szCs w:val="24"/>
        </w:rPr>
        <w:t xml:space="preserve"> y Comercio. (2021). </w:t>
      </w:r>
      <w:proofErr w:type="spellStart"/>
      <w:r w:rsidRPr="006A5AA2">
        <w:rPr>
          <w:rFonts w:cs="Times New Roman"/>
          <w:szCs w:val="24"/>
        </w:rPr>
        <w:t>Guía</w:t>
      </w:r>
      <w:proofErr w:type="spellEnd"/>
      <w:r w:rsidRPr="006A5AA2">
        <w:rPr>
          <w:rFonts w:cs="Times New Roman"/>
          <w:szCs w:val="24"/>
        </w:rPr>
        <w:t xml:space="preserve"> para </w:t>
      </w:r>
      <w:proofErr w:type="spellStart"/>
      <w:r w:rsidRPr="006A5AA2">
        <w:rPr>
          <w:rFonts w:cs="Times New Roman"/>
          <w:szCs w:val="24"/>
        </w:rPr>
        <w:t>el</w:t>
      </w:r>
      <w:proofErr w:type="spellEnd"/>
      <w:r w:rsidRPr="006A5AA2">
        <w:rPr>
          <w:rFonts w:cs="Times New Roman"/>
          <w:szCs w:val="24"/>
        </w:rPr>
        <w:t xml:space="preserve"> </w:t>
      </w:r>
      <w:proofErr w:type="spellStart"/>
      <w:r w:rsidRPr="006A5AA2">
        <w:rPr>
          <w:rFonts w:cs="Times New Roman"/>
          <w:szCs w:val="24"/>
        </w:rPr>
        <w:t>uso</w:t>
      </w:r>
      <w:proofErr w:type="spellEnd"/>
      <w:r w:rsidRPr="006A5AA2">
        <w:rPr>
          <w:rFonts w:cs="Times New Roman"/>
          <w:szCs w:val="24"/>
        </w:rPr>
        <w:t xml:space="preserve"> de </w:t>
      </w:r>
      <w:proofErr w:type="spellStart"/>
      <w:r w:rsidRPr="006A5AA2">
        <w:rPr>
          <w:rFonts w:cs="Times New Roman"/>
          <w:szCs w:val="24"/>
        </w:rPr>
        <w:t>firmas</w:t>
      </w:r>
      <w:proofErr w:type="spellEnd"/>
      <w:r w:rsidRPr="006A5AA2">
        <w:rPr>
          <w:rFonts w:cs="Times New Roman"/>
          <w:szCs w:val="24"/>
        </w:rPr>
        <w:t xml:space="preserve"> </w:t>
      </w:r>
      <w:proofErr w:type="spellStart"/>
      <w:r w:rsidRPr="006A5AA2">
        <w:rPr>
          <w:rFonts w:cs="Times New Roman"/>
          <w:szCs w:val="24"/>
        </w:rPr>
        <w:t>electrónicas</w:t>
      </w:r>
      <w:proofErr w:type="spellEnd"/>
      <w:r w:rsidRPr="006A5AA2">
        <w:rPr>
          <w:rFonts w:cs="Times New Roman"/>
          <w:szCs w:val="24"/>
        </w:rPr>
        <w:t xml:space="preserve"> y </w:t>
      </w:r>
      <w:proofErr w:type="spellStart"/>
      <w:r w:rsidRPr="006A5AA2">
        <w:rPr>
          <w:rFonts w:cs="Times New Roman"/>
          <w:szCs w:val="24"/>
        </w:rPr>
        <w:t>digitales</w:t>
      </w:r>
      <w:proofErr w:type="spellEnd"/>
      <w:r w:rsidRPr="006A5AA2">
        <w:rPr>
          <w:rFonts w:cs="Times New Roman"/>
          <w:szCs w:val="24"/>
        </w:rPr>
        <w:t xml:space="preserve"> en Colombia.</w:t>
      </w:r>
    </w:p>
    <w:p w14:paraId="6AE797DB" w14:textId="77777777" w:rsidR="006A5AA2" w:rsidRPr="006A5AA2" w:rsidRDefault="006A5AA2" w:rsidP="006A5AA2">
      <w:pPr>
        <w:pStyle w:val="Prrafodelista"/>
        <w:numPr>
          <w:ilvl w:val="0"/>
          <w:numId w:val="44"/>
        </w:numPr>
        <w:rPr>
          <w:rFonts w:cs="Times New Roman"/>
          <w:szCs w:val="24"/>
        </w:rPr>
      </w:pPr>
      <w:proofErr w:type="spellStart"/>
      <w:r w:rsidRPr="006A5AA2">
        <w:rPr>
          <w:rFonts w:cs="Times New Roman"/>
          <w:szCs w:val="24"/>
        </w:rPr>
        <w:t>Ministerio</w:t>
      </w:r>
      <w:proofErr w:type="spellEnd"/>
      <w:r w:rsidRPr="006A5AA2">
        <w:rPr>
          <w:rFonts w:cs="Times New Roman"/>
          <w:szCs w:val="24"/>
        </w:rPr>
        <w:t xml:space="preserve"> de Comercio, </w:t>
      </w:r>
      <w:proofErr w:type="spellStart"/>
      <w:r w:rsidRPr="006A5AA2">
        <w:rPr>
          <w:rFonts w:cs="Times New Roman"/>
          <w:szCs w:val="24"/>
        </w:rPr>
        <w:t>Industria</w:t>
      </w:r>
      <w:proofErr w:type="spellEnd"/>
      <w:r w:rsidRPr="006A5AA2">
        <w:rPr>
          <w:rFonts w:cs="Times New Roman"/>
          <w:szCs w:val="24"/>
        </w:rPr>
        <w:t xml:space="preserve"> y Turismo. (2022). </w:t>
      </w:r>
      <w:proofErr w:type="spellStart"/>
      <w:r w:rsidRPr="006A5AA2">
        <w:rPr>
          <w:rFonts w:cs="Times New Roman"/>
          <w:szCs w:val="24"/>
        </w:rPr>
        <w:t>Estrategia</w:t>
      </w:r>
      <w:proofErr w:type="spellEnd"/>
      <w:r w:rsidRPr="006A5AA2">
        <w:rPr>
          <w:rFonts w:cs="Times New Roman"/>
          <w:szCs w:val="24"/>
        </w:rPr>
        <w:t xml:space="preserve"> de </w:t>
      </w:r>
      <w:proofErr w:type="spellStart"/>
      <w:r w:rsidRPr="006A5AA2">
        <w:rPr>
          <w:rFonts w:cs="Times New Roman"/>
          <w:szCs w:val="24"/>
        </w:rPr>
        <w:t>transformación</w:t>
      </w:r>
      <w:proofErr w:type="spellEnd"/>
      <w:r w:rsidRPr="006A5AA2">
        <w:rPr>
          <w:rFonts w:cs="Times New Roman"/>
          <w:szCs w:val="24"/>
        </w:rPr>
        <w:t xml:space="preserve"> digital en Colombia.</w:t>
      </w:r>
    </w:p>
    <w:p w14:paraId="7E61764C" w14:textId="5CE8D2B0" w:rsidR="00072D81" w:rsidRPr="006A5AA2" w:rsidRDefault="006A5AA2" w:rsidP="006A5AA2">
      <w:pPr>
        <w:pStyle w:val="Prrafodelista"/>
        <w:rPr>
          <w:rFonts w:cs="Times New Roman"/>
          <w:szCs w:val="24"/>
        </w:rPr>
      </w:pPr>
      <w:proofErr w:type="spellStart"/>
      <w:r w:rsidRPr="006A5AA2">
        <w:rPr>
          <w:rFonts w:cs="Times New Roman"/>
          <w:szCs w:val="24"/>
        </w:rPr>
        <w:t>Autoridad</w:t>
      </w:r>
      <w:proofErr w:type="spellEnd"/>
      <w:r w:rsidRPr="006A5AA2">
        <w:rPr>
          <w:rFonts w:cs="Times New Roman"/>
          <w:szCs w:val="24"/>
        </w:rPr>
        <w:t xml:space="preserve"> Nacional para la </w:t>
      </w:r>
      <w:proofErr w:type="spellStart"/>
      <w:r w:rsidRPr="006A5AA2">
        <w:rPr>
          <w:rFonts w:cs="Times New Roman"/>
          <w:szCs w:val="24"/>
        </w:rPr>
        <w:t>Innovación</w:t>
      </w:r>
      <w:proofErr w:type="spellEnd"/>
      <w:r w:rsidRPr="006A5AA2">
        <w:rPr>
          <w:rFonts w:cs="Times New Roman"/>
          <w:szCs w:val="24"/>
        </w:rPr>
        <w:t xml:space="preserve"> </w:t>
      </w:r>
      <w:proofErr w:type="spellStart"/>
      <w:r w:rsidRPr="006A5AA2">
        <w:rPr>
          <w:rFonts w:cs="Times New Roman"/>
          <w:szCs w:val="24"/>
        </w:rPr>
        <w:t>Gubernamental</w:t>
      </w:r>
      <w:proofErr w:type="spellEnd"/>
      <w:r w:rsidRPr="006A5AA2">
        <w:rPr>
          <w:rFonts w:cs="Times New Roman"/>
          <w:szCs w:val="24"/>
        </w:rPr>
        <w:t xml:space="preserve"> – Panamá. (2021). </w:t>
      </w:r>
      <w:proofErr w:type="spellStart"/>
      <w:r w:rsidRPr="006A5AA2">
        <w:rPr>
          <w:rFonts w:cs="Times New Roman"/>
          <w:szCs w:val="24"/>
        </w:rPr>
        <w:t>Lineamientos</w:t>
      </w:r>
      <w:proofErr w:type="spellEnd"/>
      <w:r w:rsidRPr="006A5AA2">
        <w:rPr>
          <w:rFonts w:cs="Times New Roman"/>
          <w:szCs w:val="24"/>
        </w:rPr>
        <w:t xml:space="preserve"> para la </w:t>
      </w:r>
      <w:proofErr w:type="spellStart"/>
      <w:r w:rsidRPr="006A5AA2">
        <w:rPr>
          <w:rFonts w:cs="Times New Roman"/>
          <w:szCs w:val="24"/>
        </w:rPr>
        <w:t>transformación</w:t>
      </w:r>
      <w:proofErr w:type="spellEnd"/>
      <w:r w:rsidRPr="006A5AA2">
        <w:rPr>
          <w:rFonts w:cs="Times New Roman"/>
          <w:szCs w:val="24"/>
        </w:rPr>
        <w:t xml:space="preserve"> digital del Estado </w:t>
      </w:r>
      <w:proofErr w:type="spellStart"/>
      <w:r w:rsidRPr="006A5AA2">
        <w:rPr>
          <w:rFonts w:cs="Times New Roman"/>
          <w:szCs w:val="24"/>
        </w:rPr>
        <w:t>panameño</w:t>
      </w:r>
      <w:proofErr w:type="spellEnd"/>
      <w:r w:rsidRPr="006A5AA2">
        <w:rPr>
          <w:rFonts w:cs="Times New Roman"/>
          <w:szCs w:val="24"/>
        </w:rPr>
        <w:t>.</w:t>
      </w:r>
    </w:p>
    <w:sectPr w:rsidR="00072D81" w:rsidRPr="006A5AA2" w:rsidSect="00571D8B">
      <w:headerReference w:type="default" r:id="rId8"/>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134B79" w14:textId="77777777" w:rsidR="00C158BC" w:rsidRDefault="00C158BC" w:rsidP="00571D8B">
      <w:pPr>
        <w:spacing w:after="0" w:line="240" w:lineRule="auto"/>
      </w:pPr>
      <w:r>
        <w:separator/>
      </w:r>
    </w:p>
  </w:endnote>
  <w:endnote w:type="continuationSeparator" w:id="0">
    <w:p w14:paraId="0EE1C8FC" w14:textId="77777777" w:rsidR="00C158BC" w:rsidRDefault="00C158BC" w:rsidP="00571D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77F4B4" w14:textId="77777777" w:rsidR="00C158BC" w:rsidRDefault="00C158BC" w:rsidP="00571D8B">
      <w:pPr>
        <w:spacing w:after="0" w:line="240" w:lineRule="auto"/>
      </w:pPr>
      <w:r>
        <w:separator/>
      </w:r>
    </w:p>
  </w:footnote>
  <w:footnote w:type="continuationSeparator" w:id="0">
    <w:p w14:paraId="7165A1C6" w14:textId="77777777" w:rsidR="00C158BC" w:rsidRDefault="00C158BC" w:rsidP="00571D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55445811"/>
      <w:docPartObj>
        <w:docPartGallery w:val="Page Numbers (Top of Page)"/>
        <w:docPartUnique/>
      </w:docPartObj>
    </w:sdtPr>
    <w:sdtContent>
      <w:p w14:paraId="514AE52A" w14:textId="31752156" w:rsidR="00571D8B" w:rsidRDefault="00571D8B">
        <w:pPr>
          <w:pStyle w:val="Encabezado"/>
          <w:jc w:val="right"/>
        </w:pPr>
        <w:r>
          <w:fldChar w:fldCharType="begin"/>
        </w:r>
        <w:r>
          <w:instrText>PAGE   \* MERGEFORMAT</w:instrText>
        </w:r>
        <w:r>
          <w:fldChar w:fldCharType="separate"/>
        </w:r>
        <w:r>
          <w:rPr>
            <w:lang w:val="es-ES"/>
          </w:rPr>
          <w:t>2</w:t>
        </w:r>
        <w:r>
          <w:fldChar w:fldCharType="end"/>
        </w:r>
      </w:p>
    </w:sdtContent>
  </w:sdt>
  <w:p w14:paraId="48DEE658" w14:textId="77777777" w:rsidR="00571D8B" w:rsidRDefault="00571D8B">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aconnmeros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aconnmeros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aconvietas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aconvietas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aconnmeros"/>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6CC6903"/>
    <w:multiLevelType w:val="hybridMultilevel"/>
    <w:tmpl w:val="BEFEC8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0D4829CD"/>
    <w:multiLevelType w:val="hybridMultilevel"/>
    <w:tmpl w:val="A65E06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11703406"/>
    <w:multiLevelType w:val="hybridMultilevel"/>
    <w:tmpl w:val="13260A5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192E264E"/>
    <w:multiLevelType w:val="hybridMultilevel"/>
    <w:tmpl w:val="4C56E2D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19E22996"/>
    <w:multiLevelType w:val="multilevel"/>
    <w:tmpl w:val="562660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CFB7CFF"/>
    <w:multiLevelType w:val="hybridMultilevel"/>
    <w:tmpl w:val="3F7032E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201867C8"/>
    <w:multiLevelType w:val="hybridMultilevel"/>
    <w:tmpl w:val="5582D4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214D4AE6"/>
    <w:multiLevelType w:val="hybridMultilevel"/>
    <w:tmpl w:val="61E274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23122E2C"/>
    <w:multiLevelType w:val="hybridMultilevel"/>
    <w:tmpl w:val="F892ADD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23DB3811"/>
    <w:multiLevelType w:val="hybridMultilevel"/>
    <w:tmpl w:val="2B8E5AE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262B7697"/>
    <w:multiLevelType w:val="hybridMultilevel"/>
    <w:tmpl w:val="A15A66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7773DB7"/>
    <w:multiLevelType w:val="hybridMultilevel"/>
    <w:tmpl w:val="C7D4B1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292412CE"/>
    <w:multiLevelType w:val="hybridMultilevel"/>
    <w:tmpl w:val="3086EB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29D03C10"/>
    <w:multiLevelType w:val="hybridMultilevel"/>
    <w:tmpl w:val="DABE49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2AC5794B"/>
    <w:multiLevelType w:val="hybridMultilevel"/>
    <w:tmpl w:val="1202350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2E692855"/>
    <w:multiLevelType w:val="hybridMultilevel"/>
    <w:tmpl w:val="F4C83716"/>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5" w15:restartNumberingAfterBreak="0">
    <w:nsid w:val="4074702F"/>
    <w:multiLevelType w:val="hybridMultilevel"/>
    <w:tmpl w:val="238E54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417F6B27"/>
    <w:multiLevelType w:val="hybridMultilevel"/>
    <w:tmpl w:val="FE6C14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434C02FD"/>
    <w:multiLevelType w:val="hybridMultilevel"/>
    <w:tmpl w:val="CA00077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481F06A2"/>
    <w:multiLevelType w:val="hybridMultilevel"/>
    <w:tmpl w:val="2BF238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4AC35ACE"/>
    <w:multiLevelType w:val="hybridMultilevel"/>
    <w:tmpl w:val="CD7EEBB2"/>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0" w15:restartNumberingAfterBreak="0">
    <w:nsid w:val="4F2B6945"/>
    <w:multiLevelType w:val="hybridMultilevel"/>
    <w:tmpl w:val="7B34D6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514E6C21"/>
    <w:multiLevelType w:val="hybridMultilevel"/>
    <w:tmpl w:val="3B5CCC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56F00BE5"/>
    <w:multiLevelType w:val="multilevel"/>
    <w:tmpl w:val="273EBD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7370E7C"/>
    <w:multiLevelType w:val="hybridMultilevel"/>
    <w:tmpl w:val="D538540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57A2277D"/>
    <w:multiLevelType w:val="hybridMultilevel"/>
    <w:tmpl w:val="31C605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5F1B4C1E"/>
    <w:multiLevelType w:val="hybridMultilevel"/>
    <w:tmpl w:val="B94406B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15:restartNumberingAfterBreak="0">
    <w:nsid w:val="5F655DA2"/>
    <w:multiLevelType w:val="hybridMultilevel"/>
    <w:tmpl w:val="9334C97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15:restartNumberingAfterBreak="0">
    <w:nsid w:val="668D0C79"/>
    <w:multiLevelType w:val="hybridMultilevel"/>
    <w:tmpl w:val="5E10EC7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15:restartNumberingAfterBreak="0">
    <w:nsid w:val="681D76A0"/>
    <w:multiLevelType w:val="hybridMultilevel"/>
    <w:tmpl w:val="458A44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15:restartNumberingAfterBreak="0">
    <w:nsid w:val="6A5163AC"/>
    <w:multiLevelType w:val="hybridMultilevel"/>
    <w:tmpl w:val="0608CF4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15:restartNumberingAfterBreak="0">
    <w:nsid w:val="6E864C2D"/>
    <w:multiLevelType w:val="hybridMultilevel"/>
    <w:tmpl w:val="42AAF7C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15:restartNumberingAfterBreak="0">
    <w:nsid w:val="6ED95089"/>
    <w:multiLevelType w:val="multilevel"/>
    <w:tmpl w:val="A8D0A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6BB2AE5"/>
    <w:multiLevelType w:val="hybridMultilevel"/>
    <w:tmpl w:val="96EA09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15:restartNumberingAfterBreak="0">
    <w:nsid w:val="7D737303"/>
    <w:multiLevelType w:val="hybridMultilevel"/>
    <w:tmpl w:val="21147D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208685442">
    <w:abstractNumId w:val="8"/>
  </w:num>
  <w:num w:numId="2" w16cid:durableId="555702362">
    <w:abstractNumId w:val="6"/>
  </w:num>
  <w:num w:numId="3" w16cid:durableId="1992903899">
    <w:abstractNumId w:val="5"/>
  </w:num>
  <w:num w:numId="4" w16cid:durableId="2142114241">
    <w:abstractNumId w:val="4"/>
  </w:num>
  <w:num w:numId="5" w16cid:durableId="527832939">
    <w:abstractNumId w:val="7"/>
  </w:num>
  <w:num w:numId="6" w16cid:durableId="831068120">
    <w:abstractNumId w:val="3"/>
  </w:num>
  <w:num w:numId="7" w16cid:durableId="1353337536">
    <w:abstractNumId w:val="2"/>
  </w:num>
  <w:num w:numId="8" w16cid:durableId="1808282619">
    <w:abstractNumId w:val="1"/>
  </w:num>
  <w:num w:numId="9" w16cid:durableId="404645474">
    <w:abstractNumId w:val="0"/>
  </w:num>
  <w:num w:numId="10" w16cid:durableId="1116942736">
    <w:abstractNumId w:val="24"/>
  </w:num>
  <w:num w:numId="11" w16cid:durableId="1681465129">
    <w:abstractNumId w:val="12"/>
  </w:num>
  <w:num w:numId="12" w16cid:durableId="508327761">
    <w:abstractNumId w:val="15"/>
  </w:num>
  <w:num w:numId="13" w16cid:durableId="2060936454">
    <w:abstractNumId w:val="40"/>
  </w:num>
  <w:num w:numId="14" w16cid:durableId="825588559">
    <w:abstractNumId w:val="35"/>
  </w:num>
  <w:num w:numId="15" w16cid:durableId="1228570476">
    <w:abstractNumId w:val="20"/>
  </w:num>
  <w:num w:numId="16" w16cid:durableId="1497839805">
    <w:abstractNumId w:val="38"/>
  </w:num>
  <w:num w:numId="17" w16cid:durableId="1701081081">
    <w:abstractNumId w:val="42"/>
  </w:num>
  <w:num w:numId="18" w16cid:durableId="823164137">
    <w:abstractNumId w:val="30"/>
  </w:num>
  <w:num w:numId="19" w16cid:durableId="557975129">
    <w:abstractNumId w:val="19"/>
  </w:num>
  <w:num w:numId="20" w16cid:durableId="14037365">
    <w:abstractNumId w:val="11"/>
  </w:num>
  <w:num w:numId="21" w16cid:durableId="157305067">
    <w:abstractNumId w:val="22"/>
  </w:num>
  <w:num w:numId="22" w16cid:durableId="825512585">
    <w:abstractNumId w:val="10"/>
  </w:num>
  <w:num w:numId="23" w16cid:durableId="579825505">
    <w:abstractNumId w:val="21"/>
  </w:num>
  <w:num w:numId="24" w16cid:durableId="28654406">
    <w:abstractNumId w:val="17"/>
  </w:num>
  <w:num w:numId="25" w16cid:durableId="528109788">
    <w:abstractNumId w:val="28"/>
  </w:num>
  <w:num w:numId="26" w16cid:durableId="716658853">
    <w:abstractNumId w:val="39"/>
  </w:num>
  <w:num w:numId="27" w16cid:durableId="1789425253">
    <w:abstractNumId w:val="36"/>
  </w:num>
  <w:num w:numId="28" w16cid:durableId="873343016">
    <w:abstractNumId w:val="26"/>
  </w:num>
  <w:num w:numId="29" w16cid:durableId="1546602486">
    <w:abstractNumId w:val="43"/>
  </w:num>
  <w:num w:numId="30" w16cid:durableId="1304240939">
    <w:abstractNumId w:val="34"/>
  </w:num>
  <w:num w:numId="31" w16cid:durableId="445083556">
    <w:abstractNumId w:val="27"/>
  </w:num>
  <w:num w:numId="32" w16cid:durableId="817914364">
    <w:abstractNumId w:val="29"/>
  </w:num>
  <w:num w:numId="33" w16cid:durableId="1553881686">
    <w:abstractNumId w:val="32"/>
  </w:num>
  <w:num w:numId="34" w16cid:durableId="678780044">
    <w:abstractNumId w:val="23"/>
  </w:num>
  <w:num w:numId="35" w16cid:durableId="1744569161">
    <w:abstractNumId w:val="13"/>
  </w:num>
  <w:num w:numId="36" w16cid:durableId="1834760328">
    <w:abstractNumId w:val="37"/>
  </w:num>
  <w:num w:numId="37" w16cid:durableId="657348659">
    <w:abstractNumId w:val="41"/>
  </w:num>
  <w:num w:numId="38" w16cid:durableId="1615793411">
    <w:abstractNumId w:val="33"/>
  </w:num>
  <w:num w:numId="39" w16cid:durableId="171535000">
    <w:abstractNumId w:val="16"/>
  </w:num>
  <w:num w:numId="40" w16cid:durableId="1315069150">
    <w:abstractNumId w:val="9"/>
  </w:num>
  <w:num w:numId="41" w16cid:durableId="176580141">
    <w:abstractNumId w:val="18"/>
  </w:num>
  <w:num w:numId="42" w16cid:durableId="468405073">
    <w:abstractNumId w:val="14"/>
  </w:num>
  <w:num w:numId="43" w16cid:durableId="2126850001">
    <w:abstractNumId w:val="25"/>
  </w:num>
  <w:num w:numId="44" w16cid:durableId="81996320">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6063C"/>
    <w:rsid w:val="00072D81"/>
    <w:rsid w:val="00085BDE"/>
    <w:rsid w:val="0015074B"/>
    <w:rsid w:val="00186AE8"/>
    <w:rsid w:val="0029639D"/>
    <w:rsid w:val="00326F90"/>
    <w:rsid w:val="003A309F"/>
    <w:rsid w:val="005463BD"/>
    <w:rsid w:val="00571D8B"/>
    <w:rsid w:val="006A5AA2"/>
    <w:rsid w:val="007467B7"/>
    <w:rsid w:val="00774E29"/>
    <w:rsid w:val="007A4A95"/>
    <w:rsid w:val="00811987"/>
    <w:rsid w:val="008D7FB3"/>
    <w:rsid w:val="009855D2"/>
    <w:rsid w:val="00AA1D8D"/>
    <w:rsid w:val="00B47730"/>
    <w:rsid w:val="00C030F1"/>
    <w:rsid w:val="00C158BC"/>
    <w:rsid w:val="00CB0664"/>
    <w:rsid w:val="00CC2DEE"/>
    <w:rsid w:val="00D96C18"/>
    <w:rsid w:val="00DA5751"/>
    <w:rsid w:val="00DB37BF"/>
    <w:rsid w:val="00FA2E4D"/>
    <w:rsid w:val="00FC693F"/>
    <w:rsid w:val="00FC7255"/>
    <w:rsid w:val="00FE11E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4CCB977"/>
  <w14:defaultImageDpi w14:val="300"/>
  <w15:docId w15:val="{3FFB2C8A-CE99-4A39-869A-BAF1B542D6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pPr>
      <w:spacing w:line="480" w:lineRule="auto"/>
    </w:pPr>
    <w:rPr>
      <w:rFonts w:ascii="Times New Roman" w:hAnsi="Times New Roman"/>
      <w:sz w:val="24"/>
    </w:rPr>
  </w:style>
  <w:style w:type="paragraph" w:styleId="Ttulo1">
    <w:name w:val="heading 1"/>
    <w:basedOn w:val="Normal"/>
    <w:next w:val="Normal"/>
    <w:link w:val="Ttulo1C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Ttulo9">
    <w:name w:val="heading 9"/>
    <w:basedOn w:val="Normal"/>
    <w:next w:val="Normal"/>
    <w:link w:val="Ttulo9C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618BF"/>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E618BF"/>
  </w:style>
  <w:style w:type="paragraph" w:styleId="Piedepgina">
    <w:name w:val="footer"/>
    <w:basedOn w:val="Normal"/>
    <w:link w:val="PiedepginaCar"/>
    <w:uiPriority w:val="99"/>
    <w:unhideWhenUsed/>
    <w:rsid w:val="00E618BF"/>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E618BF"/>
  </w:style>
  <w:style w:type="paragraph" w:styleId="Sinespaciado">
    <w:name w:val="No Spacing"/>
    <w:uiPriority w:val="1"/>
    <w:qFormat/>
    <w:rsid w:val="00FC693F"/>
    <w:pPr>
      <w:spacing w:after="0" w:line="240" w:lineRule="auto"/>
    </w:pPr>
  </w:style>
  <w:style w:type="character" w:customStyle="1" w:styleId="Ttulo1Car">
    <w:name w:val="Título 1 Car"/>
    <w:basedOn w:val="Fuentedeprrafopredeter"/>
    <w:link w:val="Ttulo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FC693F"/>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FC693F"/>
    <w:rPr>
      <w:rFonts w:asciiTheme="majorHAnsi" w:eastAsiaTheme="majorEastAsia" w:hAnsiTheme="majorHAnsi" w:cstheme="majorBidi"/>
      <w:b/>
      <w:bCs/>
      <w:color w:val="4F81BD" w:themeColor="accent1"/>
    </w:rPr>
  </w:style>
  <w:style w:type="paragraph" w:styleId="Ttulo">
    <w:name w:val="Title"/>
    <w:basedOn w:val="Normal"/>
    <w:next w:val="Normal"/>
    <w:link w:val="TtuloC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tulo">
    <w:name w:val="Subtitle"/>
    <w:basedOn w:val="Normal"/>
    <w:next w:val="Normal"/>
    <w:link w:val="SubttuloCar"/>
    <w:uiPriority w:val="11"/>
    <w:qFormat/>
    <w:rsid w:val="00FC693F"/>
    <w:pPr>
      <w:numPr>
        <w:ilvl w:val="1"/>
      </w:numPr>
    </w:pPr>
    <w:rPr>
      <w:rFonts w:asciiTheme="majorHAnsi" w:eastAsiaTheme="majorEastAsia" w:hAnsiTheme="majorHAnsi" w:cstheme="majorBidi"/>
      <w:i/>
      <w:iCs/>
      <w:color w:val="4F81BD" w:themeColor="accent1"/>
      <w:spacing w:val="15"/>
      <w:szCs w:val="24"/>
    </w:rPr>
  </w:style>
  <w:style w:type="character" w:customStyle="1" w:styleId="SubttuloCar">
    <w:name w:val="Subtítulo Car"/>
    <w:basedOn w:val="Fuentedeprrafopredeter"/>
    <w:link w:val="Subttulo"/>
    <w:uiPriority w:val="11"/>
    <w:rsid w:val="00FC693F"/>
    <w:rPr>
      <w:rFonts w:asciiTheme="majorHAnsi" w:eastAsiaTheme="majorEastAsia" w:hAnsiTheme="majorHAnsi" w:cstheme="majorBidi"/>
      <w:i/>
      <w:iCs/>
      <w:color w:val="4F81BD" w:themeColor="accent1"/>
      <w:spacing w:val="15"/>
      <w:sz w:val="24"/>
      <w:szCs w:val="24"/>
    </w:rPr>
  </w:style>
  <w:style w:type="paragraph" w:styleId="Prrafodelista">
    <w:name w:val="List Paragraph"/>
    <w:basedOn w:val="Normal"/>
    <w:uiPriority w:val="34"/>
    <w:qFormat/>
    <w:rsid w:val="00FC693F"/>
    <w:pPr>
      <w:ind w:left="720"/>
      <w:contextualSpacing/>
    </w:pPr>
  </w:style>
  <w:style w:type="paragraph" w:styleId="Textoindependiente">
    <w:name w:val="Body Text"/>
    <w:basedOn w:val="Normal"/>
    <w:link w:val="TextoindependienteCar"/>
    <w:uiPriority w:val="99"/>
    <w:unhideWhenUsed/>
    <w:rsid w:val="00AA1D8D"/>
    <w:pPr>
      <w:spacing w:after="120"/>
    </w:pPr>
  </w:style>
  <w:style w:type="character" w:customStyle="1" w:styleId="TextoindependienteCar">
    <w:name w:val="Texto independiente Car"/>
    <w:basedOn w:val="Fuentedeprrafopredeter"/>
    <w:link w:val="Textoindependiente"/>
    <w:uiPriority w:val="99"/>
    <w:rsid w:val="00AA1D8D"/>
  </w:style>
  <w:style w:type="paragraph" w:styleId="Textoindependiente2">
    <w:name w:val="Body Text 2"/>
    <w:basedOn w:val="Normal"/>
    <w:link w:val="Textoindependiente2Car"/>
    <w:uiPriority w:val="99"/>
    <w:unhideWhenUsed/>
    <w:rsid w:val="00AA1D8D"/>
    <w:pPr>
      <w:spacing w:after="120"/>
    </w:pPr>
  </w:style>
  <w:style w:type="character" w:customStyle="1" w:styleId="Textoindependiente2Car">
    <w:name w:val="Texto independiente 2 Car"/>
    <w:basedOn w:val="Fuentedeprrafopredeter"/>
    <w:link w:val="Textoindependiente2"/>
    <w:uiPriority w:val="99"/>
    <w:rsid w:val="00AA1D8D"/>
  </w:style>
  <w:style w:type="paragraph" w:styleId="Textoindependiente3">
    <w:name w:val="Body Text 3"/>
    <w:basedOn w:val="Normal"/>
    <w:link w:val="Textoindependiente3Car"/>
    <w:uiPriority w:val="99"/>
    <w:unhideWhenUsed/>
    <w:rsid w:val="00AA1D8D"/>
    <w:pPr>
      <w:spacing w:after="120"/>
    </w:pPr>
    <w:rPr>
      <w:sz w:val="16"/>
      <w:szCs w:val="16"/>
    </w:rPr>
  </w:style>
  <w:style w:type="character" w:customStyle="1" w:styleId="Textoindependiente3Car">
    <w:name w:val="Texto independiente 3 Car"/>
    <w:basedOn w:val="Fuentedeprrafopredeter"/>
    <w:link w:val="Textoindependiente3"/>
    <w:uiPriority w:val="99"/>
    <w:rsid w:val="00AA1D8D"/>
    <w:rPr>
      <w:sz w:val="16"/>
      <w:szCs w:val="16"/>
    </w:rPr>
  </w:style>
  <w:style w:type="paragraph" w:styleId="Lista">
    <w:name w:val="List"/>
    <w:basedOn w:val="Normal"/>
    <w:uiPriority w:val="99"/>
    <w:unhideWhenUsed/>
    <w:rsid w:val="00AA1D8D"/>
    <w:pPr>
      <w:ind w:left="360" w:hanging="360"/>
      <w:contextualSpacing/>
    </w:pPr>
  </w:style>
  <w:style w:type="paragraph" w:styleId="Lista2">
    <w:name w:val="List 2"/>
    <w:basedOn w:val="Normal"/>
    <w:uiPriority w:val="99"/>
    <w:unhideWhenUsed/>
    <w:rsid w:val="00326F90"/>
    <w:pPr>
      <w:ind w:left="720" w:hanging="360"/>
      <w:contextualSpacing/>
    </w:pPr>
  </w:style>
  <w:style w:type="paragraph" w:styleId="Lista3">
    <w:name w:val="List 3"/>
    <w:basedOn w:val="Normal"/>
    <w:uiPriority w:val="99"/>
    <w:unhideWhenUsed/>
    <w:rsid w:val="00326F90"/>
    <w:pPr>
      <w:ind w:left="1080" w:hanging="360"/>
      <w:contextualSpacing/>
    </w:pPr>
  </w:style>
  <w:style w:type="paragraph" w:styleId="Listaconvietas">
    <w:name w:val="List Bullet"/>
    <w:basedOn w:val="Normal"/>
    <w:uiPriority w:val="99"/>
    <w:unhideWhenUsed/>
    <w:rsid w:val="00326F90"/>
    <w:pPr>
      <w:numPr>
        <w:numId w:val="1"/>
      </w:numPr>
      <w:contextualSpacing/>
    </w:pPr>
  </w:style>
  <w:style w:type="paragraph" w:styleId="Listaconvietas2">
    <w:name w:val="List Bullet 2"/>
    <w:basedOn w:val="Normal"/>
    <w:uiPriority w:val="99"/>
    <w:unhideWhenUsed/>
    <w:rsid w:val="00326F90"/>
    <w:pPr>
      <w:numPr>
        <w:numId w:val="2"/>
      </w:numPr>
      <w:contextualSpacing/>
    </w:pPr>
  </w:style>
  <w:style w:type="paragraph" w:styleId="Listaconvietas3">
    <w:name w:val="List Bullet 3"/>
    <w:basedOn w:val="Normal"/>
    <w:uiPriority w:val="99"/>
    <w:unhideWhenUsed/>
    <w:rsid w:val="00326F90"/>
    <w:pPr>
      <w:numPr>
        <w:numId w:val="3"/>
      </w:numPr>
      <w:contextualSpacing/>
    </w:pPr>
  </w:style>
  <w:style w:type="paragraph" w:styleId="Listaconnmeros">
    <w:name w:val="List Number"/>
    <w:basedOn w:val="Normal"/>
    <w:uiPriority w:val="99"/>
    <w:unhideWhenUsed/>
    <w:rsid w:val="00326F90"/>
    <w:pPr>
      <w:numPr>
        <w:numId w:val="5"/>
      </w:numPr>
      <w:contextualSpacing/>
    </w:pPr>
  </w:style>
  <w:style w:type="paragraph" w:styleId="Listaconnmeros2">
    <w:name w:val="List Number 2"/>
    <w:basedOn w:val="Normal"/>
    <w:uiPriority w:val="99"/>
    <w:unhideWhenUsed/>
    <w:rsid w:val="0029639D"/>
    <w:pPr>
      <w:numPr>
        <w:numId w:val="6"/>
      </w:numPr>
      <w:contextualSpacing/>
    </w:pPr>
  </w:style>
  <w:style w:type="paragraph" w:styleId="Listaconnmeros3">
    <w:name w:val="List Number 3"/>
    <w:basedOn w:val="Normal"/>
    <w:uiPriority w:val="99"/>
    <w:unhideWhenUsed/>
    <w:rsid w:val="0029639D"/>
    <w:pPr>
      <w:numPr>
        <w:numId w:val="7"/>
      </w:numPr>
      <w:contextualSpacing/>
    </w:pPr>
  </w:style>
  <w:style w:type="paragraph" w:styleId="Continuarlista">
    <w:name w:val="List Continue"/>
    <w:basedOn w:val="Normal"/>
    <w:uiPriority w:val="99"/>
    <w:unhideWhenUsed/>
    <w:rsid w:val="0029639D"/>
    <w:pPr>
      <w:spacing w:after="120"/>
      <w:ind w:left="360"/>
      <w:contextualSpacing/>
    </w:pPr>
  </w:style>
  <w:style w:type="paragraph" w:styleId="Continuarlista2">
    <w:name w:val="List Continue 2"/>
    <w:basedOn w:val="Normal"/>
    <w:uiPriority w:val="99"/>
    <w:unhideWhenUsed/>
    <w:rsid w:val="0029639D"/>
    <w:pPr>
      <w:spacing w:after="120"/>
      <w:ind w:left="720"/>
      <w:contextualSpacing/>
    </w:pPr>
  </w:style>
  <w:style w:type="paragraph" w:styleId="Continuarlista3">
    <w:name w:val="List Continue 3"/>
    <w:basedOn w:val="Normal"/>
    <w:uiPriority w:val="99"/>
    <w:unhideWhenUsed/>
    <w:rsid w:val="0029639D"/>
    <w:pPr>
      <w:spacing w:after="120"/>
      <w:ind w:left="1080"/>
      <w:contextualSpacing/>
    </w:pPr>
  </w:style>
  <w:style w:type="paragraph" w:styleId="Textomacro">
    <w:name w:val="macro"/>
    <w:link w:val="TextomacroC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TextomacroCar">
    <w:name w:val="Texto macro Car"/>
    <w:basedOn w:val="Fuentedeprrafopredeter"/>
    <w:link w:val="Textomacro"/>
    <w:uiPriority w:val="99"/>
    <w:rsid w:val="0029639D"/>
    <w:rPr>
      <w:rFonts w:ascii="Courier" w:hAnsi="Courier"/>
      <w:sz w:val="20"/>
      <w:szCs w:val="20"/>
    </w:rPr>
  </w:style>
  <w:style w:type="paragraph" w:styleId="Cita">
    <w:name w:val="Quote"/>
    <w:basedOn w:val="Normal"/>
    <w:next w:val="Normal"/>
    <w:link w:val="CitaCar"/>
    <w:uiPriority w:val="29"/>
    <w:qFormat/>
    <w:rsid w:val="00FC693F"/>
    <w:rPr>
      <w:i/>
      <w:iCs/>
      <w:color w:val="000000" w:themeColor="text1"/>
    </w:rPr>
  </w:style>
  <w:style w:type="character" w:customStyle="1" w:styleId="CitaCar">
    <w:name w:val="Cita Car"/>
    <w:basedOn w:val="Fuentedeprrafopredeter"/>
    <w:link w:val="Cita"/>
    <w:uiPriority w:val="29"/>
    <w:rsid w:val="00FC693F"/>
    <w:rPr>
      <w:i/>
      <w:iCs/>
      <w:color w:val="000000" w:themeColor="text1"/>
    </w:rPr>
  </w:style>
  <w:style w:type="character" w:customStyle="1" w:styleId="Ttulo4Car">
    <w:name w:val="Título 4 Car"/>
    <w:basedOn w:val="Fuentedeprrafopredeter"/>
    <w:link w:val="Ttulo4"/>
    <w:uiPriority w:val="9"/>
    <w:semiHidden/>
    <w:rsid w:val="00FC693F"/>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semiHidden/>
    <w:rsid w:val="00FC693F"/>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semiHidden/>
    <w:rsid w:val="00FC693F"/>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FC693F"/>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FC693F"/>
    <w:rPr>
      <w:rFonts w:asciiTheme="majorHAnsi" w:eastAsiaTheme="majorEastAsia" w:hAnsiTheme="majorHAnsi" w:cstheme="majorBidi"/>
      <w:color w:val="4F81BD" w:themeColor="accent1"/>
      <w:sz w:val="20"/>
      <w:szCs w:val="20"/>
    </w:rPr>
  </w:style>
  <w:style w:type="character" w:customStyle="1" w:styleId="Ttulo9Car">
    <w:name w:val="Título 9 Car"/>
    <w:basedOn w:val="Fuentedeprrafopredeter"/>
    <w:link w:val="Ttulo9"/>
    <w:uiPriority w:val="9"/>
    <w:semiHidden/>
    <w:rsid w:val="00FC693F"/>
    <w:rPr>
      <w:rFonts w:asciiTheme="majorHAnsi" w:eastAsiaTheme="majorEastAsia" w:hAnsiTheme="majorHAnsi" w:cstheme="majorBidi"/>
      <w:i/>
      <w:iCs/>
      <w:color w:val="404040" w:themeColor="text1" w:themeTint="BF"/>
      <w:sz w:val="20"/>
      <w:szCs w:val="20"/>
    </w:rPr>
  </w:style>
  <w:style w:type="paragraph" w:styleId="Descripci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Textoennegrita">
    <w:name w:val="Strong"/>
    <w:basedOn w:val="Fuentedeprrafopredeter"/>
    <w:uiPriority w:val="22"/>
    <w:qFormat/>
    <w:rsid w:val="00FC693F"/>
    <w:rPr>
      <w:b/>
      <w:bCs/>
    </w:rPr>
  </w:style>
  <w:style w:type="character" w:styleId="nfasis">
    <w:name w:val="Emphasis"/>
    <w:basedOn w:val="Fuentedeprrafopredeter"/>
    <w:uiPriority w:val="20"/>
    <w:qFormat/>
    <w:rsid w:val="00FC693F"/>
    <w:rPr>
      <w:i/>
      <w:iCs/>
    </w:rPr>
  </w:style>
  <w:style w:type="paragraph" w:styleId="Citadestacada">
    <w:name w:val="Intense Quote"/>
    <w:basedOn w:val="Normal"/>
    <w:next w:val="Normal"/>
    <w:link w:val="CitadestacadaC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FC693F"/>
    <w:rPr>
      <w:b/>
      <w:bCs/>
      <w:i/>
      <w:iCs/>
      <w:color w:val="4F81BD" w:themeColor="accent1"/>
    </w:rPr>
  </w:style>
  <w:style w:type="character" w:styleId="nfasissutil">
    <w:name w:val="Subtle Emphasis"/>
    <w:basedOn w:val="Fuentedeprrafopredeter"/>
    <w:uiPriority w:val="19"/>
    <w:qFormat/>
    <w:rsid w:val="00FC693F"/>
    <w:rPr>
      <w:i/>
      <w:iCs/>
      <w:color w:val="808080" w:themeColor="text1" w:themeTint="7F"/>
    </w:rPr>
  </w:style>
  <w:style w:type="character" w:styleId="nfasisintenso">
    <w:name w:val="Intense Emphasis"/>
    <w:basedOn w:val="Fuentedeprrafopredeter"/>
    <w:uiPriority w:val="21"/>
    <w:qFormat/>
    <w:rsid w:val="00FC693F"/>
    <w:rPr>
      <w:b/>
      <w:bCs/>
      <w:i/>
      <w:iCs/>
      <w:color w:val="4F81BD" w:themeColor="accent1"/>
    </w:rPr>
  </w:style>
  <w:style w:type="character" w:styleId="Referenciasutil">
    <w:name w:val="Subtle Reference"/>
    <w:basedOn w:val="Fuentedeprrafopredeter"/>
    <w:uiPriority w:val="31"/>
    <w:qFormat/>
    <w:rsid w:val="00FC693F"/>
    <w:rPr>
      <w:smallCaps/>
      <w:color w:val="C0504D" w:themeColor="accent2"/>
      <w:u w:val="single"/>
    </w:rPr>
  </w:style>
  <w:style w:type="character" w:styleId="Referenciaintensa">
    <w:name w:val="Intense Reference"/>
    <w:basedOn w:val="Fuentedeprrafopredeter"/>
    <w:uiPriority w:val="32"/>
    <w:qFormat/>
    <w:rsid w:val="00FC693F"/>
    <w:rPr>
      <w:b/>
      <w:bCs/>
      <w:smallCaps/>
      <w:color w:val="C0504D" w:themeColor="accent2"/>
      <w:spacing w:val="5"/>
      <w:u w:val="single"/>
    </w:rPr>
  </w:style>
  <w:style w:type="character" w:styleId="Ttulodellibro">
    <w:name w:val="Book Title"/>
    <w:basedOn w:val="Fuentedeprrafopredeter"/>
    <w:uiPriority w:val="33"/>
    <w:qFormat/>
    <w:rsid w:val="00FC693F"/>
    <w:rPr>
      <w:b/>
      <w:bCs/>
      <w:smallCaps/>
      <w:spacing w:val="5"/>
    </w:rPr>
  </w:style>
  <w:style w:type="paragraph" w:styleId="TtuloTDC">
    <w:name w:val="TOC Heading"/>
    <w:basedOn w:val="Ttulo1"/>
    <w:next w:val="Normal"/>
    <w:uiPriority w:val="39"/>
    <w:semiHidden/>
    <w:unhideWhenUsed/>
    <w:qFormat/>
    <w:rsid w:val="00FC693F"/>
    <w:pPr>
      <w:outlineLvl w:val="9"/>
    </w:pPr>
  </w:style>
  <w:style w:type="table" w:styleId="Tablaconcuadrcula">
    <w:name w:val="Table Grid"/>
    <w:basedOn w:val="Tabla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
    <w:name w:val="Light Shading"/>
    <w:basedOn w:val="Tabla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claro-nfasis2">
    <w:name w:val="Light Shading Accent 2"/>
    <w:basedOn w:val="Tabla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ombreadoclaro-nfasis3">
    <w:name w:val="Light Shading Accent 3"/>
    <w:basedOn w:val="Tabla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doclaro-nfasis4">
    <w:name w:val="Light Shading Accent 4"/>
    <w:basedOn w:val="Tabla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ombreadoclaro-nfasis5">
    <w:name w:val="Light Shading Accent 5"/>
    <w:basedOn w:val="Tabla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ombreadoclaro-nfasis6">
    <w:name w:val="Light Shading Accent 6"/>
    <w:basedOn w:val="Tabla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staclara">
    <w:name w:val="Light List"/>
    <w:basedOn w:val="Tabla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aclara-nfasis1">
    <w:name w:val="Light List Accent 1"/>
    <w:basedOn w:val="Tabla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staclara-nfasis2">
    <w:name w:val="Light List Accent 2"/>
    <w:basedOn w:val="Tabla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staclara-nfasis3">
    <w:name w:val="Light List Accent 3"/>
    <w:basedOn w:val="Tabla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aclara-nfasis4">
    <w:name w:val="Light List Accent 4"/>
    <w:basedOn w:val="Tabla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staclara-nfasis5">
    <w:name w:val="Light List Accent 5"/>
    <w:basedOn w:val="Tabla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staclara-nfasis6">
    <w:name w:val="Light List Accent 6"/>
    <w:basedOn w:val="Tabla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Cuadrculaclara">
    <w:name w:val="Light Grid"/>
    <w:basedOn w:val="Tabla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Cuadrculaclara-nfasis1">
    <w:name w:val="Light Grid Accent 1"/>
    <w:basedOn w:val="Tabla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Cuadrculaclara-nfasis2">
    <w:name w:val="Light Grid Accent 2"/>
    <w:basedOn w:val="Tabla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Cuadrculaclara-nfasis3">
    <w:name w:val="Light Grid Accent 3"/>
    <w:basedOn w:val="Tabla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Cuadrculaclara-nfasis4">
    <w:name w:val="Light Grid Accent 4"/>
    <w:basedOn w:val="Tabla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Cuadrculaclara-nfasis5">
    <w:name w:val="Light Grid Accent 5"/>
    <w:basedOn w:val="Tabla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Cuadrculaclara-nfasis6">
    <w:name w:val="Light Grid Accent 6"/>
    <w:basedOn w:val="Tabla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ombreadomedio1">
    <w:name w:val="Medium Shading 1"/>
    <w:basedOn w:val="Tabla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1-nfasis1">
    <w:name w:val="Medium Shading 1 Accent 1"/>
    <w:basedOn w:val="Tabla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ombreadomedio1-nfasis2">
    <w:name w:val="Medium Shading 1 Accent 2"/>
    <w:basedOn w:val="Tabla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ombreadomedio1-nfasis3">
    <w:name w:val="Medium Shading 1 Accent 3"/>
    <w:basedOn w:val="Tabla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ombreadomedio1-nfasis4">
    <w:name w:val="Medium Shading 1 Accent 4"/>
    <w:basedOn w:val="Tabla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ombreadomedio1-nfasis5">
    <w:name w:val="Medium Shading 1 Accent 5"/>
    <w:basedOn w:val="Tabla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ombreadomedio1-nfasis6">
    <w:name w:val="Medium Shading 1 Accent 6"/>
    <w:basedOn w:val="Tabla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1">
    <w:name w:val="Medium Shading 2 Accent 1"/>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2">
    <w:name w:val="Medium Shading 2 Accent 2"/>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3">
    <w:name w:val="Medium Shading 2 Accent 3"/>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4">
    <w:name w:val="Medium Shading 2 Accent 4"/>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5">
    <w:name w:val="Medium Shading 2 Accent 5"/>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6">
    <w:name w:val="Medium Shading 2 Accent 6"/>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edia1">
    <w:name w:val="Medium List 1"/>
    <w:basedOn w:val="Tabla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amedia1-nfasis1">
    <w:name w:val="Medium List 1 Accent 1"/>
    <w:basedOn w:val="Tabla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Listamedia1-nfasis2">
    <w:name w:val="Medium List 1 Accent 2"/>
    <w:basedOn w:val="Tabla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Listamedia1-nfasis3">
    <w:name w:val="Medium List 1 Accent 3"/>
    <w:basedOn w:val="Tabla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Listamedia1-nfasis4">
    <w:name w:val="Medium List 1 Accent 4"/>
    <w:basedOn w:val="Tabla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Listamedia1-nfasis5">
    <w:name w:val="Medium List 1 Accent 5"/>
    <w:basedOn w:val="Tabla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Listamedia1-nfasis6">
    <w:name w:val="Medium List 1 Accent 6"/>
    <w:basedOn w:val="Tabla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Listamedia2">
    <w:name w:val="Medium List 2"/>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1">
    <w:name w:val="Medium List 2 Accent 1"/>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2">
    <w:name w:val="Medium List 2 Accent 2"/>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3">
    <w:name w:val="Medium List 2 Accent 3"/>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4">
    <w:name w:val="Medium List 2 Accent 4"/>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5">
    <w:name w:val="Medium List 2 Accent 5"/>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6">
    <w:name w:val="Medium List 2 Accent 6"/>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Cuadrculamedia1">
    <w:name w:val="Medium Grid 1"/>
    <w:basedOn w:val="Tabla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media1-nfasis1">
    <w:name w:val="Medium Grid 1 Accent 1"/>
    <w:basedOn w:val="Tabla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media1-nfasis2">
    <w:name w:val="Medium Grid 1 Accent 2"/>
    <w:basedOn w:val="Tabla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media1-nfasis3">
    <w:name w:val="Medium Grid 1 Accent 3"/>
    <w:basedOn w:val="Tabla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uadrculamedia1-nfasis4">
    <w:name w:val="Medium Grid 1 Accent 4"/>
    <w:basedOn w:val="Tabla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uadrculamedia1-nfasis5">
    <w:name w:val="Medium Grid 1 Accent 5"/>
    <w:basedOn w:val="Tabla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uadrculamedia1-nfasis6">
    <w:name w:val="Medium Grid 1 Accent 6"/>
    <w:basedOn w:val="Tabla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uadrculamedia2">
    <w:name w:val="Medium Grid 2"/>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Cuadrculamedia2-nfasis1">
    <w:name w:val="Medium Grid 2 Accent 1"/>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Cuadrculamedia2-nfasis2">
    <w:name w:val="Medium Grid 2 Accent 2"/>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Cuadrculamedia2-nfasis3">
    <w:name w:val="Medium Grid 2 Accent 3"/>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Cuadrculamedia2-nfasis4">
    <w:name w:val="Medium Grid 2 Accent 4"/>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Cuadrculamedia2-nfasis5">
    <w:name w:val="Medium Grid 2 Accent 5"/>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Cuadrculamedia2-nfasis6">
    <w:name w:val="Medium Grid 2 Accent 6"/>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Cuadrculamedia3">
    <w:name w:val="Medium Grid 3"/>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Cuadrculamedia3-nfasis1">
    <w:name w:val="Medium Grid 3 Accent 1"/>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Cuadrculamedia3-nfasis2">
    <w:name w:val="Medium Grid 3 Accent 2"/>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Cuadrculamedia3-nfasis3">
    <w:name w:val="Medium Grid 3 Accent 3"/>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Cuadrculamedia3-nfasis4">
    <w:name w:val="Medium Grid 3 Accent 4"/>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Cuadrculamedia3-nfasis5">
    <w:name w:val="Medium Grid 3 Accent 5"/>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Cuadrculamedia3-nfasis6">
    <w:name w:val="Medium Grid 3 Accent 6"/>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Listaoscura">
    <w:name w:val="Dark List"/>
    <w:basedOn w:val="Tabla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aoscura-nfasis1">
    <w:name w:val="Dark List Accent 1"/>
    <w:basedOn w:val="Tabla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Listaoscura-nfasis2">
    <w:name w:val="Dark List Accent 2"/>
    <w:basedOn w:val="Tabla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Listaoscura-nfasis3">
    <w:name w:val="Dark List Accent 3"/>
    <w:basedOn w:val="Tabla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Listaoscura-nfasis4">
    <w:name w:val="Dark List Accent 4"/>
    <w:basedOn w:val="Tabla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Listaoscura-nfasis5">
    <w:name w:val="Dark List Accent 5"/>
    <w:basedOn w:val="Tabla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Listaoscura-nfasis6">
    <w:name w:val="Dark List Accent 6"/>
    <w:basedOn w:val="Tabla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Sombreadovistoso">
    <w:name w:val="Colorful Shading"/>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ombreadovistoso-nfasis1">
    <w:name w:val="Colorful Shading Accent 1"/>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Sombreadovistoso-nfasis2">
    <w:name w:val="Colorful Shading Accent 2"/>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Sombreadovistoso-nfasis3">
    <w:name w:val="Colorful Shading Accent 3"/>
    <w:basedOn w:val="Tabla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Sombreadovistoso-nfasis4">
    <w:name w:val="Colorful Shading Accent 4"/>
    <w:basedOn w:val="Tabla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Sombreadovistoso-nfasis5">
    <w:name w:val="Colorful Shading Accent 5"/>
    <w:basedOn w:val="Tabla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Sombreadovistoso-nfasis6">
    <w:name w:val="Colorful Shading Accent 6"/>
    <w:basedOn w:val="Tabla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Listavistosa">
    <w:name w:val="Colorful List"/>
    <w:basedOn w:val="Tabla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avistosa-nfasis1">
    <w:name w:val="Colorful List Accent 1"/>
    <w:basedOn w:val="Tabla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Listavistosa-nfasis2">
    <w:name w:val="Colorful List Accent 2"/>
    <w:basedOn w:val="Tabla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Listavistosa-nfasis3">
    <w:name w:val="Colorful List Accent 3"/>
    <w:basedOn w:val="Tabla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Listavistosa-nfasis4">
    <w:name w:val="Colorful List Accent 4"/>
    <w:basedOn w:val="Tabla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stavistosa-nfasis5">
    <w:name w:val="Colorful List Accent 5"/>
    <w:basedOn w:val="Tabla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Listavistosa-nfasis6">
    <w:name w:val="Colorful List Accent 6"/>
    <w:basedOn w:val="Tabla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uadrculavistosa">
    <w:name w:val="Colorful Grid"/>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vistosa-nfasis1">
    <w:name w:val="Colorful Grid Accent 1"/>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vistosa-nfasis2">
    <w:name w:val="Colorful Grid Accent 2"/>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vistosa-nfasis3">
    <w:name w:val="Colorful Grid Accent 3"/>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uadrculavistosa-nfasis4">
    <w:name w:val="Colorful Grid Accent 4"/>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uadrculavistosa-nfasis5">
    <w:name w:val="Colorful Grid Accent 5"/>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uadrculavistosa-nfasis6">
    <w:name w:val="Colorful Grid Accent 6"/>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NormalWeb">
    <w:name w:val="Normal (Web)"/>
    <w:basedOn w:val="Normal"/>
    <w:uiPriority w:val="99"/>
    <w:semiHidden/>
    <w:unhideWhenUsed/>
    <w:rsid w:val="007A4A95"/>
    <w:rPr>
      <w:rFonts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12080">
      <w:bodyDiv w:val="1"/>
      <w:marLeft w:val="0"/>
      <w:marRight w:val="0"/>
      <w:marTop w:val="0"/>
      <w:marBottom w:val="0"/>
      <w:divBdr>
        <w:top w:val="none" w:sz="0" w:space="0" w:color="auto"/>
        <w:left w:val="none" w:sz="0" w:space="0" w:color="auto"/>
        <w:bottom w:val="none" w:sz="0" w:space="0" w:color="auto"/>
        <w:right w:val="none" w:sz="0" w:space="0" w:color="auto"/>
      </w:divBdr>
    </w:div>
    <w:div w:id="157813634">
      <w:bodyDiv w:val="1"/>
      <w:marLeft w:val="0"/>
      <w:marRight w:val="0"/>
      <w:marTop w:val="0"/>
      <w:marBottom w:val="0"/>
      <w:divBdr>
        <w:top w:val="none" w:sz="0" w:space="0" w:color="auto"/>
        <w:left w:val="none" w:sz="0" w:space="0" w:color="auto"/>
        <w:bottom w:val="none" w:sz="0" w:space="0" w:color="auto"/>
        <w:right w:val="none" w:sz="0" w:space="0" w:color="auto"/>
      </w:divBdr>
    </w:div>
    <w:div w:id="312758591">
      <w:bodyDiv w:val="1"/>
      <w:marLeft w:val="0"/>
      <w:marRight w:val="0"/>
      <w:marTop w:val="0"/>
      <w:marBottom w:val="0"/>
      <w:divBdr>
        <w:top w:val="none" w:sz="0" w:space="0" w:color="auto"/>
        <w:left w:val="none" w:sz="0" w:space="0" w:color="auto"/>
        <w:bottom w:val="none" w:sz="0" w:space="0" w:color="auto"/>
        <w:right w:val="none" w:sz="0" w:space="0" w:color="auto"/>
      </w:divBdr>
    </w:div>
    <w:div w:id="342243411">
      <w:bodyDiv w:val="1"/>
      <w:marLeft w:val="0"/>
      <w:marRight w:val="0"/>
      <w:marTop w:val="0"/>
      <w:marBottom w:val="0"/>
      <w:divBdr>
        <w:top w:val="none" w:sz="0" w:space="0" w:color="auto"/>
        <w:left w:val="none" w:sz="0" w:space="0" w:color="auto"/>
        <w:bottom w:val="none" w:sz="0" w:space="0" w:color="auto"/>
        <w:right w:val="none" w:sz="0" w:space="0" w:color="auto"/>
      </w:divBdr>
    </w:div>
    <w:div w:id="351960531">
      <w:bodyDiv w:val="1"/>
      <w:marLeft w:val="0"/>
      <w:marRight w:val="0"/>
      <w:marTop w:val="0"/>
      <w:marBottom w:val="0"/>
      <w:divBdr>
        <w:top w:val="none" w:sz="0" w:space="0" w:color="auto"/>
        <w:left w:val="none" w:sz="0" w:space="0" w:color="auto"/>
        <w:bottom w:val="none" w:sz="0" w:space="0" w:color="auto"/>
        <w:right w:val="none" w:sz="0" w:space="0" w:color="auto"/>
      </w:divBdr>
    </w:div>
    <w:div w:id="607078813">
      <w:bodyDiv w:val="1"/>
      <w:marLeft w:val="0"/>
      <w:marRight w:val="0"/>
      <w:marTop w:val="0"/>
      <w:marBottom w:val="0"/>
      <w:divBdr>
        <w:top w:val="none" w:sz="0" w:space="0" w:color="auto"/>
        <w:left w:val="none" w:sz="0" w:space="0" w:color="auto"/>
        <w:bottom w:val="none" w:sz="0" w:space="0" w:color="auto"/>
        <w:right w:val="none" w:sz="0" w:space="0" w:color="auto"/>
      </w:divBdr>
    </w:div>
    <w:div w:id="677779319">
      <w:bodyDiv w:val="1"/>
      <w:marLeft w:val="0"/>
      <w:marRight w:val="0"/>
      <w:marTop w:val="0"/>
      <w:marBottom w:val="0"/>
      <w:divBdr>
        <w:top w:val="none" w:sz="0" w:space="0" w:color="auto"/>
        <w:left w:val="none" w:sz="0" w:space="0" w:color="auto"/>
        <w:bottom w:val="none" w:sz="0" w:space="0" w:color="auto"/>
        <w:right w:val="none" w:sz="0" w:space="0" w:color="auto"/>
      </w:divBdr>
    </w:div>
    <w:div w:id="914893741">
      <w:bodyDiv w:val="1"/>
      <w:marLeft w:val="0"/>
      <w:marRight w:val="0"/>
      <w:marTop w:val="0"/>
      <w:marBottom w:val="0"/>
      <w:divBdr>
        <w:top w:val="none" w:sz="0" w:space="0" w:color="auto"/>
        <w:left w:val="none" w:sz="0" w:space="0" w:color="auto"/>
        <w:bottom w:val="none" w:sz="0" w:space="0" w:color="auto"/>
        <w:right w:val="none" w:sz="0" w:space="0" w:color="auto"/>
      </w:divBdr>
    </w:div>
    <w:div w:id="1078404190">
      <w:bodyDiv w:val="1"/>
      <w:marLeft w:val="0"/>
      <w:marRight w:val="0"/>
      <w:marTop w:val="0"/>
      <w:marBottom w:val="0"/>
      <w:divBdr>
        <w:top w:val="none" w:sz="0" w:space="0" w:color="auto"/>
        <w:left w:val="none" w:sz="0" w:space="0" w:color="auto"/>
        <w:bottom w:val="none" w:sz="0" w:space="0" w:color="auto"/>
        <w:right w:val="none" w:sz="0" w:space="0" w:color="auto"/>
      </w:divBdr>
    </w:div>
    <w:div w:id="1115253616">
      <w:bodyDiv w:val="1"/>
      <w:marLeft w:val="0"/>
      <w:marRight w:val="0"/>
      <w:marTop w:val="0"/>
      <w:marBottom w:val="0"/>
      <w:divBdr>
        <w:top w:val="none" w:sz="0" w:space="0" w:color="auto"/>
        <w:left w:val="none" w:sz="0" w:space="0" w:color="auto"/>
        <w:bottom w:val="none" w:sz="0" w:space="0" w:color="auto"/>
        <w:right w:val="none" w:sz="0" w:space="0" w:color="auto"/>
      </w:divBdr>
    </w:div>
    <w:div w:id="1189681472">
      <w:bodyDiv w:val="1"/>
      <w:marLeft w:val="0"/>
      <w:marRight w:val="0"/>
      <w:marTop w:val="0"/>
      <w:marBottom w:val="0"/>
      <w:divBdr>
        <w:top w:val="none" w:sz="0" w:space="0" w:color="auto"/>
        <w:left w:val="none" w:sz="0" w:space="0" w:color="auto"/>
        <w:bottom w:val="none" w:sz="0" w:space="0" w:color="auto"/>
        <w:right w:val="none" w:sz="0" w:space="0" w:color="auto"/>
      </w:divBdr>
    </w:div>
    <w:div w:id="1202286356">
      <w:bodyDiv w:val="1"/>
      <w:marLeft w:val="0"/>
      <w:marRight w:val="0"/>
      <w:marTop w:val="0"/>
      <w:marBottom w:val="0"/>
      <w:divBdr>
        <w:top w:val="none" w:sz="0" w:space="0" w:color="auto"/>
        <w:left w:val="none" w:sz="0" w:space="0" w:color="auto"/>
        <w:bottom w:val="none" w:sz="0" w:space="0" w:color="auto"/>
        <w:right w:val="none" w:sz="0" w:space="0" w:color="auto"/>
      </w:divBdr>
    </w:div>
    <w:div w:id="1548102942">
      <w:bodyDiv w:val="1"/>
      <w:marLeft w:val="0"/>
      <w:marRight w:val="0"/>
      <w:marTop w:val="0"/>
      <w:marBottom w:val="0"/>
      <w:divBdr>
        <w:top w:val="none" w:sz="0" w:space="0" w:color="auto"/>
        <w:left w:val="none" w:sz="0" w:space="0" w:color="auto"/>
        <w:bottom w:val="none" w:sz="0" w:space="0" w:color="auto"/>
        <w:right w:val="none" w:sz="0" w:space="0" w:color="auto"/>
      </w:divBdr>
    </w:div>
    <w:div w:id="1688943952">
      <w:bodyDiv w:val="1"/>
      <w:marLeft w:val="0"/>
      <w:marRight w:val="0"/>
      <w:marTop w:val="0"/>
      <w:marBottom w:val="0"/>
      <w:divBdr>
        <w:top w:val="none" w:sz="0" w:space="0" w:color="auto"/>
        <w:left w:val="none" w:sz="0" w:space="0" w:color="auto"/>
        <w:bottom w:val="none" w:sz="0" w:space="0" w:color="auto"/>
        <w:right w:val="none" w:sz="0" w:space="0" w:color="auto"/>
      </w:divBdr>
    </w:div>
    <w:div w:id="1995406849">
      <w:bodyDiv w:val="1"/>
      <w:marLeft w:val="0"/>
      <w:marRight w:val="0"/>
      <w:marTop w:val="0"/>
      <w:marBottom w:val="0"/>
      <w:divBdr>
        <w:top w:val="none" w:sz="0" w:space="0" w:color="auto"/>
        <w:left w:val="none" w:sz="0" w:space="0" w:color="auto"/>
        <w:bottom w:val="none" w:sz="0" w:space="0" w:color="auto"/>
        <w:right w:val="none" w:sz="0" w:space="0" w:color="auto"/>
      </w:divBdr>
    </w:div>
    <w:div w:id="1996254418">
      <w:bodyDiv w:val="1"/>
      <w:marLeft w:val="0"/>
      <w:marRight w:val="0"/>
      <w:marTop w:val="0"/>
      <w:marBottom w:val="0"/>
      <w:divBdr>
        <w:top w:val="none" w:sz="0" w:space="0" w:color="auto"/>
        <w:left w:val="none" w:sz="0" w:space="0" w:color="auto"/>
        <w:bottom w:val="none" w:sz="0" w:space="0" w:color="auto"/>
        <w:right w:val="none" w:sz="0" w:space="0" w:color="auto"/>
      </w:divBdr>
    </w:div>
    <w:div w:id="2063287063">
      <w:bodyDiv w:val="1"/>
      <w:marLeft w:val="0"/>
      <w:marRight w:val="0"/>
      <w:marTop w:val="0"/>
      <w:marBottom w:val="0"/>
      <w:divBdr>
        <w:top w:val="none" w:sz="0" w:space="0" w:color="auto"/>
        <w:left w:val="none" w:sz="0" w:space="0" w:color="auto"/>
        <w:bottom w:val="none" w:sz="0" w:space="0" w:color="auto"/>
        <w:right w:val="none" w:sz="0" w:space="0" w:color="auto"/>
      </w:divBdr>
    </w:div>
    <w:div w:id="208976571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5432</Words>
  <Characters>29878</Characters>
  <Application>Microsoft Office Word</Application>
  <DocSecurity>0</DocSecurity>
  <Lines>248</Lines>
  <Paragraphs>70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35240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David Santiago Gomez Torres</cp:lastModifiedBy>
  <cp:revision>2</cp:revision>
  <dcterms:created xsi:type="dcterms:W3CDTF">2025-12-07T19:28:00Z</dcterms:created>
  <dcterms:modified xsi:type="dcterms:W3CDTF">2025-12-07T19:28:00Z</dcterms:modified>
  <cp:category/>
</cp:coreProperties>
</file>